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BFA8CC" w14:textId="5407A621" w:rsidR="007F514A" w:rsidRPr="000B2A56" w:rsidRDefault="007F514A" w:rsidP="005E66A8">
      <w:pPr>
        <w:spacing w:after="0" w:line="276" w:lineRule="auto"/>
        <w:ind w:left="992" w:hanging="992"/>
        <w:jc w:val="center"/>
        <w:rPr>
          <w:rFonts w:ascii="Palatino Linotype" w:hAnsi="Palatino Linotype" w:cs="Times New Roman"/>
          <w:b/>
          <w:bCs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bCs/>
          <w:color w:val="C00000"/>
          <w:sz w:val="24"/>
          <w:szCs w:val="24"/>
        </w:rPr>
        <w:t>ÔN TẬP TOÁN 10 HỌC KÌ I NĂM HỌC 2021 – 2022</w:t>
      </w:r>
    </w:p>
    <w:p w14:paraId="6FB5221E" w14:textId="064807E2" w:rsidR="00844950" w:rsidRPr="000B2A56" w:rsidRDefault="00844950" w:rsidP="005E66A8">
      <w:pPr>
        <w:spacing w:after="0" w:line="276" w:lineRule="auto"/>
        <w:ind w:left="992" w:hanging="992"/>
        <w:jc w:val="center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ĐỀ 0</w:t>
      </w:r>
      <w:r w:rsidR="008C51E2"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1</w:t>
      </w:r>
    </w:p>
    <w:p w14:paraId="12EACF97" w14:textId="77777777" w:rsidR="00844950" w:rsidRPr="000B2A56" w:rsidRDefault="00844950" w:rsidP="00392763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I. Trắc nghiệm (7,5 điểm)</w:t>
      </w:r>
    </w:p>
    <w:p w14:paraId="2AA7BC4D" w14:textId="3FD9BF92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Điều kiện xác định của phương trình </w:t>
      </w:r>
      <w:r w:rsidRPr="000B2A56">
        <w:rPr>
          <w:position w:val="-24"/>
        </w:rPr>
        <w:object w:dxaOrig="1560" w:dyaOrig="620" w14:anchorId="477356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31.5pt" o:ole="">
            <v:imagedata r:id="rId7" o:title=""/>
          </v:shape>
          <o:OLEObject Type="Embed" ProgID="Equation.DSMT4" ShapeID="_x0000_i1025" DrawAspect="Content" ObjectID="_1702752581" r:id="rId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</w:t>
      </w:r>
    </w:p>
    <w:p w14:paraId="08926166" w14:textId="5F718D1B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40" w:dyaOrig="279" w14:anchorId="2ED96E20">
          <v:shape id="_x0000_i1026" type="#_x0000_t75" style="width:27pt;height:13.5pt" o:ole="">
            <v:imagedata r:id="rId9" o:title=""/>
          </v:shape>
          <o:OLEObject Type="Embed" ProgID="Equation.DSMT4" ShapeID="_x0000_i1026" DrawAspect="Content" ObjectID="_1702752582" r:id="rId1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40" w:dyaOrig="279" w14:anchorId="6662A0C8">
          <v:shape id="_x0000_i1027" type="#_x0000_t75" style="width:27pt;height:13.5pt" o:ole="">
            <v:imagedata r:id="rId11" o:title=""/>
          </v:shape>
          <o:OLEObject Type="Embed" ProgID="Equation.DSMT4" ShapeID="_x0000_i1027" DrawAspect="Content" ObjectID="_1702752583" r:id="rId1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40" w:dyaOrig="279" w14:anchorId="70BF0CB8">
          <v:shape id="_x0000_i1028" type="#_x0000_t75" style="width:27pt;height:13.5pt" o:ole="">
            <v:imagedata r:id="rId13" o:title=""/>
          </v:shape>
          <o:OLEObject Type="Embed" ProgID="Equation.DSMT4" ShapeID="_x0000_i1028" DrawAspect="Content" ObjectID="_1702752584" r:id="rId1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80" w:dyaOrig="279" w14:anchorId="6C57D68B">
          <v:shape id="_x0000_i1029" type="#_x0000_t75" style="width:34pt;height:13.5pt" o:ole="">
            <v:imagedata r:id="rId15" o:title=""/>
          </v:shape>
          <o:OLEObject Type="Embed" ProgID="Equation.DSMT4" ShapeID="_x0000_i1029" DrawAspect="Content" ObjectID="_1702752585" r:id="rId1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7640551" w14:textId="7FEE3E4F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Tổng tất cả các nghiệm của phương trình </w:t>
      </w:r>
      <w:r w:rsidR="00074408" w:rsidRPr="000B2A56">
        <w:rPr>
          <w:position w:val="-14"/>
        </w:rPr>
        <w:object w:dxaOrig="1540" w:dyaOrig="400" w14:anchorId="00CE7B53">
          <v:shape id="_x0000_i1030" type="#_x0000_t75" style="width:77pt;height:20.5pt" o:ole="">
            <v:imagedata r:id="rId17" o:title=""/>
          </v:shape>
          <o:OLEObject Type="Embed" ProgID="Equation.DSMT4" ShapeID="_x0000_i1030" DrawAspect="Content" ObjectID="_1702752586" r:id="rId18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8419C70" w14:textId="18E3B761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360" w:dyaOrig="620" w14:anchorId="0C5DD721">
          <v:shape id="_x0000_i1031" type="#_x0000_t75" style="width:18pt;height:31.5pt" o:ole="">
            <v:imagedata r:id="rId19" o:title=""/>
          </v:shape>
          <o:OLEObject Type="Embed" ProgID="Equation.DSMT4" ShapeID="_x0000_i1031" DrawAspect="Content" ObjectID="_1702752587" r:id="rId2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4.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6.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320" w:dyaOrig="620" w14:anchorId="0712B468">
          <v:shape id="_x0000_i1032" type="#_x0000_t75" style="width:16.5pt;height:31.5pt" o:ole="">
            <v:imagedata r:id="rId21" o:title=""/>
          </v:shape>
          <o:OLEObject Type="Embed" ProgID="Equation.DSMT4" ShapeID="_x0000_i1032" DrawAspect="Content" ObjectID="_1702752588" r:id="rId2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611F97C" w14:textId="2A9A2AF9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Đường thẳng </w:t>
      </w:r>
      <w:r w:rsidR="007E7741" w:rsidRPr="000B2A56">
        <w:object w:dxaOrig="1300" w:dyaOrig="320" w14:anchorId="169DFE43">
          <v:shape id="_x0000_i1033" type="#_x0000_t75" style="width:65pt;height:16pt" o:ole="">
            <v:imagedata r:id="rId23" o:title=""/>
          </v:shape>
          <o:OLEObject Type="Embed" ProgID="Equation.DSMT4" ShapeID="_x0000_i1033" DrawAspect="Content" ObjectID="_1702752589" r:id="rId2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đi qua hai điểm </w:t>
      </w:r>
      <w:r w:rsidR="007E7741" w:rsidRPr="000B2A56">
        <w:object w:dxaOrig="859" w:dyaOrig="320" w14:anchorId="5C7225BB">
          <v:shape id="_x0000_i1034" type="#_x0000_t75" style="width:43pt;height:16pt" o:ole="">
            <v:imagedata r:id="rId25" o:title=""/>
          </v:shape>
          <o:OLEObject Type="Embed" ProgID="Equation.DSMT4" ShapeID="_x0000_i1034" DrawAspect="Content" ObjectID="_1702752590" r:id="rId26"/>
        </w:object>
      </w:r>
      <w:r w:rsidR="005C5F34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7E7741" w:rsidRPr="000B2A56">
        <w:object w:dxaOrig="680" w:dyaOrig="320" w14:anchorId="46F8F695">
          <v:shape id="_x0000_i1035" type="#_x0000_t75" style="width:34pt;height:16pt" o:ole="">
            <v:imagedata r:id="rId27" o:title=""/>
          </v:shape>
          <o:OLEObject Type="Embed" ProgID="Equation.DSMT4" ShapeID="_x0000_i1035" DrawAspect="Content" ObjectID="_1702752591" r:id="rId2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Tính </w:t>
      </w:r>
      <w:r w:rsidR="007E7741" w:rsidRPr="000B2A56">
        <w:rPr>
          <w:position w:val="-6"/>
        </w:rPr>
        <w:object w:dxaOrig="520" w:dyaOrig="279" w14:anchorId="3349AAEC">
          <v:shape id="_x0000_i1036" type="#_x0000_t75" style="width:26pt;height:14pt" o:ole="">
            <v:imagedata r:id="rId29" o:title=""/>
          </v:shape>
          <o:OLEObject Type="Embed" ProgID="Equation.DSMT4" ShapeID="_x0000_i1036" DrawAspect="Content" ObjectID="_1702752592" r:id="rId30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6A4944C" w14:textId="03CA6302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7E7741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200" w:dyaOrig="260" w14:anchorId="0A370B34">
          <v:shape id="_x0000_i1037" type="#_x0000_t75" style="width:10pt;height:13pt" o:ole="">
            <v:imagedata r:id="rId31" o:title=""/>
          </v:shape>
          <o:OLEObject Type="Embed" ProgID="Equation.DSMT4" ShapeID="_x0000_i1037" DrawAspect="Content" ObjectID="_1702752593" r:id="rId3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2.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7E7741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320" w:dyaOrig="279" w14:anchorId="48169B6E">
          <v:shape id="_x0000_i1038" type="#_x0000_t75" style="width:16pt;height:14pt" o:ole="">
            <v:imagedata r:id="rId33" o:title=""/>
          </v:shape>
          <o:OLEObject Type="Embed" ProgID="Equation.DSMT4" ShapeID="_x0000_i1038" DrawAspect="Content" ObjectID="_1702752594" r:id="rId3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7E7741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320" w:dyaOrig="260" w14:anchorId="0B4B46D6">
          <v:shape id="_x0000_i1039" type="#_x0000_t75" style="width:16pt;height:13pt" o:ole="">
            <v:imagedata r:id="rId35" o:title=""/>
          </v:shape>
          <o:OLEObject Type="Embed" ProgID="Equation.DSMT4" ShapeID="_x0000_i1039" DrawAspect="Content" ObjectID="_1702752595" r:id="rId3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CEE2F06" w14:textId="74C48F39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Mệnh đề nào sau đây </w:t>
      </w:r>
      <w:r w:rsidRPr="000B2A56">
        <w:rPr>
          <w:rFonts w:ascii="Palatino Linotype" w:hAnsi="Palatino Linotype" w:cs="Times New Roman"/>
          <w:b/>
          <w:bCs/>
          <w:sz w:val="24"/>
          <w:szCs w:val="24"/>
        </w:rPr>
        <w:t>sai</w:t>
      </w:r>
      <w:r w:rsidRPr="000B2A56">
        <w:rPr>
          <w:rFonts w:ascii="Palatino Linotype" w:hAnsi="Palatino Linotype" w:cs="Times New Roman"/>
          <w:sz w:val="24"/>
          <w:szCs w:val="24"/>
        </w:rPr>
        <w:t>?</w:t>
      </w:r>
    </w:p>
    <w:p w14:paraId="3744FEB0" w14:textId="1E0040BF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 xml:space="preserve">Với ba điểm </w:t>
      </w:r>
      <w:r w:rsidR="007E7741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740" w:dyaOrig="320" w14:anchorId="27AB5B6D">
          <v:shape id="_x0000_i1040" type="#_x0000_t75" style="width:37pt;height:16pt" o:ole="">
            <v:imagedata r:id="rId37" o:title=""/>
          </v:shape>
          <o:OLEObject Type="Embed" ProgID="Equation.DSMT4" ShapeID="_x0000_i1040" DrawAspect="Content" ObjectID="_1702752596" r:id="rId3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 xml:space="preserve"> bất kì thì </w:t>
      </w:r>
      <w:r w:rsidR="007E7741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520" w:dyaOrig="340" w14:anchorId="6253A4BE">
          <v:shape id="_x0000_i1041" type="#_x0000_t75" style="width:76pt;height:17pt" o:ole="">
            <v:imagedata r:id="rId39" o:title=""/>
          </v:shape>
          <o:OLEObject Type="Embed" ProgID="Equation.DSMT4" ShapeID="_x0000_i1041" DrawAspect="Content" ObjectID="_1702752597" r:id="rId4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5D16AA3" w14:textId="1C587139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 xml:space="preserve">Nếu </w:t>
      </w:r>
      <w:r w:rsidR="007E7741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200" w:dyaOrig="260" w14:anchorId="3E0489CF">
          <v:shape id="_x0000_i1042" type="#_x0000_t75" style="width:10pt;height:13pt" o:ole="">
            <v:imagedata r:id="rId41" o:title=""/>
          </v:shape>
          <o:OLEObject Type="Embed" ProgID="Equation.DSMT4" ShapeID="_x0000_i1042" DrawAspect="Content" ObjectID="_1702752598" r:id="rId4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 w:rsidR="007E7741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400" w:dyaOrig="260" w14:anchorId="6DA12025">
          <v:shape id="_x0000_i1043" type="#_x0000_t75" style="width:20pt;height:13pt" o:ole="">
            <v:imagedata r:id="rId43" o:title=""/>
          </v:shape>
          <o:OLEObject Type="Embed" ProgID="Equation.DSMT4" ShapeID="_x0000_i1043" DrawAspect="Content" ObjectID="_1702752599" r:id="rId4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 xml:space="preserve"> thì </w:t>
      </w:r>
      <w:r w:rsidR="007E7741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1540" w:dyaOrig="320" w14:anchorId="307972E1">
          <v:shape id="_x0000_i1044" type="#_x0000_t75" style="width:77pt;height:16pt" o:ole="">
            <v:imagedata r:id="rId45" o:title=""/>
          </v:shape>
          <o:OLEObject Type="Embed" ProgID="Equation.DSMT4" ShapeID="_x0000_i1044" DrawAspect="Content" ObjectID="_1702752600" r:id="rId4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 xml:space="preserve"> với mọi điểm </w:t>
      </w:r>
      <w:r w:rsidR="007E7741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320" w:dyaOrig="260" w14:anchorId="064CF565">
          <v:shape id="_x0000_i1045" type="#_x0000_t75" style="width:16pt;height:13pt" o:ole="">
            <v:imagedata r:id="rId47" o:title=""/>
          </v:shape>
          <o:OLEObject Type="Embed" ProgID="Equation.DSMT4" ShapeID="_x0000_i1045" DrawAspect="Content" ObjectID="_1702752601" r:id="rId4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551CCE62" w14:textId="75BA71C9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7E7741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720" w:dyaOrig="279" w14:anchorId="37970F18">
          <v:shape id="_x0000_i1046" type="#_x0000_t75" style="width:36pt;height:14pt" o:ole="">
            <v:imagedata r:id="rId49" o:title=""/>
          </v:shape>
          <o:OLEObject Type="Embed" ProgID="Equation.DSMT4" ShapeID="_x0000_i1046" DrawAspect="Content" ObjectID="_1702752602" r:id="rId5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 xml:space="preserve"> là hình bình hành thì </w:t>
      </w:r>
      <w:r w:rsidR="007E7741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540" w:dyaOrig="340" w14:anchorId="799E6DC1">
          <v:shape id="_x0000_i1047" type="#_x0000_t75" style="width:77pt;height:17pt" o:ole="">
            <v:imagedata r:id="rId51" o:title=""/>
          </v:shape>
          <o:OLEObject Type="Embed" ProgID="Equation.DSMT4" ShapeID="_x0000_i1047" DrawAspect="Content" ObjectID="_1702752603" r:id="rId5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2077295" w14:textId="42888B48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 xml:space="preserve">Nếu </w:t>
      </w:r>
      <w:r w:rsidR="007E7741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260" w:dyaOrig="279" w14:anchorId="14E30399">
          <v:shape id="_x0000_i1048" type="#_x0000_t75" style="width:13pt;height:14pt" o:ole="">
            <v:imagedata r:id="rId53" o:title=""/>
          </v:shape>
          <o:OLEObject Type="Embed" ProgID="Equation.DSMT4" ShapeID="_x0000_i1048" DrawAspect="Content" ObjectID="_1702752604" r:id="rId5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 xml:space="preserve"> là trọng tâm </w:t>
      </w:r>
      <w:r w:rsidR="007E7741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80" w:dyaOrig="279" w14:anchorId="1721905E">
          <v:shape id="_x0000_i1049" type="#_x0000_t75" style="width:34pt;height:14pt" o:ole="">
            <v:imagedata r:id="rId55" o:title=""/>
          </v:shape>
          <o:OLEObject Type="Embed" ProgID="Equation.DSMT4" ShapeID="_x0000_i1049" DrawAspect="Content" ObjectID="_1702752605" r:id="rId5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 xml:space="preserve"> thì </w:t>
      </w:r>
      <w:r w:rsidR="007E7741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820" w:dyaOrig="340" w14:anchorId="420A1A68">
          <v:shape id="_x0000_i1050" type="#_x0000_t75" style="width:91pt;height:17pt" o:ole="">
            <v:imagedata r:id="rId57" o:title=""/>
          </v:shape>
          <o:OLEObject Type="Embed" ProgID="Equation.DSMT4" ShapeID="_x0000_i1050" DrawAspect="Content" ObjectID="_1702752606" r:id="rId5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545F1EA" w14:textId="5FF9C874" w:rsidR="005E66A8" w:rsidRPr="000B2A56" w:rsidRDefault="005D5F06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phương trình </w:t>
      </w:r>
      <w:r w:rsidR="00826A76" w:rsidRPr="000B2A56">
        <w:rPr>
          <w:position w:val="-18"/>
        </w:rPr>
        <w:object w:dxaOrig="2720" w:dyaOrig="540" w14:anchorId="53EBB6C5">
          <v:shape id="_x0000_i1051" type="#_x0000_t75" style="width:136pt;height:27pt" o:ole="">
            <v:imagedata r:id="rId59" o:title=""/>
          </v:shape>
          <o:OLEObject Type="Embed" ProgID="Equation.DSMT4" ShapeID="_x0000_i1051" DrawAspect="Content" ObjectID="_1702752607" r:id="rId60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  <w:r w:rsidR="00826A76" w:rsidRPr="000B2A56">
        <w:rPr>
          <w:rFonts w:ascii="Palatino Linotype" w:hAnsi="Palatino Linotype" w:cs="Times New Roman"/>
          <w:sz w:val="24"/>
          <w:szCs w:val="24"/>
        </w:rPr>
        <w:t xml:space="preserve"> Mệnh đề nào sau đây là đúng?</w:t>
      </w:r>
    </w:p>
    <w:p w14:paraId="6CF76F15" w14:textId="35650718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8179B9" w:rsidRPr="000B2A56">
        <w:rPr>
          <w:rFonts w:ascii="Palatino Linotype" w:hAnsi="Palatino Linotype" w:cs="Times New Roman"/>
          <w:sz w:val="24"/>
          <w:szCs w:val="24"/>
        </w:rPr>
        <w:t xml:space="preserve">Phương trình đã cho có 2 nghiệm </w:t>
      </w:r>
      <w:r w:rsidR="00CB4D30" w:rsidRPr="000B2A56">
        <w:rPr>
          <w:rFonts w:ascii="Palatino Linotype" w:hAnsi="Palatino Linotype" w:cs="Times New Roman"/>
          <w:sz w:val="24"/>
          <w:szCs w:val="24"/>
        </w:rPr>
        <w:t xml:space="preserve">âm </w:t>
      </w:r>
      <w:r w:rsidR="008179B9" w:rsidRPr="000B2A56">
        <w:rPr>
          <w:rFonts w:ascii="Palatino Linotype" w:hAnsi="Palatino Linotype" w:cs="Times New Roman"/>
          <w:sz w:val="24"/>
          <w:szCs w:val="24"/>
        </w:rPr>
        <w:t>phân biệt</w:t>
      </w:r>
      <w:r w:rsidR="00E26E91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5E09DFDB" w14:textId="02C9CEAE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E26E91" w:rsidRPr="000B2A56">
        <w:rPr>
          <w:rFonts w:ascii="Palatino Linotype" w:hAnsi="Palatino Linotype" w:cs="Times New Roman"/>
          <w:sz w:val="24"/>
          <w:szCs w:val="24"/>
        </w:rPr>
        <w:t>Phương trình đã cho có 2 nghiệm</w:t>
      </w:r>
      <w:r w:rsidR="00CB4D30" w:rsidRPr="000B2A56">
        <w:rPr>
          <w:rFonts w:ascii="Palatino Linotype" w:hAnsi="Palatino Linotype" w:cs="Times New Roman"/>
          <w:sz w:val="24"/>
          <w:szCs w:val="24"/>
        </w:rPr>
        <w:t xml:space="preserve"> dương</w:t>
      </w:r>
      <w:r w:rsidR="00E26E91" w:rsidRPr="000B2A56">
        <w:rPr>
          <w:rFonts w:ascii="Palatino Linotype" w:hAnsi="Palatino Linotype" w:cs="Times New Roman"/>
          <w:sz w:val="24"/>
          <w:szCs w:val="24"/>
        </w:rPr>
        <w:t xml:space="preserve"> phân biệt.</w:t>
      </w:r>
    </w:p>
    <w:p w14:paraId="459D2C84" w14:textId="19CDB63E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E26E91" w:rsidRPr="000B2A56">
        <w:rPr>
          <w:rFonts w:ascii="Palatino Linotype" w:hAnsi="Palatino Linotype" w:cs="Times New Roman"/>
          <w:sz w:val="24"/>
          <w:szCs w:val="24"/>
        </w:rPr>
        <w:t xml:space="preserve">Phương trình đã cho có 2 nghiệm </w:t>
      </w:r>
      <w:r w:rsidR="00CB4D30" w:rsidRPr="000B2A56">
        <w:rPr>
          <w:rFonts w:ascii="Palatino Linotype" w:hAnsi="Palatino Linotype" w:cs="Times New Roman"/>
          <w:sz w:val="24"/>
          <w:szCs w:val="24"/>
        </w:rPr>
        <w:t>trái dấu</w:t>
      </w:r>
      <w:r w:rsidR="00E26E91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534B0C5E" w14:textId="244C1EE5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E26E91" w:rsidRPr="000B2A56">
        <w:rPr>
          <w:rFonts w:ascii="Palatino Linotype" w:hAnsi="Palatino Linotype" w:cs="Times New Roman"/>
          <w:sz w:val="24"/>
          <w:szCs w:val="24"/>
        </w:rPr>
        <w:t xml:space="preserve">Phương trình đã cho </w:t>
      </w:r>
      <w:r w:rsidR="003D13F5" w:rsidRPr="000B2A56">
        <w:rPr>
          <w:rFonts w:ascii="Palatino Linotype" w:hAnsi="Palatino Linotype" w:cs="Times New Roman"/>
          <w:sz w:val="24"/>
          <w:szCs w:val="24"/>
        </w:rPr>
        <w:t>vô</w:t>
      </w:r>
      <w:r w:rsidR="00E26E91" w:rsidRPr="000B2A56">
        <w:rPr>
          <w:rFonts w:ascii="Palatino Linotype" w:hAnsi="Palatino Linotype" w:cs="Times New Roman"/>
          <w:sz w:val="24"/>
          <w:szCs w:val="24"/>
        </w:rPr>
        <w:t xml:space="preserve"> nghiệ</w:t>
      </w:r>
      <w:r w:rsidR="004A12B8" w:rsidRPr="000B2A56">
        <w:rPr>
          <w:rFonts w:ascii="Palatino Linotype" w:hAnsi="Palatino Linotype" w:cs="Times New Roman"/>
          <w:sz w:val="24"/>
          <w:szCs w:val="24"/>
        </w:rPr>
        <w:t>m</w:t>
      </w:r>
      <w:r w:rsidR="00E26E91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69728AC" w14:textId="0C4F090E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tọa độ </w:t>
      </w:r>
      <w:r w:rsidRPr="000B2A56">
        <w:rPr>
          <w:position w:val="-10"/>
        </w:rPr>
        <w:object w:dxaOrig="460" w:dyaOrig="320" w14:anchorId="6DD592BA">
          <v:shape id="_x0000_i1052" type="#_x0000_t75" style="width:23.5pt;height:16.5pt" o:ole="">
            <v:imagedata r:id="rId61" o:title=""/>
          </v:shape>
          <o:OLEObject Type="Embed" ProgID="Equation.DSMT4" ShapeID="_x0000_i1052" DrawAspect="Content" ObjectID="_1702752608" r:id="rId6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cho hai điểm </w:t>
      </w:r>
      <w:r w:rsidR="006B4C50" w:rsidRPr="000B2A56">
        <w:rPr>
          <w:position w:val="-10"/>
        </w:rPr>
        <w:object w:dxaOrig="999" w:dyaOrig="320" w14:anchorId="356AEA00">
          <v:shape id="_x0000_i1053" type="#_x0000_t75" style="width:50pt;height:16.5pt" o:ole="">
            <v:imagedata r:id="rId63" o:title=""/>
          </v:shape>
          <o:OLEObject Type="Embed" ProgID="Equation.DSMT4" ShapeID="_x0000_i1053" DrawAspect="Content" ObjectID="_1702752609" r:id="rId64"/>
        </w:object>
      </w:r>
      <w:r w:rsidR="006B4C50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6B4C50" w:rsidRPr="000B2A56">
        <w:rPr>
          <w:position w:val="-10"/>
        </w:rPr>
        <w:object w:dxaOrig="859" w:dyaOrig="320" w14:anchorId="038D8EAD">
          <v:shape id="_x0000_i1054" type="#_x0000_t75" style="width:43pt;height:16pt" o:ole="">
            <v:imagedata r:id="rId65" o:title=""/>
          </v:shape>
          <o:OLEObject Type="Embed" ProgID="Equation.DSMT4" ShapeID="_x0000_i1054" DrawAspect="Content" ObjectID="_1702752610" r:id="rId6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Tìm tọa độ điểm </w:t>
      </w:r>
      <w:r w:rsidRPr="000B2A56">
        <w:rPr>
          <w:position w:val="-6"/>
        </w:rPr>
        <w:object w:dxaOrig="240" w:dyaOrig="279" w14:anchorId="619FC25D">
          <v:shape id="_x0000_i1055" type="#_x0000_t75" style="width:12pt;height:13.5pt" o:ole="">
            <v:imagedata r:id="rId67" o:title=""/>
          </v:shape>
          <o:OLEObject Type="Embed" ProgID="Equation.DSMT4" ShapeID="_x0000_i1055" DrawAspect="Content" ObjectID="_1702752611" r:id="rId6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sao cho gốc tọa độ </w:t>
      </w:r>
      <w:r w:rsidRPr="000B2A56">
        <w:rPr>
          <w:position w:val="-6"/>
        </w:rPr>
        <w:object w:dxaOrig="240" w:dyaOrig="279" w14:anchorId="48F044BF">
          <v:shape id="_x0000_i1056" type="#_x0000_t75" style="width:12pt;height:13.5pt" o:ole="">
            <v:imagedata r:id="rId69" o:title=""/>
          </v:shape>
          <o:OLEObject Type="Embed" ProgID="Equation.DSMT4" ShapeID="_x0000_i1056" DrawAspect="Content" ObjectID="_1702752612" r:id="rId70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 trọng tâm của </w:t>
      </w:r>
      <w:r w:rsidR="00BA2D5D" w:rsidRPr="000B2A56">
        <w:rPr>
          <w:position w:val="-6"/>
        </w:rPr>
        <w:object w:dxaOrig="680" w:dyaOrig="279" w14:anchorId="448A40DB">
          <v:shape id="_x0000_i1057" type="#_x0000_t75" style="width:34pt;height:13.5pt" o:ole="">
            <v:imagedata r:id="rId71" o:title=""/>
          </v:shape>
          <o:OLEObject Type="Embed" ProgID="Equation.DSMT4" ShapeID="_x0000_i1057" DrawAspect="Content" ObjectID="_1702752613" r:id="rId72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2C17E95" w14:textId="202519D3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859" w:dyaOrig="320" w14:anchorId="06E6F9DD">
          <v:shape id="_x0000_i1058" type="#_x0000_t75" style="width:43.5pt;height:16.5pt" o:ole="">
            <v:imagedata r:id="rId73" o:title=""/>
          </v:shape>
          <o:OLEObject Type="Embed" ProgID="Equation.DSMT4" ShapeID="_x0000_i1058" DrawAspect="Content" ObjectID="_1702752614" r:id="rId7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859" w:dyaOrig="320" w14:anchorId="660C40C4">
          <v:shape id="_x0000_i1059" type="#_x0000_t75" style="width:43.5pt;height:16.5pt" o:ole="">
            <v:imagedata r:id="rId75" o:title=""/>
          </v:shape>
          <o:OLEObject Type="Embed" ProgID="Equation.DSMT4" ShapeID="_x0000_i1059" DrawAspect="Content" ObjectID="_1702752615" r:id="rId7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859" w:dyaOrig="320" w14:anchorId="7F1D82DB">
          <v:shape id="_x0000_i1060" type="#_x0000_t75" style="width:43.5pt;height:16.5pt" o:ole="">
            <v:imagedata r:id="rId77" o:title=""/>
          </v:shape>
          <o:OLEObject Type="Embed" ProgID="Equation.DSMT4" ShapeID="_x0000_i1060" DrawAspect="Content" ObjectID="_1702752616" r:id="rId7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880" w:dyaOrig="320" w14:anchorId="2A31FBBA">
          <v:shape id="_x0000_i1061" type="#_x0000_t75" style="width:44pt;height:16.5pt" o:ole="">
            <v:imagedata r:id="rId79" o:title=""/>
          </v:shape>
          <o:OLEObject Type="Embed" ProgID="Equation.DSMT4" ShapeID="_x0000_i1061" DrawAspect="Content" ObjectID="_1702752617" r:id="rId8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D96F22C" w14:textId="5E2D2EA1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hai vecto </w:t>
      </w:r>
      <w:r w:rsidR="00030ABA" w:rsidRPr="000B2A56">
        <w:object w:dxaOrig="1060" w:dyaOrig="320" w14:anchorId="683CC947">
          <v:shape id="_x0000_i1062" type="#_x0000_t75" style="width:53pt;height:16pt" o:ole="">
            <v:imagedata r:id="rId81" o:title=""/>
          </v:shape>
          <o:OLEObject Type="Embed" ProgID="Equation.DSMT4" ShapeID="_x0000_i1062" DrawAspect="Content" ObjectID="_1702752618" r:id="rId8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="00030ABA" w:rsidRPr="000B2A56">
        <w:object w:dxaOrig="1060" w:dyaOrig="320" w14:anchorId="63E1A600">
          <v:shape id="_x0000_i1063" type="#_x0000_t75" style="width:53pt;height:16pt" o:ole="">
            <v:imagedata r:id="rId83" o:title=""/>
          </v:shape>
          <o:OLEObject Type="Embed" ProgID="Equation.DSMT4" ShapeID="_x0000_i1063" DrawAspect="Content" ObjectID="_1702752619" r:id="rId8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Tìm hai số </w:t>
      </w:r>
      <w:r w:rsidR="00030ABA" w:rsidRPr="000B2A56">
        <w:object w:dxaOrig="420" w:dyaOrig="320" w14:anchorId="25D1C12C">
          <v:shape id="_x0000_i1064" type="#_x0000_t75" style="width:20.5pt;height:16pt" o:ole="">
            <v:imagedata r:id="rId85" o:title=""/>
          </v:shape>
          <o:OLEObject Type="Embed" ProgID="Equation.DSMT4" ShapeID="_x0000_i1064" DrawAspect="Content" ObjectID="_1702752620" r:id="rId8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sao cho </w:t>
      </w:r>
      <w:r w:rsidR="00030ABA" w:rsidRPr="000B2A56">
        <w:object w:dxaOrig="1120" w:dyaOrig="320" w14:anchorId="15703A41">
          <v:shape id="_x0000_i1065" type="#_x0000_t75" style="width:56pt;height:16pt" o:ole="">
            <v:imagedata r:id="rId87" o:title=""/>
          </v:shape>
          <o:OLEObject Type="Embed" ProgID="Equation.DSMT4" ShapeID="_x0000_i1065" DrawAspect="Content" ObjectID="_1702752621" r:id="rId8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biết rằng </w:t>
      </w:r>
      <w:r w:rsidR="00101E3C" w:rsidRPr="000B2A56">
        <w:object w:dxaOrig="1100" w:dyaOrig="320" w14:anchorId="3102F5ED">
          <v:shape id="_x0000_i1066" type="#_x0000_t75" style="width:55.5pt;height:16.5pt" o:ole="">
            <v:imagedata r:id="rId89" o:title=""/>
          </v:shape>
          <o:OLEObject Type="Embed" ProgID="Equation.DSMT4" ShapeID="_x0000_i1066" DrawAspect="Content" ObjectID="_1702752622" r:id="rId90"/>
        </w:object>
      </w:r>
    </w:p>
    <w:p w14:paraId="7A9C3ED4" w14:textId="1C4EF855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579" w:dyaOrig="620" w14:anchorId="59A14024">
          <v:shape id="_x0000_i1067" type="#_x0000_t75" style="width:79pt;height:31.5pt" o:ole="">
            <v:imagedata r:id="rId91" o:title=""/>
          </v:shape>
          <o:OLEObject Type="Embed" ProgID="Equation.DSMT4" ShapeID="_x0000_i1067" DrawAspect="Content" ObjectID="_1702752623" r:id="rId9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740" w:dyaOrig="620" w14:anchorId="1A268404">
          <v:shape id="_x0000_i1068" type="#_x0000_t75" style="width:87pt;height:31.5pt" o:ole="">
            <v:imagedata r:id="rId93" o:title=""/>
          </v:shape>
          <o:OLEObject Type="Embed" ProgID="Equation.DSMT4" ShapeID="_x0000_i1068" DrawAspect="Content" ObjectID="_1702752624" r:id="rId9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C8416EA" w14:textId="44FDA5FA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579" w:dyaOrig="620" w14:anchorId="52A3463F">
          <v:shape id="_x0000_i1069" type="#_x0000_t75" style="width:79pt;height:31.5pt" o:ole="">
            <v:imagedata r:id="rId95" o:title=""/>
          </v:shape>
          <o:OLEObject Type="Embed" ProgID="Equation.DSMT4" ShapeID="_x0000_i1069" DrawAspect="Content" ObjectID="_1702752625" r:id="rId9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740" w:dyaOrig="620" w14:anchorId="5CCAD2F3">
          <v:shape id="_x0000_i1070" type="#_x0000_t75" style="width:87pt;height:31.5pt" o:ole="">
            <v:imagedata r:id="rId97" o:title=""/>
          </v:shape>
          <o:OLEObject Type="Embed" ProgID="Equation.DSMT4" ShapeID="_x0000_i1070" DrawAspect="Content" ObjectID="_1702752626" r:id="rId9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1161E08" w14:textId="5C71B0D1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Với giá trị nào của </w:t>
      </w:r>
      <w:r w:rsidRPr="000B2A56">
        <w:rPr>
          <w:position w:val="-6"/>
        </w:rPr>
        <w:object w:dxaOrig="200" w:dyaOrig="220" w14:anchorId="6C0B9BFA">
          <v:shape id="_x0000_i1071" type="#_x0000_t75" style="width:10pt;height:11pt" o:ole="">
            <v:imagedata r:id="rId99" o:title=""/>
          </v:shape>
          <o:OLEObject Type="Embed" ProgID="Equation.DSMT4" ShapeID="_x0000_i1071" DrawAspect="Content" ObjectID="_1702752627" r:id="rId100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thì phương trình </w:t>
      </w:r>
      <w:r w:rsidRPr="000B2A56">
        <w:rPr>
          <w:position w:val="-16"/>
        </w:rPr>
        <w:object w:dxaOrig="1579" w:dyaOrig="440" w14:anchorId="146BAEA6">
          <v:shape id="_x0000_i1072" type="#_x0000_t75" style="width:79pt;height:22pt" o:ole="">
            <v:imagedata r:id="rId101" o:title=""/>
          </v:shape>
          <o:OLEObject Type="Embed" ProgID="Equation.DSMT4" ShapeID="_x0000_i1072" DrawAspect="Content" ObjectID="_1702752628" r:id="rId10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vô nghiệm?</w:t>
      </w:r>
    </w:p>
    <w:p w14:paraId="3AEE3706" w14:textId="2DA7DEDB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200" w:dyaOrig="320" w14:anchorId="0217CE48">
          <v:shape id="_x0000_i1073" type="#_x0000_t75" style="width:60pt;height:16.5pt" o:ole="">
            <v:imagedata r:id="rId103" o:title=""/>
          </v:shape>
          <o:OLEObject Type="Embed" ProgID="Equation.DSMT4" ShapeID="_x0000_i1073" DrawAspect="Content" ObjectID="_1702752629" r:id="rId10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80" w:dyaOrig="279" w14:anchorId="66514791">
          <v:shape id="_x0000_i1074" type="#_x0000_t75" style="width:34pt;height:13.5pt" o:ole="">
            <v:imagedata r:id="rId105" o:title=""/>
          </v:shape>
          <o:OLEObject Type="Embed" ProgID="Equation.DSMT4" ShapeID="_x0000_i1074" DrawAspect="Content" ObjectID="_1702752630" r:id="rId10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20" w:dyaOrig="279" w14:anchorId="57337459">
          <v:shape id="_x0000_i1075" type="#_x0000_t75" style="width:25.5pt;height:13.5pt" o:ole="">
            <v:imagedata r:id="rId107" o:title=""/>
          </v:shape>
          <o:OLEObject Type="Embed" ProgID="Equation.DSMT4" ShapeID="_x0000_i1075" DrawAspect="Content" ObjectID="_1702752631" r:id="rId10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20" w:dyaOrig="279" w14:anchorId="6C034FAC">
          <v:shape id="_x0000_i1076" type="#_x0000_t75" style="width:25.5pt;height:13.5pt" o:ole="">
            <v:imagedata r:id="rId109" o:title=""/>
          </v:shape>
          <o:OLEObject Type="Embed" ProgID="Equation.DSMT4" ShapeID="_x0000_i1076" DrawAspect="Content" ObjectID="_1702752632" r:id="rId11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82D1CEC" w14:textId="2D0B6D27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Điểm nào sau đây thuộc đồ thị hàm số </w:t>
      </w:r>
      <w:r w:rsidR="001D1AB3" w:rsidRPr="000B2A56">
        <w:rPr>
          <w:position w:val="-14"/>
        </w:rPr>
        <w:object w:dxaOrig="1080" w:dyaOrig="400" w14:anchorId="5614756A">
          <v:shape id="_x0000_i1077" type="#_x0000_t75" style="width:54pt;height:20.5pt" o:ole="">
            <v:imagedata r:id="rId111" o:title=""/>
          </v:shape>
          <o:OLEObject Type="Embed" ProgID="Equation.DSMT4" ShapeID="_x0000_i1077" DrawAspect="Content" ObjectID="_1702752633" r:id="rId112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6449F96" w14:textId="5066C115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60" w:dyaOrig="320" w14:anchorId="69E94E21">
          <v:shape id="_x0000_i1078" type="#_x0000_t75" style="width:33.5pt;height:16.5pt" o:ole="">
            <v:imagedata r:id="rId113" o:title=""/>
          </v:shape>
          <o:OLEObject Type="Embed" ProgID="Equation.DSMT4" ShapeID="_x0000_i1078" DrawAspect="Content" ObjectID="_1702752634" r:id="rId11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480" w:dyaOrig="320" w14:anchorId="36673409">
          <v:shape id="_x0000_i1079" type="#_x0000_t75" style="width:24pt;height:16.5pt" o:ole="">
            <v:imagedata r:id="rId115" o:title=""/>
          </v:shape>
          <o:OLEObject Type="Embed" ProgID="Equation.DSMT4" ShapeID="_x0000_i1079" DrawAspect="Content" ObjectID="_1702752635" r:id="rId11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560" w:dyaOrig="320" w14:anchorId="30441443">
          <v:shape id="_x0000_i1080" type="#_x0000_t75" style="width:28pt;height:16.5pt" o:ole="">
            <v:imagedata r:id="rId117" o:title=""/>
          </v:shape>
          <o:OLEObject Type="Embed" ProgID="Equation.DSMT4" ShapeID="_x0000_i1080" DrawAspect="Content" ObjectID="_1702752636" r:id="rId11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39" w:dyaOrig="320" w14:anchorId="3ECA23C2">
          <v:shape id="_x0000_i1081" type="#_x0000_t75" style="width:31.5pt;height:16.5pt" o:ole="">
            <v:imagedata r:id="rId119" o:title=""/>
          </v:shape>
          <o:OLEObject Type="Embed" ProgID="Equation.DSMT4" ShapeID="_x0000_i1081" DrawAspect="Content" ObjectID="_1702752637" r:id="rId12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366B30BA" w14:textId="503CA69D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tọa độ </w:t>
      </w:r>
      <w:r w:rsidR="005E66A8" w:rsidRPr="000B2A56">
        <w:rPr>
          <w:position w:val="-10"/>
        </w:rPr>
        <w:object w:dxaOrig="460" w:dyaOrig="320" w14:anchorId="6BCAA603">
          <v:shape id="_x0000_i1082" type="#_x0000_t75" style="width:23.5pt;height:16.5pt" o:ole="">
            <v:imagedata r:id="rId121" o:title=""/>
          </v:shape>
          <o:OLEObject Type="Embed" ProgID="Equation.DSMT4" ShapeID="_x0000_i1082" DrawAspect="Content" ObjectID="_1702752638" r:id="rId12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cho </w:t>
      </w:r>
      <w:r w:rsidR="005E66A8" w:rsidRPr="000B2A56">
        <w:rPr>
          <w:position w:val="-10"/>
        </w:rPr>
        <w:object w:dxaOrig="1060" w:dyaOrig="320" w14:anchorId="584FA771">
          <v:shape id="_x0000_i1083" type="#_x0000_t75" style="width:53pt;height:16pt" o:ole="">
            <v:imagedata r:id="rId123" o:title=""/>
          </v:shape>
          <o:OLEObject Type="Embed" ProgID="Equation.DSMT4" ShapeID="_x0000_i1083" DrawAspect="Content" ObjectID="_1702752639" r:id="rId124"/>
        </w:object>
      </w:r>
      <w:r w:rsidR="00355026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5E66A8" w:rsidRPr="000B2A56">
        <w:rPr>
          <w:position w:val="-10"/>
        </w:rPr>
        <w:object w:dxaOrig="1060" w:dyaOrig="380" w14:anchorId="27794A9D">
          <v:shape id="_x0000_i1084" type="#_x0000_t75" style="width:53pt;height:19pt" o:ole="">
            <v:imagedata r:id="rId125" o:title=""/>
          </v:shape>
          <o:OLEObject Type="Embed" ProgID="Equation.DSMT4" ShapeID="_x0000_i1084" DrawAspect="Content" ObjectID="_1702752640" r:id="rId12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0B2A56">
        <w:rPr>
          <w:position w:val="-6"/>
        </w:rPr>
        <w:object w:dxaOrig="560" w:dyaOrig="340" w14:anchorId="02D778B0">
          <v:shape id="_x0000_i1085" type="#_x0000_t75" style="width:28pt;height:16.5pt" o:ole="">
            <v:imagedata r:id="rId127" o:title=""/>
          </v:shape>
          <o:OLEObject Type="Embed" ProgID="Equation.DSMT4" ShapeID="_x0000_i1085" DrawAspect="Content" ObjectID="_1702752641" r:id="rId128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746FC1F" w14:textId="7A15E39A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lastRenderedPageBreak/>
        <w:t xml:space="preserve">A.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60" w:dyaOrig="320" w14:anchorId="1F3DBB3A">
          <v:shape id="_x0000_i1086" type="#_x0000_t75" style="width:33.5pt;height:16.5pt" o:ole="">
            <v:imagedata r:id="rId129" o:title=""/>
          </v:shape>
          <o:OLEObject Type="Embed" ProgID="Equation.DSMT4" ShapeID="_x0000_i1086" DrawAspect="Content" ObjectID="_1702752642" r:id="rId13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60" w:dyaOrig="320" w14:anchorId="1E4457E6">
          <v:shape id="_x0000_i1087" type="#_x0000_t75" style="width:33.5pt;height:16.5pt" o:ole="">
            <v:imagedata r:id="rId131" o:title=""/>
          </v:shape>
          <o:OLEObject Type="Embed" ProgID="Equation.DSMT4" ShapeID="_x0000_i1087" DrawAspect="Content" ObjectID="_1702752643" r:id="rId13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80" w:dyaOrig="320" w14:anchorId="3EECC309">
          <v:shape id="_x0000_i1088" type="#_x0000_t75" style="width:34pt;height:16.5pt" o:ole="">
            <v:imagedata r:id="rId133" o:title=""/>
          </v:shape>
          <o:OLEObject Type="Embed" ProgID="Equation.DSMT4" ShapeID="_x0000_i1088" DrawAspect="Content" ObjectID="_1702752644" r:id="rId13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39" w:dyaOrig="320" w14:anchorId="1C02F7C1">
          <v:shape id="_x0000_i1089" type="#_x0000_t75" style="width:31.5pt;height:16.5pt" o:ole="">
            <v:imagedata r:id="rId135" o:title=""/>
          </v:shape>
          <o:OLEObject Type="Embed" ProgID="Equation.DSMT4" ShapeID="_x0000_i1089" DrawAspect="Content" ObjectID="_1702752645" r:id="rId13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EB78CAF" w14:textId="0D95706A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>Cho</w:t>
      </w:r>
      <w:r w:rsidR="00101F5B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="00101F5B" w:rsidRPr="000B2A56">
        <w:rPr>
          <w:position w:val="-6"/>
        </w:rPr>
        <w:object w:dxaOrig="540" w:dyaOrig="279" w14:anchorId="034BFB6E">
          <v:shape id="_x0000_i1090" type="#_x0000_t75" style="width:27pt;height:14pt" o:ole="">
            <v:imagedata r:id="rId137" o:title=""/>
          </v:shape>
          <o:OLEObject Type="Embed" ProgID="Equation.DSMT4" ShapeID="_x0000_i1090" DrawAspect="Content" ObjectID="_1702752646" r:id="rId138"/>
        </w:object>
      </w:r>
      <w:r w:rsidR="00101F5B" w:rsidRPr="000B2A56">
        <w:rPr>
          <w:rFonts w:ascii="Palatino Linotype" w:hAnsi="Palatino Linotype" w:cs="Times New Roman"/>
          <w:sz w:val="24"/>
          <w:szCs w:val="24"/>
        </w:rPr>
        <w:t>, biểu thức nào có giá trị nhỏ nhất trong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các </w:t>
      </w:r>
      <w:r w:rsidR="00101F5B" w:rsidRPr="000B2A56">
        <w:rPr>
          <w:rFonts w:ascii="Palatino Linotype" w:hAnsi="Palatino Linotype" w:cs="Times New Roman"/>
          <w:sz w:val="24"/>
          <w:szCs w:val="24"/>
        </w:rPr>
        <w:t>biểu thức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="00101F5B" w:rsidRPr="000B2A56">
        <w:rPr>
          <w:position w:val="-24"/>
        </w:rPr>
        <w:object w:dxaOrig="240" w:dyaOrig="620" w14:anchorId="38E76588">
          <v:shape id="_x0000_i1091" type="#_x0000_t75" style="width:12pt;height:31pt" o:ole="">
            <v:imagedata r:id="rId139" o:title=""/>
          </v:shape>
          <o:OLEObject Type="Embed" ProgID="Equation.DSMT4" ShapeID="_x0000_i1091" DrawAspect="Content" ObjectID="_1702752647" r:id="rId140"/>
        </w:object>
      </w:r>
      <w:r w:rsidR="00BE01B4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101F5B" w:rsidRPr="000B2A56">
        <w:rPr>
          <w:position w:val="-24"/>
        </w:rPr>
        <w:object w:dxaOrig="560" w:dyaOrig="620" w14:anchorId="27D7261C">
          <v:shape id="_x0000_i1092" type="#_x0000_t75" style="width:27.5pt;height:31pt" o:ole="">
            <v:imagedata r:id="rId141" o:title=""/>
          </v:shape>
          <o:OLEObject Type="Embed" ProgID="Equation.DSMT4" ShapeID="_x0000_i1092" DrawAspect="Content" ObjectID="_1702752648" r:id="rId142"/>
        </w:object>
      </w:r>
      <w:r w:rsidR="00BE01B4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101F5B" w:rsidRPr="000B2A56">
        <w:rPr>
          <w:position w:val="-24"/>
        </w:rPr>
        <w:object w:dxaOrig="580" w:dyaOrig="620" w14:anchorId="3B1A1A29">
          <v:shape id="_x0000_i1093" type="#_x0000_t75" style="width:29pt;height:31pt" o:ole="">
            <v:imagedata r:id="rId143" o:title=""/>
          </v:shape>
          <o:OLEObject Type="Embed" ProgID="Equation.DSMT4" ShapeID="_x0000_i1093" DrawAspect="Content" ObjectID="_1702752649" r:id="rId144"/>
        </w:object>
      </w:r>
      <w:r w:rsidR="00BE01B4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0E3884" w:rsidRPr="000B2A56">
        <w:rPr>
          <w:position w:val="-24"/>
        </w:rPr>
        <w:object w:dxaOrig="360" w:dyaOrig="620" w14:anchorId="5BA68B04">
          <v:shape id="_x0000_i1094" type="#_x0000_t75" style="width:18pt;height:31pt" o:ole="">
            <v:imagedata r:id="rId145" o:title=""/>
          </v:shape>
          <o:OLEObject Type="Embed" ProgID="Equation.DSMT4" ShapeID="_x0000_i1094" DrawAspect="Content" ObjectID="_1702752650" r:id="rId146"/>
        </w:object>
      </w:r>
      <w:r w:rsidR="00105C66" w:rsidRPr="000B2A56">
        <w:rPr>
          <w:rFonts w:ascii="Palatino Linotype" w:hAnsi="Palatino Linotype" w:cs="Times New Roman"/>
          <w:sz w:val="24"/>
          <w:szCs w:val="24"/>
        </w:rPr>
        <w:t>?</w:t>
      </w:r>
    </w:p>
    <w:p w14:paraId="263F98FB" w14:textId="12D58552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076EA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360" w:dyaOrig="620" w14:anchorId="549EB1A0">
          <v:shape id="_x0000_i1095" type="#_x0000_t75" style="width:18pt;height:31pt" o:ole="">
            <v:imagedata r:id="rId145" o:title=""/>
          </v:shape>
          <o:OLEObject Type="Embed" ProgID="Equation.DSMT4" ShapeID="_x0000_i1095" DrawAspect="Content" ObjectID="_1702752651" r:id="rId147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076EA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240" w:dyaOrig="620" w14:anchorId="2618A1F6">
          <v:shape id="_x0000_i1096" type="#_x0000_t75" style="width:12pt;height:31pt" o:ole="">
            <v:imagedata r:id="rId139" o:title=""/>
          </v:shape>
          <o:OLEObject Type="Embed" ProgID="Equation.DSMT4" ShapeID="_x0000_i1096" DrawAspect="Content" ObjectID="_1702752652" r:id="rId14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076EA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580" w:dyaOrig="620" w14:anchorId="1F2A1508">
          <v:shape id="_x0000_i1097" type="#_x0000_t75" style="width:29pt;height:31pt" o:ole="">
            <v:imagedata r:id="rId143" o:title=""/>
          </v:shape>
          <o:OLEObject Type="Embed" ProgID="Equation.DSMT4" ShapeID="_x0000_i1097" DrawAspect="Content" ObjectID="_1702752653" r:id="rId149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076EA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560" w:dyaOrig="620" w14:anchorId="77088E7E">
          <v:shape id="_x0000_i1098" type="#_x0000_t75" style="width:27.5pt;height:31pt" o:ole="">
            <v:imagedata r:id="rId141" o:title=""/>
          </v:shape>
          <o:OLEObject Type="Embed" ProgID="Equation.DSMT4" ShapeID="_x0000_i1098" DrawAspect="Content" ObjectID="_1702752654" r:id="rId15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6916A18" w14:textId="6F26046B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tam giác </w:t>
      </w:r>
      <w:r w:rsidRPr="000B2A56">
        <w:rPr>
          <w:position w:val="-6"/>
        </w:rPr>
        <w:object w:dxaOrig="560" w:dyaOrig="279" w14:anchorId="2605DF24">
          <v:shape id="_x0000_i1099" type="#_x0000_t75" style="width:28pt;height:13.5pt" o:ole="">
            <v:imagedata r:id="rId151" o:title=""/>
          </v:shape>
          <o:OLEObject Type="Embed" ProgID="Equation.DSMT4" ShapeID="_x0000_i1099" DrawAspect="Content" ObjectID="_1702752655" r:id="rId15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đều cạnh </w:t>
      </w:r>
      <w:r w:rsidRPr="000B2A56">
        <w:rPr>
          <w:position w:val="-6"/>
        </w:rPr>
        <w:object w:dxaOrig="200" w:dyaOrig="220" w14:anchorId="4A4E278B">
          <v:shape id="_x0000_i1100" type="#_x0000_t75" style="width:10pt;height:11pt" o:ole="">
            <v:imagedata r:id="rId153" o:title=""/>
          </v:shape>
          <o:OLEObject Type="Embed" ProgID="Equation.DSMT4" ShapeID="_x0000_i1100" DrawAspect="Content" ObjectID="_1702752656" r:id="rId15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Khi đó tích vô hướng của </w:t>
      </w:r>
      <w:r w:rsidR="002C7E25" w:rsidRPr="000B2A56">
        <w:rPr>
          <w:position w:val="-6"/>
        </w:rPr>
        <w:object w:dxaOrig="740" w:dyaOrig="340" w14:anchorId="334FD391">
          <v:shape id="_x0000_i1101" type="#_x0000_t75" style="width:36.5pt;height:16.5pt" o:ole="">
            <v:imagedata r:id="rId155" o:title=""/>
          </v:shape>
          <o:OLEObject Type="Embed" ProgID="Equation.DSMT4" ShapeID="_x0000_i1101" DrawAspect="Content" ObjectID="_1702752657" r:id="rId15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</w:t>
      </w:r>
    </w:p>
    <w:p w14:paraId="5A78CA47" w14:textId="0FD48286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340" w:dyaOrig="660" w14:anchorId="187433E0">
          <v:shape id="_x0000_i1102" type="#_x0000_t75" style="width:16.5pt;height:33.5pt" o:ole="">
            <v:imagedata r:id="rId157" o:title=""/>
          </v:shape>
          <o:OLEObject Type="Embed" ProgID="Equation.DSMT4" ShapeID="_x0000_i1102" DrawAspect="Content" ObjectID="_1702752658" r:id="rId15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499" w:dyaOrig="660" w14:anchorId="3CF6D5D1">
          <v:shape id="_x0000_i1103" type="#_x0000_t75" style="width:25.5pt;height:33.5pt" o:ole="">
            <v:imagedata r:id="rId159" o:title=""/>
          </v:shape>
          <o:OLEObject Type="Embed" ProgID="Equation.DSMT4" ShapeID="_x0000_i1103" DrawAspect="Content" ObjectID="_1702752659" r:id="rId16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620" w:dyaOrig="680" w14:anchorId="64758AAA">
          <v:shape id="_x0000_i1104" type="#_x0000_t75" style="width:31.5pt;height:34pt" o:ole="">
            <v:imagedata r:id="rId161" o:title=""/>
          </v:shape>
          <o:OLEObject Type="Embed" ProgID="Equation.DSMT4" ShapeID="_x0000_i1104" DrawAspect="Content" ObjectID="_1702752660" r:id="rId16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780" w:dyaOrig="680" w14:anchorId="0C559080">
          <v:shape id="_x0000_i1105" type="#_x0000_t75" style="width:38.5pt;height:34pt" o:ole="">
            <v:imagedata r:id="rId163" o:title=""/>
          </v:shape>
          <o:OLEObject Type="Embed" ProgID="Equation.DSMT4" ShapeID="_x0000_i1105" DrawAspect="Content" ObjectID="_1702752661" r:id="rId16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02A21EC" w14:textId="594A6916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các phương trình sau, phương trình nào tương đương với phương trình </w:t>
      </w:r>
      <w:r w:rsidRPr="000B2A56">
        <w:rPr>
          <w:position w:val="-6"/>
        </w:rPr>
        <w:object w:dxaOrig="680" w:dyaOrig="279" w14:anchorId="593EE2EE">
          <v:shape id="_x0000_i1106" type="#_x0000_t75" style="width:34pt;height:13.5pt" o:ole="">
            <v:imagedata r:id="rId165" o:title=""/>
          </v:shape>
          <o:OLEObject Type="Embed" ProgID="Equation.DSMT4" ShapeID="_x0000_i1106" DrawAspect="Content" ObjectID="_1702752662" r:id="rId166"/>
        </w:object>
      </w:r>
      <w:r w:rsidRPr="000B2A56">
        <w:rPr>
          <w:position w:val="-6"/>
        </w:rPr>
        <w:object w:dxaOrig="320" w:dyaOrig="279" w14:anchorId="5C94B587">
          <v:shape id="_x0000_i1107" type="#_x0000_t75" style="width:16.5pt;height:13.5pt" o:ole="">
            <v:imagedata r:id="rId167" o:title=""/>
          </v:shape>
          <o:OLEObject Type="Embed" ProgID="Equation.DSMT4" ShapeID="_x0000_i1107" DrawAspect="Content" ObjectID="_1702752663" r:id="rId168"/>
        </w:object>
      </w:r>
    </w:p>
    <w:p w14:paraId="0A7E867C" w14:textId="0D13F3ED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940" w:dyaOrig="620" w14:anchorId="5004D98E">
          <v:shape id="_x0000_i1108" type="#_x0000_t75" style="width:46.5pt;height:31.5pt" o:ole="">
            <v:imagedata r:id="rId169" o:title=""/>
          </v:shape>
          <o:OLEObject Type="Embed" ProgID="Equation.DSMT4" ShapeID="_x0000_i1108" DrawAspect="Content" ObjectID="_1702752664" r:id="rId17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140" w:dyaOrig="320" w14:anchorId="651AEA6F">
          <v:shape id="_x0000_i1109" type="#_x0000_t75" style="width:57pt;height:16.5pt" o:ole="">
            <v:imagedata r:id="rId171" o:title=""/>
          </v:shape>
          <o:OLEObject Type="Embed" ProgID="Equation.DSMT4" ShapeID="_x0000_i1109" DrawAspect="Content" ObjectID="_1702752665" r:id="rId17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940" w:dyaOrig="620" w14:anchorId="54A099F6">
          <v:shape id="_x0000_i1110" type="#_x0000_t75" style="width:46.5pt;height:31.5pt" o:ole="">
            <v:imagedata r:id="rId173" o:title=""/>
          </v:shape>
          <o:OLEObject Type="Embed" ProgID="Equation.DSMT4" ShapeID="_x0000_i1110" DrawAspect="Content" ObjectID="_1702752666" r:id="rId17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420" w:dyaOrig="620" w14:anchorId="303F52F3">
          <v:shape id="_x0000_i1111" type="#_x0000_t75" style="width:70.5pt;height:31.5pt" o:ole="">
            <v:imagedata r:id="rId175" o:title=""/>
          </v:shape>
          <o:OLEObject Type="Embed" ProgID="Equation.DSMT4" ShapeID="_x0000_i1111" DrawAspect="Content" ObjectID="_1702752667" r:id="rId17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0AEA123" w14:textId="49B182E3" w:rsidR="005E66A8" w:rsidRPr="000B2A56" w:rsidRDefault="00147A0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đường thẳng </w:t>
      </w:r>
      <w:r w:rsidRPr="000B2A56">
        <w:rPr>
          <w:position w:val="-28"/>
        </w:rPr>
        <w:object w:dxaOrig="1660" w:dyaOrig="660" w14:anchorId="6AC47AFA">
          <v:shape id="_x0000_i1112" type="#_x0000_t75" style="width:83pt;height:33pt" o:ole="">
            <v:imagedata r:id="rId177" o:title=""/>
          </v:shape>
          <o:OLEObject Type="Embed" ProgID="Equation.DSMT4" ShapeID="_x0000_i1112" DrawAspect="Content" ObjectID="_1702752668" r:id="rId17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Đường thẳng nào sau đây song song với </w:t>
      </w:r>
      <w:r w:rsidRPr="000B2A56">
        <w:rPr>
          <w:position w:val="-6"/>
        </w:rPr>
        <w:object w:dxaOrig="220" w:dyaOrig="279" w14:anchorId="01FD2689">
          <v:shape id="_x0000_i1113" type="#_x0000_t75" style="width:11pt;height:14pt" o:ole="">
            <v:imagedata r:id="rId179" o:title=""/>
          </v:shape>
          <o:OLEObject Type="Embed" ProgID="Equation.DSMT4" ShapeID="_x0000_i1113" DrawAspect="Content" ObjectID="_1702752669" r:id="rId180"/>
        </w:object>
      </w:r>
      <w:r w:rsidRPr="000B2A56">
        <w:rPr>
          <w:rFonts w:ascii="Palatino Linotype" w:hAnsi="Palatino Linotype" w:cs="Times New Roman"/>
          <w:sz w:val="24"/>
          <w:szCs w:val="24"/>
        </w:rPr>
        <w:t>?</w:t>
      </w:r>
    </w:p>
    <w:p w14:paraId="34D67F3D" w14:textId="0D70E6C2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F132F0"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1880" w:dyaOrig="660" w14:anchorId="4728352E">
          <v:shape id="_x0000_i1114" type="#_x0000_t75" style="width:94pt;height:33pt" o:ole="">
            <v:imagedata r:id="rId181" o:title=""/>
          </v:shape>
          <o:OLEObject Type="Embed" ProgID="Equation.DSMT4" ShapeID="_x0000_i1114" DrawAspect="Content" ObjectID="_1702752670" r:id="rId18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F132F0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620" w:dyaOrig="680" w14:anchorId="5B8BDE3B">
          <v:shape id="_x0000_i1115" type="#_x0000_t75" style="width:81pt;height:34pt" o:ole="">
            <v:imagedata r:id="rId183" o:title=""/>
          </v:shape>
          <o:OLEObject Type="Embed" ProgID="Equation.DSMT4" ShapeID="_x0000_i1115" DrawAspect="Content" ObjectID="_1702752671" r:id="rId18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39792F9B" w14:textId="27B2AFD9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F132F0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300" w:dyaOrig="680" w14:anchorId="6F257AF7">
          <v:shape id="_x0000_i1116" type="#_x0000_t75" style="width:65pt;height:34pt" o:ole="">
            <v:imagedata r:id="rId185" o:title=""/>
          </v:shape>
          <o:OLEObject Type="Embed" ProgID="Equation.DSMT4" ShapeID="_x0000_i1116" DrawAspect="Content" ObjectID="_1702752672" r:id="rId18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F132F0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2100" w:dyaOrig="680" w14:anchorId="411FD751">
          <v:shape id="_x0000_i1117" type="#_x0000_t75" style="width:105pt;height:34pt" o:ole="">
            <v:imagedata r:id="rId187" o:title=""/>
          </v:shape>
          <o:OLEObject Type="Embed" ProgID="Equation.DSMT4" ShapeID="_x0000_i1117" DrawAspect="Content" ObjectID="_1702752673" r:id="rId18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19C1C645" w14:textId="24EA337A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hình bình hành </w:t>
      </w:r>
      <w:r w:rsidRPr="000B2A56">
        <w:rPr>
          <w:position w:val="-6"/>
        </w:rPr>
        <w:object w:dxaOrig="720" w:dyaOrig="279" w14:anchorId="38E5F3A7">
          <v:shape id="_x0000_i1118" type="#_x0000_t75" style="width:36pt;height:13.5pt" o:ole="">
            <v:imagedata r:id="rId189" o:title=""/>
          </v:shape>
          <o:OLEObject Type="Embed" ProgID="Equation.DSMT4" ShapeID="_x0000_i1118" DrawAspect="Content" ObjectID="_1702752674" r:id="rId190"/>
        </w:object>
      </w:r>
      <w:r w:rsidRPr="000B2A56">
        <w:rPr>
          <w:rFonts w:ascii="Palatino Linotype" w:hAnsi="Palatino Linotype" w:cs="Times New Roman"/>
          <w:sz w:val="24"/>
          <w:szCs w:val="24"/>
        </w:rPr>
        <w:t>, chọn khẳng định đúng</w:t>
      </w:r>
    </w:p>
    <w:p w14:paraId="772A7A93" w14:textId="5DA6BEB4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540" w:dyaOrig="340" w14:anchorId="68C11752">
          <v:shape id="_x0000_i1119" type="#_x0000_t75" style="width:77pt;height:16.5pt" o:ole="">
            <v:imagedata r:id="rId191" o:title=""/>
          </v:shape>
          <o:OLEObject Type="Embed" ProgID="Equation.DSMT4" ShapeID="_x0000_i1119" DrawAspect="Content" ObjectID="_1702752675" r:id="rId19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999" w:dyaOrig="340" w14:anchorId="52A893D5">
          <v:shape id="_x0000_i1120" type="#_x0000_t75" style="width:50pt;height:16.5pt" o:ole="">
            <v:imagedata r:id="rId193" o:title=""/>
          </v:shape>
          <o:OLEObject Type="Embed" ProgID="Equation.DSMT4" ShapeID="_x0000_i1120" DrawAspect="Content" ObjectID="_1702752676" r:id="rId19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960" w:dyaOrig="340" w14:anchorId="283C3390">
          <v:shape id="_x0000_i1121" type="#_x0000_t75" style="width:48pt;height:16.5pt" o:ole="">
            <v:imagedata r:id="rId195" o:title=""/>
          </v:shape>
          <o:OLEObject Type="Embed" ProgID="Equation.DSMT4" ShapeID="_x0000_i1121" DrawAspect="Content" ObjectID="_1702752677" r:id="rId19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180" w:dyaOrig="380" w14:anchorId="2892E558">
          <v:shape id="_x0000_i1122" type="#_x0000_t75" style="width:59pt;height:19pt" o:ole="">
            <v:imagedata r:id="rId197" o:title=""/>
          </v:shape>
          <o:OLEObject Type="Embed" ProgID="Equation.DSMT4" ShapeID="_x0000_i1122" DrawAspect="Content" ObjectID="_1702752678" r:id="rId19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33AD4B12" w14:textId="5D87FC87" w:rsidR="00B13C4C" w:rsidRPr="000B2A56" w:rsidRDefault="005E2A35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hàm số bậc hai </w:t>
      </w:r>
      <w:r w:rsidRPr="000B2A56">
        <w:rPr>
          <w:position w:val="-14"/>
        </w:rPr>
        <w:object w:dxaOrig="2299" w:dyaOrig="400" w14:anchorId="61CA0A8E">
          <v:shape id="_x0000_i1123" type="#_x0000_t75" style="width:115pt;height:19.5pt" o:ole="">
            <v:imagedata r:id="rId199" o:title=""/>
          </v:shape>
          <o:OLEObject Type="Embed" ProgID="Equation.DSMT4" ShapeID="_x0000_i1123" DrawAspect="Content" ObjectID="_1702752679" r:id="rId200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</w:t>
      </w:r>
      <w:r w:rsidR="007F7C51" w:rsidRPr="000B2A56">
        <w:rPr>
          <w:rFonts w:ascii="Palatino Linotype" w:hAnsi="Palatino Linotype" w:cs="Times New Roman"/>
          <w:sz w:val="24"/>
          <w:szCs w:val="24"/>
        </w:rPr>
        <w:t>Mệnh đề nào sau đây là đúng</w:t>
      </w:r>
      <w:r w:rsidRPr="000B2A56">
        <w:rPr>
          <w:rFonts w:ascii="Palatino Linotype" w:hAnsi="Palatino Linotype" w:cs="Times New Roman"/>
          <w:sz w:val="24"/>
          <w:szCs w:val="24"/>
        </w:rPr>
        <w:t>?</w:t>
      </w:r>
    </w:p>
    <w:p w14:paraId="64EF08E2" w14:textId="77777777" w:rsidR="005E66A8" w:rsidRPr="000B2A56" w:rsidRDefault="00B13C4C" w:rsidP="005E66A8">
      <w:pPr>
        <w:spacing w:after="0" w:line="276" w:lineRule="auto"/>
        <w:ind w:left="992" w:hanging="992"/>
        <w:jc w:val="center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4EA2F935" wp14:editId="5D3F3321">
            <wp:extent cx="1426284" cy="14097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433364" cy="141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0C85" w14:textId="3DA3BF92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660" w:dyaOrig="320" w14:anchorId="77448C90">
          <v:shape id="_x0000_i1124" type="#_x0000_t75" style="width:83pt;height:16.5pt" o:ole="">
            <v:imagedata r:id="rId202" o:title=""/>
          </v:shape>
          <o:OLEObject Type="Embed" ProgID="Equation.DSMT4" ShapeID="_x0000_i1124" DrawAspect="Content" ObjectID="_1702752680" r:id="rId203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660" w:dyaOrig="320" w14:anchorId="1BD16295">
          <v:shape id="_x0000_i1125" type="#_x0000_t75" style="width:83pt;height:16.5pt" o:ole="">
            <v:imagedata r:id="rId204" o:title=""/>
          </v:shape>
          <o:OLEObject Type="Embed" ProgID="Equation.DSMT4" ShapeID="_x0000_i1125" DrawAspect="Content" ObjectID="_1702752681" r:id="rId205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53C3B62E" w14:textId="53AD3545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660" w:dyaOrig="320" w14:anchorId="4ABFA1C1">
          <v:shape id="_x0000_i1126" type="#_x0000_t75" style="width:83pt;height:16.5pt" o:ole="">
            <v:imagedata r:id="rId206" o:title=""/>
          </v:shape>
          <o:OLEObject Type="Embed" ProgID="Equation.DSMT4" ShapeID="_x0000_i1126" DrawAspect="Content" ObjectID="_1702752682" r:id="rId207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660" w:dyaOrig="320" w14:anchorId="34AD48B9">
          <v:shape id="_x0000_i1127" type="#_x0000_t75" style="width:83pt;height:16.5pt" o:ole="">
            <v:imagedata r:id="rId208" o:title=""/>
          </v:shape>
          <o:OLEObject Type="Embed" ProgID="Equation.DSMT4" ShapeID="_x0000_i1127" DrawAspect="Content" ObjectID="_1702752683" r:id="rId209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1F1BC1DB" w14:textId="619C931F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phương trình </w:t>
      </w:r>
      <w:r w:rsidRPr="000B2A56">
        <w:rPr>
          <w:position w:val="-10"/>
        </w:rPr>
        <w:object w:dxaOrig="2580" w:dyaOrig="360" w14:anchorId="76CBB25A">
          <v:shape id="_x0000_i1128" type="#_x0000_t75" style="width:128.5pt;height:18pt" o:ole="">
            <v:imagedata r:id="rId210" o:title=""/>
          </v:shape>
          <o:OLEObject Type="Embed" ProgID="Equation.DSMT4" ShapeID="_x0000_i1128" DrawAspect="Content" ObjectID="_1702752684" r:id="rId21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( </w:t>
      </w:r>
      <w:r w:rsidRPr="000B2A56">
        <w:rPr>
          <w:position w:val="-6"/>
        </w:rPr>
        <w:object w:dxaOrig="260" w:dyaOrig="220" w14:anchorId="7F861C08">
          <v:shape id="_x0000_i1129" type="#_x0000_t75" style="width:13pt;height:11pt" o:ole="">
            <v:imagedata r:id="rId212" o:title=""/>
          </v:shape>
          <o:OLEObject Type="Embed" ProgID="Equation.DSMT4" ShapeID="_x0000_i1129" DrawAspect="Content" ObjectID="_1702752685" r:id="rId21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 tham số). Gọi </w:t>
      </w:r>
      <w:r w:rsidRPr="000B2A56">
        <w:rPr>
          <w:position w:val="-12"/>
        </w:rPr>
        <w:object w:dxaOrig="320" w:dyaOrig="360" w14:anchorId="56EE4A21">
          <v:shape id="_x0000_i1130" type="#_x0000_t75" style="width:16.5pt;height:18pt" o:ole="">
            <v:imagedata r:id="rId214" o:title=""/>
          </v:shape>
          <o:OLEObject Type="Embed" ProgID="Equation.DSMT4" ShapeID="_x0000_i1130" DrawAspect="Content" ObjectID="_1702752686" r:id="rId21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 giá trị của tham số </w:t>
      </w:r>
      <w:r w:rsidRPr="000B2A56">
        <w:rPr>
          <w:position w:val="-6"/>
        </w:rPr>
        <w:object w:dxaOrig="260" w:dyaOrig="220" w14:anchorId="0E9EAB22">
          <v:shape id="_x0000_i1131" type="#_x0000_t75" style="width:13pt;height:11pt" o:ole="">
            <v:imagedata r:id="rId216" o:title=""/>
          </v:shape>
          <o:OLEObject Type="Embed" ProgID="Equation.DSMT4" ShapeID="_x0000_i1131" DrawAspect="Content" ObjectID="_1702752687" r:id="rId21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để phương trình có hai nghiệm </w:t>
      </w:r>
      <w:r w:rsidRPr="000B2A56">
        <w:rPr>
          <w:position w:val="-12"/>
        </w:rPr>
        <w:object w:dxaOrig="540" w:dyaOrig="360" w14:anchorId="7817F457">
          <v:shape id="_x0000_i1132" type="#_x0000_t75" style="width:27pt;height:18pt" o:ole="">
            <v:imagedata r:id="rId218" o:title=""/>
          </v:shape>
          <o:OLEObject Type="Embed" ProgID="Equation.DSMT4" ShapeID="_x0000_i1132" DrawAspect="Content" ObjectID="_1702752688" r:id="rId21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thỏa hệ thức </w:t>
      </w:r>
      <w:r w:rsidRPr="000B2A56">
        <w:rPr>
          <w:position w:val="-12"/>
        </w:rPr>
        <w:object w:dxaOrig="1640" w:dyaOrig="360" w14:anchorId="4A05A843">
          <v:shape id="_x0000_i1133" type="#_x0000_t75" style="width:82.5pt;height:18pt" o:ole="">
            <v:imagedata r:id="rId220" o:title=""/>
          </v:shape>
          <o:OLEObject Type="Embed" ProgID="Equation.DSMT4" ShapeID="_x0000_i1133" DrawAspect="Content" ObjectID="_1702752689" r:id="rId22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Hỏi </w:t>
      </w:r>
      <w:r w:rsidRPr="000B2A56">
        <w:rPr>
          <w:position w:val="-12"/>
        </w:rPr>
        <w:object w:dxaOrig="320" w:dyaOrig="360" w14:anchorId="5614F984">
          <v:shape id="_x0000_i1134" type="#_x0000_t75" style="width:16.5pt;height:18pt" o:ole="">
            <v:imagedata r:id="rId222" o:title=""/>
          </v:shape>
          <o:OLEObject Type="Embed" ProgID="Equation.DSMT4" ShapeID="_x0000_i1134" DrawAspect="Content" ObjectID="_1702752690" r:id="rId22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thuộc khoảng nào sau đây?</w:t>
      </w:r>
    </w:p>
    <w:p w14:paraId="6E21E105" w14:textId="6E4A26F6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80" w:dyaOrig="320" w14:anchorId="7DB51B5C">
          <v:shape id="_x0000_i1135" type="#_x0000_t75" style="width:34pt;height:16.5pt" o:ole="">
            <v:imagedata r:id="rId224" o:title=""/>
          </v:shape>
          <o:OLEObject Type="Embed" ProgID="Equation.DSMT4" ShapeID="_x0000_i1135" DrawAspect="Content" ObjectID="_1702752691" r:id="rId225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499" w:dyaOrig="320" w14:anchorId="27E79388">
          <v:shape id="_x0000_i1136" type="#_x0000_t75" style="width:25.5pt;height:16.5pt" o:ole="">
            <v:imagedata r:id="rId226" o:title=""/>
          </v:shape>
          <o:OLEObject Type="Embed" ProgID="Equation.DSMT4" ShapeID="_x0000_i1136" DrawAspect="Content" ObjectID="_1702752692" r:id="rId227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80" w:dyaOrig="320" w14:anchorId="7A138CAA">
          <v:shape id="_x0000_i1137" type="#_x0000_t75" style="width:34pt;height:16.5pt" o:ole="">
            <v:imagedata r:id="rId228" o:title=""/>
          </v:shape>
          <o:OLEObject Type="Embed" ProgID="Equation.DSMT4" ShapeID="_x0000_i1137" DrawAspect="Content" ObjectID="_1702752693" r:id="rId229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560" w:dyaOrig="320" w14:anchorId="5B0841CE">
          <v:shape id="_x0000_i1138" type="#_x0000_t75" style="width:28pt;height:16.5pt" o:ole="">
            <v:imagedata r:id="rId230" o:title=""/>
          </v:shape>
          <o:OLEObject Type="Embed" ProgID="Equation.DSMT4" ShapeID="_x0000_i1138" DrawAspect="Content" ObjectID="_1702752694" r:id="rId231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A48CF25" w14:textId="30FECA65" w:rsidR="005E66A8" w:rsidRPr="000B2A56" w:rsidRDefault="00E92CDA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các số thực dương </w:t>
      </w:r>
      <w:r w:rsidRPr="000B2A56">
        <w:rPr>
          <w:position w:val="-10"/>
        </w:rPr>
        <w:object w:dxaOrig="620" w:dyaOrig="260" w14:anchorId="3B104E74">
          <v:shape id="_x0000_i1139" type="#_x0000_t75" style="width:31pt;height:13pt" o:ole="">
            <v:imagedata r:id="rId232" o:title=""/>
          </v:shape>
          <o:OLEObject Type="Embed" ProgID="Equation.DSMT4" ShapeID="_x0000_i1139" DrawAspect="Content" ObjectID="_1702752695" r:id="rId23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Khẳng định nào sau đây </w:t>
      </w:r>
      <w:r w:rsidRPr="000B2A56">
        <w:rPr>
          <w:rFonts w:ascii="Palatino Linotype" w:hAnsi="Palatino Linotype" w:cs="Times New Roman"/>
          <w:b/>
          <w:bCs/>
          <w:sz w:val="24"/>
          <w:szCs w:val="24"/>
        </w:rPr>
        <w:t>không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đúng.</w:t>
      </w:r>
    </w:p>
    <w:p w14:paraId="624B4FDB" w14:textId="4B552905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bookmarkStart w:id="0" w:name="MTBlankEqn"/>
      <w:r w:rsidR="00E92CDA" w:rsidRPr="000B2A56">
        <w:rPr>
          <w:rFonts w:ascii="Palatino Linotype" w:hAnsi="Palatino Linotype" w:cs="Times New Roman"/>
          <w:position w:val="-12"/>
          <w:sz w:val="24"/>
          <w:szCs w:val="24"/>
        </w:rPr>
        <w:object w:dxaOrig="1320" w:dyaOrig="400" w14:anchorId="7B9E9619">
          <v:shape id="_x0000_i1140" type="#_x0000_t75" style="width:65.5pt;height:20pt" o:ole="">
            <v:imagedata r:id="rId234" o:title=""/>
          </v:shape>
          <o:OLEObject Type="Embed" ProgID="Equation.DSMT4" ShapeID="_x0000_i1140" DrawAspect="Content" ObjectID="_1702752696" r:id="rId235"/>
        </w:object>
      </w:r>
      <w:bookmarkEnd w:id="0"/>
      <w:r w:rsidR="00E92CDA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E92CDA" w:rsidRPr="000B2A56">
        <w:rPr>
          <w:rFonts w:ascii="Palatino Linotype" w:hAnsi="Palatino Linotype" w:cs="Times New Roman"/>
          <w:position w:val="-14"/>
          <w:sz w:val="24"/>
          <w:szCs w:val="24"/>
        </w:rPr>
        <w:object w:dxaOrig="2340" w:dyaOrig="440" w14:anchorId="0DF134BF">
          <v:shape id="_x0000_i1141" type="#_x0000_t75" style="width:117pt;height:22pt" o:ole="">
            <v:imagedata r:id="rId236" o:title=""/>
          </v:shape>
          <o:OLEObject Type="Embed" ProgID="Equation.DSMT4" ShapeID="_x0000_i1141" DrawAspect="Content" ObjectID="_1702752697" r:id="rId237"/>
        </w:object>
      </w:r>
      <w:r w:rsidR="00E92CDA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86B3991" w14:textId="4C6C3A98" w:rsidR="00E92CD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E92CDA"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1380" w:dyaOrig="660" w14:anchorId="79813A02">
          <v:shape id="_x0000_i1142" type="#_x0000_t75" style="width:69.5pt;height:33pt" o:ole="">
            <v:imagedata r:id="rId238" o:title=""/>
          </v:shape>
          <o:OLEObject Type="Embed" ProgID="Equation.DSMT4" ShapeID="_x0000_i1142" DrawAspect="Content" ObjectID="_1702752698" r:id="rId239"/>
        </w:object>
      </w:r>
      <w:r w:rsidR="00E92CDA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E92CDA"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2079" w:dyaOrig="660" w14:anchorId="6D9B4886">
          <v:shape id="_x0000_i1143" type="#_x0000_t75" style="width:104pt;height:33pt" o:ole="">
            <v:imagedata r:id="rId240" o:title=""/>
          </v:shape>
          <o:OLEObject Type="Embed" ProgID="Equation.DSMT4" ShapeID="_x0000_i1143" DrawAspect="Content" ObjectID="_1702752699" r:id="rId241"/>
        </w:object>
      </w:r>
      <w:r w:rsidR="00E92CDA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4C25D53" w14:textId="56F10E7C" w:rsidR="00B13C4C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hàm số bậc hai </w:t>
      </w:r>
      <w:r w:rsidR="00534329" w:rsidRPr="000B2A56">
        <w:rPr>
          <w:position w:val="-14"/>
        </w:rPr>
        <w:object w:dxaOrig="1920" w:dyaOrig="400" w14:anchorId="66D152FA">
          <v:shape id="_x0000_i1144" type="#_x0000_t75" style="width:96pt;height:20.5pt" o:ole="">
            <v:imagedata r:id="rId242" o:title=""/>
          </v:shape>
          <o:OLEObject Type="Embed" ProgID="Equation.DSMT4" ShapeID="_x0000_i1144" DrawAspect="Content" ObjectID="_1702752700" r:id="rId24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bảng biến thiên như hình </w:t>
      </w:r>
      <w:r w:rsidR="00657B8A" w:rsidRPr="000B2A56">
        <w:rPr>
          <w:rFonts w:ascii="Palatino Linotype" w:hAnsi="Palatino Linotype" w:cs="Times New Roman"/>
          <w:sz w:val="24"/>
          <w:szCs w:val="24"/>
        </w:rPr>
        <w:t>bên dưới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. Có bao nhiêu giá trị nguyên của tham số </w:t>
      </w:r>
      <w:r w:rsidRPr="000B2A56">
        <w:rPr>
          <w:position w:val="-6"/>
        </w:rPr>
        <w:object w:dxaOrig="260" w:dyaOrig="220" w14:anchorId="0769242E">
          <v:shape id="_x0000_i1145" type="#_x0000_t75" style="width:13pt;height:11pt" o:ole="">
            <v:imagedata r:id="rId244" o:title=""/>
          </v:shape>
          <o:OLEObject Type="Embed" ProgID="Equation.DSMT4" ShapeID="_x0000_i1145" DrawAspect="Content" ObjectID="_1702752701" r:id="rId24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thuộc đoạn </w:t>
      </w:r>
      <w:r w:rsidR="00534329" w:rsidRPr="000B2A56">
        <w:rPr>
          <w:position w:val="-14"/>
        </w:rPr>
        <w:object w:dxaOrig="1400" w:dyaOrig="400" w14:anchorId="679DA6A4">
          <v:shape id="_x0000_i1146" type="#_x0000_t75" style="width:70pt;height:20.5pt" o:ole="">
            <v:imagedata r:id="rId246" o:title=""/>
          </v:shape>
          <o:OLEObject Type="Embed" ProgID="Equation.DSMT4" ShapeID="_x0000_i1146" DrawAspect="Content" ObjectID="_1702752702" r:id="rId24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để phương trình </w:t>
      </w:r>
      <w:r w:rsidR="001B486F" w:rsidRPr="000B2A56">
        <w:rPr>
          <w:position w:val="-14"/>
        </w:rPr>
        <w:object w:dxaOrig="999" w:dyaOrig="400" w14:anchorId="260EC8AE">
          <v:shape id="_x0000_i1147" type="#_x0000_t75" style="width:50pt;height:20.5pt" o:ole="">
            <v:imagedata r:id="rId248" o:title=""/>
          </v:shape>
          <o:OLEObject Type="Embed" ProgID="Equation.DSMT4" ShapeID="_x0000_i1147" DrawAspect="Content" ObjectID="_1702752703" r:id="rId24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hai nghiệm?</w:t>
      </w:r>
    </w:p>
    <w:p w14:paraId="0CBCC221" w14:textId="77777777" w:rsidR="005E66A8" w:rsidRPr="000B2A56" w:rsidRDefault="00B13C4C" w:rsidP="005E66A8">
      <w:pPr>
        <w:spacing w:after="0" w:line="276" w:lineRule="auto"/>
        <w:ind w:left="992" w:hanging="992"/>
        <w:jc w:val="center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5C9960C3" wp14:editId="032208A3">
            <wp:extent cx="2812453" cy="1264920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831641" cy="1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6F0C" w14:textId="152065AD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2015.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60" w:dyaOrig="279" w14:anchorId="203592A8">
          <v:shape id="_x0000_i1148" type="#_x0000_t75" style="width:28pt;height:13.5pt" o:ole="">
            <v:imagedata r:id="rId251" o:title=""/>
          </v:shape>
          <o:OLEObject Type="Embed" ProgID="Equation.DSMT4" ShapeID="_x0000_i1148" DrawAspect="Content" ObjectID="_1702752704" r:id="rId25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2024.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2016.</w:t>
      </w:r>
    </w:p>
    <w:p w14:paraId="2B034C6B" w14:textId="03538D46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</w:t>
      </w:r>
      <w:r w:rsidRPr="000B2A56">
        <w:rPr>
          <w:position w:val="-10"/>
        </w:rPr>
        <w:object w:dxaOrig="460" w:dyaOrig="320" w14:anchorId="0EC2DD05">
          <v:shape id="_x0000_i1149" type="#_x0000_t75" style="width:23.5pt;height:16.5pt" o:ole="">
            <v:imagedata r:id="rId253" o:title=""/>
          </v:shape>
          <o:OLEObject Type="Embed" ProgID="Equation.DSMT4" ShapeID="_x0000_i1149" DrawAspect="Content" ObjectID="_1702752705" r:id="rId25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hai vecto </w:t>
      </w:r>
      <w:r w:rsidR="006E351B" w:rsidRPr="000B2A56">
        <w:rPr>
          <w:position w:val="-10"/>
        </w:rPr>
        <w:object w:dxaOrig="1060" w:dyaOrig="320" w14:anchorId="64A5B8B2">
          <v:shape id="_x0000_i1150" type="#_x0000_t75" style="width:53pt;height:16pt" o:ole="">
            <v:imagedata r:id="rId255" o:title=""/>
          </v:shape>
          <o:OLEObject Type="Embed" ProgID="Equation.DSMT4" ShapeID="_x0000_i1150" DrawAspect="Content" ObjectID="_1702752706" r:id="rId256"/>
        </w:object>
      </w:r>
      <w:r w:rsidR="006E351B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6E351B" w:rsidRPr="000B2A56">
        <w:rPr>
          <w:position w:val="-10"/>
        </w:rPr>
        <w:object w:dxaOrig="1060" w:dyaOrig="380" w14:anchorId="63F22CF8">
          <v:shape id="_x0000_i1151" type="#_x0000_t75" style="width:53pt;height:19pt" o:ole="">
            <v:imagedata r:id="rId257" o:title=""/>
          </v:shape>
          <o:OLEObject Type="Embed" ProgID="Equation.DSMT4" ShapeID="_x0000_i1151" DrawAspect="Content" ObjectID="_1702752707" r:id="rId25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0B2A56">
        <w:rPr>
          <w:position w:val="-6"/>
        </w:rPr>
        <w:object w:dxaOrig="800" w:dyaOrig="340" w14:anchorId="44AB6120">
          <v:shape id="_x0000_i1152" type="#_x0000_t75" style="width:40.5pt;height:16.5pt" o:ole="">
            <v:imagedata r:id="rId259" o:title=""/>
          </v:shape>
          <o:OLEObject Type="Embed" ProgID="Equation.DSMT4" ShapeID="_x0000_i1152" DrawAspect="Content" ObjectID="_1702752708" r:id="rId260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6FB364A" w14:textId="3D1D108C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700" w:dyaOrig="320" w14:anchorId="7DB9E801">
          <v:shape id="_x0000_i1153" type="#_x0000_t75" style="width:35pt;height:16.5pt" o:ole="">
            <v:imagedata r:id="rId261" o:title=""/>
          </v:shape>
          <o:OLEObject Type="Embed" ProgID="Equation.DSMT4" ShapeID="_x0000_i1153" DrawAspect="Content" ObjectID="_1702752709" r:id="rId26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80" w:dyaOrig="320" w14:anchorId="60067755">
          <v:shape id="_x0000_i1154" type="#_x0000_t75" style="width:34pt;height:16.5pt" o:ole="">
            <v:imagedata r:id="rId263" o:title=""/>
          </v:shape>
          <o:OLEObject Type="Embed" ProgID="Equation.DSMT4" ShapeID="_x0000_i1154" DrawAspect="Content" ObjectID="_1702752710" r:id="rId26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80" w:dyaOrig="320" w14:anchorId="731CD337">
          <v:shape id="_x0000_i1155" type="#_x0000_t75" style="width:34pt;height:16.5pt" o:ole="">
            <v:imagedata r:id="rId265" o:title=""/>
          </v:shape>
          <o:OLEObject Type="Embed" ProgID="Equation.DSMT4" ShapeID="_x0000_i1155" DrawAspect="Content" ObjectID="_1702752711" r:id="rId26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700" w:dyaOrig="320" w14:anchorId="33DFCEEE">
          <v:shape id="_x0000_i1156" type="#_x0000_t75" style="width:35pt;height:16.5pt" o:ole="">
            <v:imagedata r:id="rId267" o:title=""/>
          </v:shape>
          <o:OLEObject Type="Embed" ProgID="Equation.DSMT4" ShapeID="_x0000_i1156" DrawAspect="Content" ObjectID="_1702752712" r:id="rId26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3FF3F28" w14:textId="29CA1C6C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tam giác </w:t>
      </w:r>
      <w:r w:rsidR="008117DC" w:rsidRPr="000B2A56">
        <w:rPr>
          <w:position w:val="-6"/>
        </w:rPr>
        <w:object w:dxaOrig="560" w:dyaOrig="279" w14:anchorId="4A6896D3">
          <v:shape id="_x0000_i1157" type="#_x0000_t75" style="width:28pt;height:14pt" o:ole="">
            <v:imagedata r:id="rId269" o:title=""/>
          </v:shape>
          <o:OLEObject Type="Embed" ProgID="Equation.DSMT4" ShapeID="_x0000_i1157" DrawAspect="Content" ObjectID="_1702752713" r:id="rId270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có thể xác định được bao nhiêu véctơ (khác véctơ không) có điểm đầu và điểm cuối là các đỉnh </w:t>
      </w:r>
      <w:r w:rsidR="008117DC" w:rsidRPr="000B2A56">
        <w:rPr>
          <w:position w:val="-10"/>
        </w:rPr>
        <w:object w:dxaOrig="740" w:dyaOrig="320" w14:anchorId="002053E7">
          <v:shape id="_x0000_i1158" type="#_x0000_t75" style="width:37pt;height:16pt" o:ole="">
            <v:imagedata r:id="rId271" o:title=""/>
          </v:shape>
          <o:OLEObject Type="Embed" ProgID="Equation.DSMT4" ShapeID="_x0000_i1158" DrawAspect="Content" ObjectID="_1702752714" r:id="rId272"/>
        </w:object>
      </w:r>
      <w:r w:rsidRPr="000B2A56">
        <w:rPr>
          <w:rFonts w:ascii="Palatino Linotype" w:hAnsi="Palatino Linotype" w:cs="Times New Roman"/>
          <w:sz w:val="24"/>
          <w:szCs w:val="24"/>
        </w:rPr>
        <w:t>?</w:t>
      </w:r>
    </w:p>
    <w:p w14:paraId="7CB5BF74" w14:textId="2369EFBF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6.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3.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4.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5.</w:t>
      </w:r>
    </w:p>
    <w:p w14:paraId="713A10D7" w14:textId="6134C994" w:rsidR="005E66A8" w:rsidRPr="000B2A56" w:rsidRDefault="001C6D77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Khẳng định nào sau đây về hàm số </w:t>
      </w:r>
      <w:r w:rsidRPr="000B2A56">
        <w:rPr>
          <w:position w:val="-10"/>
        </w:rPr>
        <w:object w:dxaOrig="1020" w:dyaOrig="320" w14:anchorId="13BBA0D2">
          <v:shape id="_x0000_i1159" type="#_x0000_t75" style="width:51.5pt;height:16.5pt" o:ole="">
            <v:imagedata r:id="rId273" o:title=""/>
          </v:shape>
          <o:OLEObject Type="Embed" ProgID="Equation.DSMT4" ShapeID="_x0000_i1159" DrawAspect="Content" ObjectID="_1702752715" r:id="rId27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 </w:t>
      </w:r>
      <w:r w:rsidRPr="000B2A56">
        <w:rPr>
          <w:rFonts w:ascii="Palatino Linotype" w:hAnsi="Palatino Linotype" w:cs="Times New Roman"/>
          <w:b/>
          <w:bCs/>
          <w:sz w:val="24"/>
          <w:szCs w:val="24"/>
        </w:rPr>
        <w:t>sai</w:t>
      </w:r>
      <w:r w:rsidRPr="000B2A56">
        <w:rPr>
          <w:rFonts w:ascii="Palatino Linotype" w:hAnsi="Palatino Linotype" w:cs="Times New Roman"/>
          <w:sz w:val="24"/>
          <w:szCs w:val="24"/>
        </w:rPr>
        <w:t>?</w:t>
      </w:r>
    </w:p>
    <w:p w14:paraId="6769CF21" w14:textId="74494F6C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1C6D77" w:rsidRPr="000B2A56">
        <w:rPr>
          <w:rFonts w:ascii="Palatino Linotype" w:hAnsi="Palatino Linotype" w:cs="Times New Roman"/>
          <w:sz w:val="24"/>
          <w:szCs w:val="24"/>
        </w:rPr>
        <w:t xml:space="preserve">Hàm số đồng biến trên </w:t>
      </w:r>
      <w:r w:rsidR="001C6D77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260" w:dyaOrig="260" w14:anchorId="201542ED">
          <v:shape id="_x0000_i1160" type="#_x0000_t75" style="width:13pt;height:13pt" o:ole="">
            <v:imagedata r:id="rId275" o:title=""/>
          </v:shape>
          <o:OLEObject Type="Embed" ProgID="Equation.DSMT4" ShapeID="_x0000_i1160" DrawAspect="Content" ObjectID="_1702752716" r:id="rId276"/>
        </w:object>
      </w:r>
      <w:r w:rsidR="001C6D77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E51C9A1" w14:textId="26B09E94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1C6D77" w:rsidRPr="000B2A56">
        <w:rPr>
          <w:rFonts w:ascii="Palatino Linotype" w:hAnsi="Palatino Linotype" w:cs="Times New Roman"/>
          <w:sz w:val="24"/>
          <w:szCs w:val="24"/>
        </w:rPr>
        <w:t xml:space="preserve">Đồ thị hàm số cắt trục </w:t>
      </w:r>
      <w:r w:rsidR="001C6D77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360" w:dyaOrig="279" w14:anchorId="6AB53F22">
          <v:shape id="_x0000_i1161" type="#_x0000_t75" style="width:18pt;height:14pt" o:ole="">
            <v:imagedata r:id="rId277" o:title=""/>
          </v:shape>
          <o:OLEObject Type="Embed" ProgID="Equation.DSMT4" ShapeID="_x0000_i1161" DrawAspect="Content" ObjectID="_1702752717" r:id="rId278"/>
        </w:object>
      </w:r>
      <w:r w:rsidR="001C6D77" w:rsidRPr="000B2A56">
        <w:rPr>
          <w:rFonts w:ascii="Palatino Linotype" w:hAnsi="Palatino Linotype" w:cs="Times New Roman"/>
          <w:sz w:val="24"/>
          <w:szCs w:val="24"/>
        </w:rPr>
        <w:t xml:space="preserve"> tại điểm </w:t>
      </w:r>
      <w:r w:rsidR="001C6D77"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859" w:dyaOrig="680" w14:anchorId="4643EEAB">
          <v:shape id="_x0000_i1162" type="#_x0000_t75" style="width:43pt;height:34pt" o:ole="">
            <v:imagedata r:id="rId279" o:title=""/>
          </v:shape>
          <o:OLEObject Type="Embed" ProgID="Equation.DSMT4" ShapeID="_x0000_i1162" DrawAspect="Content" ObjectID="_1702752718" r:id="rId280"/>
        </w:object>
      </w:r>
      <w:r w:rsidR="001C6D77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A0C0949" w14:textId="4E3467C5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1C6D77" w:rsidRPr="000B2A56">
        <w:rPr>
          <w:rFonts w:ascii="Palatino Linotype" w:hAnsi="Palatino Linotype" w:cs="Times New Roman"/>
          <w:sz w:val="24"/>
          <w:szCs w:val="24"/>
        </w:rPr>
        <w:t xml:space="preserve">Đồ thị hàm số cắt trục </w:t>
      </w:r>
      <w:r w:rsidR="001C6D77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360" w:dyaOrig="320" w14:anchorId="3727DE81">
          <v:shape id="_x0000_i1163" type="#_x0000_t75" style="width:18pt;height:16.5pt" o:ole="">
            <v:imagedata r:id="rId281" o:title=""/>
          </v:shape>
          <o:OLEObject Type="Embed" ProgID="Equation.DSMT4" ShapeID="_x0000_i1163" DrawAspect="Content" ObjectID="_1702752719" r:id="rId282"/>
        </w:object>
      </w:r>
      <w:r w:rsidR="001C6D77" w:rsidRPr="000B2A56">
        <w:rPr>
          <w:rFonts w:ascii="Palatino Linotype" w:hAnsi="Palatino Linotype" w:cs="Times New Roman"/>
          <w:sz w:val="24"/>
          <w:szCs w:val="24"/>
        </w:rPr>
        <w:t xml:space="preserve"> tai điểm </w:t>
      </w:r>
      <w:r w:rsidR="001C6D77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560" w:dyaOrig="320" w14:anchorId="0F8FC02D">
          <v:shape id="_x0000_i1164" type="#_x0000_t75" style="width:28pt;height:16.5pt" o:ole="">
            <v:imagedata r:id="rId283" o:title=""/>
          </v:shape>
          <o:OLEObject Type="Embed" ProgID="Equation.DSMT4" ShapeID="_x0000_i1164" DrawAspect="Content" ObjectID="_1702752720" r:id="rId284"/>
        </w:object>
      </w:r>
      <w:r w:rsidR="001C6D77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DB10418" w14:textId="33213116" w:rsidR="001C6D77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1C6D77" w:rsidRPr="000B2A56">
        <w:rPr>
          <w:rFonts w:ascii="Palatino Linotype" w:hAnsi="Palatino Linotype" w:cs="Times New Roman"/>
          <w:sz w:val="24"/>
          <w:szCs w:val="24"/>
        </w:rPr>
        <w:t xml:space="preserve">Hàm số nghịch biến trên </w:t>
      </w:r>
      <w:r w:rsidR="001C6D77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260" w:dyaOrig="260" w14:anchorId="18CC3280">
          <v:shape id="_x0000_i1165" type="#_x0000_t75" style="width:13pt;height:13pt" o:ole="">
            <v:imagedata r:id="rId285" o:title=""/>
          </v:shape>
          <o:OLEObject Type="Embed" ProgID="Equation.DSMT4" ShapeID="_x0000_i1165" DrawAspect="Content" ObjectID="_1702752721" r:id="rId286"/>
        </w:object>
      </w:r>
      <w:r w:rsidR="001C6D77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14E7DB5" w14:textId="554A592B" w:rsidR="005E66A8" w:rsidRPr="000B2A56" w:rsidRDefault="00912359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</w:t>
      </w:r>
      <w:r w:rsidRPr="000B2A56">
        <w:rPr>
          <w:position w:val="-10"/>
        </w:rPr>
        <w:object w:dxaOrig="460" w:dyaOrig="320" w14:anchorId="5111994E">
          <v:shape id="_x0000_i1166" type="#_x0000_t75" style="width:23.5pt;height:16pt" o:ole="">
            <v:imagedata r:id="rId287" o:title=""/>
          </v:shape>
          <o:OLEObject Type="Embed" ProgID="Equation.DSMT4" ShapeID="_x0000_i1166" DrawAspect="Content" ObjectID="_1702752722" r:id="rId28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</w:t>
      </w:r>
      <w:r w:rsidR="003F355F" w:rsidRPr="000B2A56">
        <w:rPr>
          <w:rFonts w:ascii="Palatino Linotype" w:hAnsi="Palatino Linotype" w:cs="Times New Roman"/>
          <w:sz w:val="24"/>
          <w:szCs w:val="24"/>
        </w:rPr>
        <w:t xml:space="preserve">hình vuông </w:t>
      </w:r>
      <w:r w:rsidR="003F355F" w:rsidRPr="000B2A56">
        <w:rPr>
          <w:position w:val="-6"/>
        </w:rPr>
        <w:object w:dxaOrig="720" w:dyaOrig="279" w14:anchorId="75DA96D6">
          <v:shape id="_x0000_i1167" type="#_x0000_t75" style="width:36pt;height:14pt" o:ole="">
            <v:imagedata r:id="rId289" o:title=""/>
          </v:shape>
          <o:OLEObject Type="Embed" ProgID="Equation.DSMT4" ShapeID="_x0000_i1167" DrawAspect="Content" ObjectID="_1702752723" r:id="rId290"/>
        </w:object>
      </w:r>
      <w:r w:rsidR="003F355F" w:rsidRPr="000B2A56">
        <w:rPr>
          <w:rFonts w:ascii="Palatino Linotype" w:hAnsi="Palatino Linotype" w:cs="Times New Roman"/>
          <w:sz w:val="24"/>
          <w:szCs w:val="24"/>
        </w:rPr>
        <w:t xml:space="preserve"> có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position w:val="-10"/>
        </w:rPr>
        <w:object w:dxaOrig="840" w:dyaOrig="320" w14:anchorId="2B332805">
          <v:shape id="_x0000_i1168" type="#_x0000_t75" style="width:42pt;height:16pt" o:ole="">
            <v:imagedata r:id="rId291" o:title=""/>
          </v:shape>
          <o:OLEObject Type="Embed" ProgID="Equation.DSMT4" ShapeID="_x0000_i1168" DrawAspect="Content" ObjectID="_1702752724" r:id="rId29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8C3ADD" w:rsidRPr="000B2A56">
        <w:rPr>
          <w:position w:val="-10"/>
        </w:rPr>
        <w:object w:dxaOrig="700" w:dyaOrig="320" w14:anchorId="649303C2">
          <v:shape id="_x0000_i1169" type="#_x0000_t75" style="width:35pt;height:16pt" o:ole="">
            <v:imagedata r:id="rId293" o:title=""/>
          </v:shape>
          <o:OLEObject Type="Embed" ProgID="Equation.DSMT4" ShapeID="_x0000_i1169" DrawAspect="Content" ObjectID="_1702752725" r:id="rId29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</w:t>
      </w:r>
      <w:r w:rsidR="005A592F" w:rsidRPr="000B2A56">
        <w:rPr>
          <w:rFonts w:ascii="Palatino Linotype" w:hAnsi="Palatino Linotype" w:cs="Times New Roman"/>
          <w:sz w:val="24"/>
          <w:szCs w:val="24"/>
        </w:rPr>
        <w:t>Diện tích hình vuông là</w:t>
      </w:r>
    </w:p>
    <w:p w14:paraId="3E409E92" w14:textId="7C149D56" w:rsidR="00444CBF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8C3ADD"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360" w:dyaOrig="360" w14:anchorId="559A7CD4">
          <v:shape id="_x0000_i1170" type="#_x0000_t75" style="width:18.5pt;height:18.5pt" o:ole="">
            <v:imagedata r:id="rId295" o:title=""/>
          </v:shape>
          <o:OLEObject Type="Embed" ProgID="Equation.DSMT4" ShapeID="_x0000_i1170" DrawAspect="Content" ObjectID="_1702752726" r:id="rId296"/>
        </w:object>
      </w:r>
      <w:r w:rsidR="00444CBF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444CBF" w:rsidRPr="000B2A56">
        <w:rPr>
          <w:rFonts w:ascii="Palatino Linotype" w:hAnsi="Palatino Linotype" w:cs="Times New Roman"/>
          <w:sz w:val="24"/>
          <w:szCs w:val="24"/>
        </w:rPr>
        <w:t>2</w:t>
      </w:r>
      <w:r w:rsidR="008C3ADD" w:rsidRPr="000B2A56">
        <w:rPr>
          <w:rFonts w:ascii="Palatino Linotype" w:hAnsi="Palatino Linotype" w:cs="Times New Roman"/>
          <w:sz w:val="24"/>
          <w:szCs w:val="24"/>
        </w:rPr>
        <w:t>5</w:t>
      </w:r>
      <w:r w:rsidR="00444CBF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8C3ADD" w:rsidRPr="000B2A56">
        <w:rPr>
          <w:rFonts w:ascii="Palatino Linotype" w:hAnsi="Palatino Linotype" w:cs="Times New Roman"/>
          <w:sz w:val="24"/>
          <w:szCs w:val="24"/>
        </w:rPr>
        <w:t>5</w:t>
      </w:r>
      <w:r w:rsidR="00444CBF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8C3ADD" w:rsidRPr="000B2A56">
        <w:rPr>
          <w:rFonts w:ascii="Palatino Linotype" w:hAnsi="Palatino Linotype" w:cs="Times New Roman"/>
          <w:sz w:val="24"/>
          <w:szCs w:val="24"/>
        </w:rPr>
        <w:t>20</w:t>
      </w:r>
      <w:r w:rsidR="00444CBF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7F1E012" w14:textId="3EDEBE62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Số giao điểm của hai đồ thị hàm số </w:t>
      </w:r>
      <w:r w:rsidRPr="000B2A56">
        <w:rPr>
          <w:position w:val="-10"/>
        </w:rPr>
        <w:object w:dxaOrig="1420" w:dyaOrig="360" w14:anchorId="675A3513">
          <v:shape id="_x0000_i1171" type="#_x0000_t75" style="width:70.5pt;height:18pt" o:ole="">
            <v:imagedata r:id="rId297" o:title=""/>
          </v:shape>
          <o:OLEObject Type="Embed" ProgID="Equation.DSMT4" ShapeID="_x0000_i1171" DrawAspect="Content" ObjectID="_1702752727" r:id="rId29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0"/>
        </w:rPr>
        <w:object w:dxaOrig="980" w:dyaOrig="320" w14:anchorId="0AB316E3">
          <v:shape id="_x0000_i1172" type="#_x0000_t75" style="width:49pt;height:16.5pt" o:ole="">
            <v:imagedata r:id="rId299" o:title=""/>
          </v:shape>
          <o:OLEObject Type="Embed" ProgID="Equation.DSMT4" ShapeID="_x0000_i1172" DrawAspect="Content" ObjectID="_1702752728" r:id="rId300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</w:t>
      </w:r>
    </w:p>
    <w:p w14:paraId="1048FF72" w14:textId="0E2E8052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1.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2.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3.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0.</w:t>
      </w:r>
    </w:p>
    <w:p w14:paraId="26C20842" w14:textId="77D42FAB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Xác định parabol </w:t>
      </w:r>
      <w:r w:rsidR="00101E3C" w:rsidRPr="000B2A56">
        <w:object w:dxaOrig="2580" w:dyaOrig="360" w14:anchorId="4637AA1E">
          <v:shape id="_x0000_i1173" type="#_x0000_t75" style="width:128.5pt;height:18pt" o:ole="">
            <v:imagedata r:id="rId301" o:title=""/>
          </v:shape>
          <o:OLEObject Type="Embed" ProgID="Equation.DSMT4" ShapeID="_x0000_i1173" DrawAspect="Content" ObjectID="_1702752729" r:id="rId30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biết </w:t>
      </w:r>
      <w:r w:rsidR="00101E3C" w:rsidRPr="000B2A56">
        <w:object w:dxaOrig="400" w:dyaOrig="320" w14:anchorId="1B4A2E85">
          <v:shape id="_x0000_i1174" type="#_x0000_t75" style="width:20pt;height:16pt" o:ole="">
            <v:imagedata r:id="rId303" o:title=""/>
          </v:shape>
          <o:OLEObject Type="Embed" ProgID="Equation.DSMT4" ShapeID="_x0000_i1174" DrawAspect="Content" ObjectID="_1702752730" r:id="rId30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đi qua điểm </w:t>
      </w:r>
      <w:r w:rsidR="00101E3C" w:rsidRPr="000B2A56">
        <w:object w:dxaOrig="800" w:dyaOrig="320" w14:anchorId="19C8E485">
          <v:shape id="_x0000_i1175" type="#_x0000_t75" style="width:40.5pt;height:16pt" o:ole="">
            <v:imagedata r:id="rId305" o:title=""/>
          </v:shape>
          <o:OLEObject Type="Embed" ProgID="Equation.DSMT4" ShapeID="_x0000_i1175" DrawAspect="Content" ObjectID="_1702752731" r:id="rId30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có đỉnh </w:t>
      </w:r>
      <w:r w:rsidR="00101E3C" w:rsidRPr="000B2A56">
        <w:object w:dxaOrig="800" w:dyaOrig="320" w14:anchorId="0077EC36">
          <v:shape id="_x0000_i1176" type="#_x0000_t75" style="width:40.5pt;height:16pt" o:ole="">
            <v:imagedata r:id="rId307" o:title=""/>
          </v:shape>
          <o:OLEObject Type="Embed" ProgID="Equation.DSMT4" ShapeID="_x0000_i1176" DrawAspect="Content" ObjectID="_1702752732" r:id="rId308"/>
        </w:object>
      </w:r>
    </w:p>
    <w:p w14:paraId="024D3A0D" w14:textId="00106B2B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2200" w:dyaOrig="620" w14:anchorId="2F9427BA">
          <v:shape id="_x0000_i1177" type="#_x0000_t75" style="width:110pt;height:31.5pt" o:ole="">
            <v:imagedata r:id="rId309" o:title=""/>
          </v:shape>
          <o:OLEObject Type="Embed" ProgID="Equation.DSMT4" ShapeID="_x0000_i1177" DrawAspect="Content" ObjectID="_1702752733" r:id="rId31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2360" w:dyaOrig="620" w14:anchorId="61C4E0A9">
          <v:shape id="_x0000_i1178" type="#_x0000_t75" style="width:118.5pt;height:31.5pt" o:ole="">
            <v:imagedata r:id="rId311" o:title=""/>
          </v:shape>
          <o:OLEObject Type="Embed" ProgID="Equation.DSMT4" ShapeID="_x0000_i1178" DrawAspect="Content" ObjectID="_1702752734" r:id="rId31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5A9FC236" w14:textId="04ED4F2D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2200" w:dyaOrig="620" w14:anchorId="58EBA848">
          <v:shape id="_x0000_i1179" type="#_x0000_t75" style="width:110pt;height:31.5pt" o:ole="">
            <v:imagedata r:id="rId313" o:title=""/>
          </v:shape>
          <o:OLEObject Type="Embed" ProgID="Equation.DSMT4" ShapeID="_x0000_i1179" DrawAspect="Content" ObjectID="_1702752735" r:id="rId31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2240" w:dyaOrig="660" w14:anchorId="63A3B9C8">
          <v:shape id="_x0000_i1180" type="#_x0000_t75" style="width:112.5pt;height:33.5pt" o:ole="">
            <v:imagedata r:id="rId315" o:title=""/>
          </v:shape>
          <o:OLEObject Type="Embed" ProgID="Equation.DSMT4" ShapeID="_x0000_i1180" DrawAspect="Content" ObjectID="_1702752736" r:id="rId31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63091F4" w14:textId="179FDF8D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Số nghiệm của phương trình </w:t>
      </w:r>
      <w:r w:rsidRPr="000B2A56">
        <w:rPr>
          <w:position w:val="-24"/>
        </w:rPr>
        <w:object w:dxaOrig="1560" w:dyaOrig="660" w14:anchorId="1B1B0F84">
          <v:shape id="_x0000_i1181" type="#_x0000_t75" style="width:78pt;height:33.5pt" o:ole="">
            <v:imagedata r:id="rId317" o:title=""/>
          </v:shape>
          <o:OLEObject Type="Embed" ProgID="Equation.DSMT4" ShapeID="_x0000_i1181" DrawAspect="Content" ObjectID="_1702752737" r:id="rId31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</w:t>
      </w:r>
    </w:p>
    <w:p w14:paraId="6811B7AE" w14:textId="7658B190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2.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1.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80" w:dyaOrig="279" w14:anchorId="782EF6F8">
          <v:shape id="_x0000_i1182" type="#_x0000_t75" style="width:8.5pt;height:13.5pt" o:ole="">
            <v:imagedata r:id="rId319" o:title=""/>
          </v:shape>
          <o:OLEObject Type="Embed" ProgID="Equation.DSMT4" ShapeID="_x0000_i1182" DrawAspect="Content" ObjectID="_1702752738" r:id="rId32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4.</w:t>
      </w:r>
    </w:p>
    <w:p w14:paraId="2A25829A" w14:textId="044E9D3F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</w:t>
      </w:r>
      <w:r w:rsidR="00F93D2A" w:rsidRPr="000B2A56">
        <w:rPr>
          <w:position w:val="-10"/>
        </w:rPr>
        <w:object w:dxaOrig="460" w:dyaOrig="320" w14:anchorId="57094DF8">
          <v:shape id="_x0000_i1183" type="#_x0000_t75" style="width:23.5pt;height:16pt" o:ole="">
            <v:imagedata r:id="rId287" o:title=""/>
          </v:shape>
          <o:OLEObject Type="Embed" ProgID="Equation.DSMT4" ShapeID="_x0000_i1183" DrawAspect="Content" ObjectID="_1702752739" r:id="rId32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ba điểm </w:t>
      </w:r>
      <w:r w:rsidR="0077520A" w:rsidRPr="000B2A56">
        <w:rPr>
          <w:position w:val="-10"/>
        </w:rPr>
        <w:object w:dxaOrig="840" w:dyaOrig="320" w14:anchorId="1A19D6FF">
          <v:shape id="_x0000_i1184" type="#_x0000_t75" style="width:42pt;height:16pt" o:ole="">
            <v:imagedata r:id="rId291" o:title=""/>
          </v:shape>
          <o:OLEObject Type="Embed" ProgID="Equation.DSMT4" ShapeID="_x0000_i1184" DrawAspect="Content" ObjectID="_1702752740" r:id="rId322"/>
        </w:object>
      </w:r>
      <w:r w:rsidR="0077520A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77520A" w:rsidRPr="000B2A56">
        <w:rPr>
          <w:position w:val="-10"/>
        </w:rPr>
        <w:object w:dxaOrig="720" w:dyaOrig="320" w14:anchorId="1BEDF6C5">
          <v:shape id="_x0000_i1185" type="#_x0000_t75" style="width:36pt;height:16pt" o:ole="">
            <v:imagedata r:id="rId323" o:title=""/>
          </v:shape>
          <o:OLEObject Type="Embed" ProgID="Equation.DSMT4" ShapeID="_x0000_i1185" DrawAspect="Content" ObjectID="_1702752741" r:id="rId324"/>
        </w:object>
      </w:r>
      <w:r w:rsidR="0077520A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77520A" w:rsidRPr="000B2A56">
        <w:rPr>
          <w:position w:val="-10"/>
        </w:rPr>
        <w:object w:dxaOrig="820" w:dyaOrig="320" w14:anchorId="5DF310ED">
          <v:shape id="_x0000_i1186" type="#_x0000_t75" style="width:41pt;height:16pt" o:ole="">
            <v:imagedata r:id="rId325" o:title=""/>
          </v:shape>
          <o:OLEObject Type="Embed" ProgID="Equation.DSMT4" ShapeID="_x0000_i1186" DrawAspect="Content" ObjectID="_1702752742" r:id="rId32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Khi đó tích vô hướng </w:t>
      </w:r>
      <w:r w:rsidR="00F93D2A" w:rsidRPr="000B2A56">
        <w:rPr>
          <w:position w:val="-6"/>
        </w:rPr>
        <w:object w:dxaOrig="780" w:dyaOrig="340" w14:anchorId="68CC1368">
          <v:shape id="_x0000_i1187" type="#_x0000_t75" style="width:39pt;height:17pt" o:ole="">
            <v:imagedata r:id="rId327" o:title=""/>
          </v:shape>
          <o:OLEObject Type="Embed" ProgID="Equation.DSMT4" ShapeID="_x0000_i1187" DrawAspect="Content" ObjectID="_1702752743" r:id="rId32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</w:t>
      </w:r>
    </w:p>
    <w:p w14:paraId="1358E168" w14:textId="6A92C7E3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F93D2A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279" w:dyaOrig="279" w14:anchorId="4FB99846">
          <v:shape id="_x0000_i1188" type="#_x0000_t75" style="width:14pt;height:14pt" o:ole="">
            <v:imagedata r:id="rId329" o:title=""/>
          </v:shape>
          <o:OLEObject Type="Embed" ProgID="Equation.DSMT4" ShapeID="_x0000_i1188" DrawAspect="Content" ObjectID="_1702752744" r:id="rId33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F93D2A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440" w:dyaOrig="279" w14:anchorId="528B3924">
          <v:shape id="_x0000_i1189" type="#_x0000_t75" style="width:22pt;height:14pt" o:ole="">
            <v:imagedata r:id="rId331" o:title=""/>
          </v:shape>
          <o:OLEObject Type="Embed" ProgID="Equation.DSMT4" ShapeID="_x0000_i1189" DrawAspect="Content" ObjectID="_1702752745" r:id="rId332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20.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F93D2A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440" w:dyaOrig="279" w14:anchorId="2312579B">
          <v:shape id="_x0000_i1190" type="#_x0000_t75" style="width:22pt;height:14pt" o:ole="">
            <v:imagedata r:id="rId333" o:title=""/>
          </v:shape>
          <o:OLEObject Type="Embed" ProgID="Equation.DSMT4" ShapeID="_x0000_i1190" DrawAspect="Content" ObjectID="_1702752746" r:id="rId33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103559D4" w14:textId="43943380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tam giác </w:t>
      </w:r>
      <w:r w:rsidR="00F93D2A" w:rsidRPr="000B2A56">
        <w:rPr>
          <w:position w:val="-6"/>
        </w:rPr>
        <w:object w:dxaOrig="560" w:dyaOrig="279" w14:anchorId="72BCEBDA">
          <v:shape id="_x0000_i1191" type="#_x0000_t75" style="width:28pt;height:14pt" o:ole="">
            <v:imagedata r:id="rId335" o:title=""/>
          </v:shape>
          <o:OLEObject Type="Embed" ProgID="Equation.DSMT4" ShapeID="_x0000_i1191" DrawAspect="Content" ObjectID="_1702752747" r:id="rId33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vuông tại </w:t>
      </w:r>
      <w:r w:rsidR="00F93D2A" w:rsidRPr="000B2A56">
        <w:rPr>
          <w:position w:val="-4"/>
        </w:rPr>
        <w:object w:dxaOrig="240" w:dyaOrig="260" w14:anchorId="6E6863FB">
          <v:shape id="_x0000_i1192" type="#_x0000_t75" style="width:12pt;height:13pt" o:ole="">
            <v:imagedata r:id="rId337" o:title=""/>
          </v:shape>
          <o:OLEObject Type="Embed" ProgID="Equation.DSMT4" ShapeID="_x0000_i1192" DrawAspect="Content" ObjectID="_1702752748" r:id="rId33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</w:t>
      </w:r>
      <w:r w:rsidR="00F93D2A" w:rsidRPr="000B2A56">
        <w:rPr>
          <w:position w:val="-6"/>
        </w:rPr>
        <w:object w:dxaOrig="1120" w:dyaOrig="360" w14:anchorId="70ED2F05">
          <v:shape id="_x0000_i1193" type="#_x0000_t75" style="width:56pt;height:18.5pt" o:ole="">
            <v:imagedata r:id="rId339" o:title=""/>
          </v:shape>
          <o:OLEObject Type="Embed" ProgID="Equation.DSMT4" ShapeID="_x0000_i1193" DrawAspect="Content" ObjectID="_1702752749" r:id="rId340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Giá trị của </w:t>
      </w:r>
      <w:r w:rsidR="00F93D2A" w:rsidRPr="000B2A56">
        <w:rPr>
          <w:position w:val="-18"/>
        </w:rPr>
        <w:object w:dxaOrig="1320" w:dyaOrig="480" w14:anchorId="3C494719">
          <v:shape id="_x0000_i1194" type="#_x0000_t75" style="width:65.5pt;height:24pt" o:ole="">
            <v:imagedata r:id="rId341" o:title=""/>
          </v:shape>
          <o:OLEObject Type="Embed" ProgID="Equation.DSMT4" ShapeID="_x0000_i1194" DrawAspect="Content" ObjectID="_1702752750" r:id="rId34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bằng</w:t>
      </w:r>
    </w:p>
    <w:p w14:paraId="238923F0" w14:textId="35C87192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F93D2A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240" w:dyaOrig="620" w14:anchorId="5268534F">
          <v:shape id="_x0000_i1195" type="#_x0000_t75" style="width:12pt;height:31pt" o:ole="">
            <v:imagedata r:id="rId343" o:title=""/>
          </v:shape>
          <o:OLEObject Type="Embed" ProgID="Equation.DSMT4" ShapeID="_x0000_i1195" DrawAspect="Content" ObjectID="_1702752751" r:id="rId344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F93D2A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400" w:dyaOrig="620" w14:anchorId="0EF9EC51">
          <v:shape id="_x0000_i1196" type="#_x0000_t75" style="width:20pt;height:31pt" o:ole="">
            <v:imagedata r:id="rId345" o:title=""/>
          </v:shape>
          <o:OLEObject Type="Embed" ProgID="Equation.DSMT4" ShapeID="_x0000_i1196" DrawAspect="Content" ObjectID="_1702752752" r:id="rId346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F93D2A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560" w:dyaOrig="680" w14:anchorId="5364251A">
          <v:shape id="_x0000_i1197" type="#_x0000_t75" style="width:28pt;height:34pt" o:ole="">
            <v:imagedata r:id="rId347" o:title=""/>
          </v:shape>
          <o:OLEObject Type="Embed" ProgID="Equation.DSMT4" ShapeID="_x0000_i1197" DrawAspect="Content" ObjectID="_1702752753" r:id="rId348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F93D2A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400" w:dyaOrig="680" w14:anchorId="206119F6">
          <v:shape id="_x0000_i1198" type="#_x0000_t75" style="width:20pt;height:34pt" o:ole="">
            <v:imagedata r:id="rId349" o:title=""/>
          </v:shape>
          <o:OLEObject Type="Embed" ProgID="Equation.DSMT4" ShapeID="_x0000_i1198" DrawAspect="Content" ObjectID="_1702752754" r:id="rId35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17CBEB28" w14:textId="63C5DFCF" w:rsidR="005E66A8" w:rsidRPr="000B2A56" w:rsidRDefault="00B13C4C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</w:t>
      </w:r>
      <w:r w:rsidR="00F93D2A" w:rsidRPr="000B2A56">
        <w:rPr>
          <w:position w:val="-10"/>
        </w:rPr>
        <w:object w:dxaOrig="460" w:dyaOrig="320" w14:anchorId="613FD569">
          <v:shape id="_x0000_i1199" type="#_x0000_t75" style="width:23.5pt;height:16pt" o:ole="">
            <v:imagedata r:id="rId351" o:title=""/>
          </v:shape>
          <o:OLEObject Type="Embed" ProgID="Equation.DSMT4" ShapeID="_x0000_i1199" DrawAspect="Content" ObjectID="_1702752755" r:id="rId35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hai điểm </w:t>
      </w:r>
      <w:r w:rsidR="00F93D2A" w:rsidRPr="000B2A56">
        <w:rPr>
          <w:position w:val="-10"/>
        </w:rPr>
        <w:object w:dxaOrig="980" w:dyaOrig="320" w14:anchorId="608547D4">
          <v:shape id="_x0000_i1200" type="#_x0000_t75" style="width:49pt;height:16pt" o:ole="">
            <v:imagedata r:id="rId353" o:title=""/>
          </v:shape>
          <o:OLEObject Type="Embed" ProgID="Equation.DSMT4" ShapeID="_x0000_i1200" DrawAspect="Content" ObjectID="_1702752756" r:id="rId35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="00F93D2A" w:rsidRPr="000B2A56">
        <w:rPr>
          <w:position w:val="-10"/>
        </w:rPr>
        <w:object w:dxaOrig="820" w:dyaOrig="320" w14:anchorId="72AA22A5">
          <v:shape id="_x0000_i1201" type="#_x0000_t75" style="width:41pt;height:16pt" o:ole="">
            <v:imagedata r:id="rId355" o:title=""/>
          </v:shape>
          <o:OLEObject Type="Embed" ProgID="Equation.DSMT4" ShapeID="_x0000_i1201" DrawAspect="Content" ObjectID="_1702752757" r:id="rId35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Độ dài đoạn thẳng </w:t>
      </w:r>
      <w:r w:rsidR="00F93D2A" w:rsidRPr="000B2A56">
        <w:rPr>
          <w:position w:val="-4"/>
        </w:rPr>
        <w:object w:dxaOrig="400" w:dyaOrig="260" w14:anchorId="7349BF4B">
          <v:shape id="_x0000_i1202" type="#_x0000_t75" style="width:20pt;height:13pt" o:ole="">
            <v:imagedata r:id="rId357" o:title=""/>
          </v:shape>
          <o:OLEObject Type="Embed" ProgID="Equation.DSMT4" ShapeID="_x0000_i1202" DrawAspect="Content" ObjectID="_1702752758" r:id="rId35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bằng</w:t>
      </w:r>
    </w:p>
    <w:p w14:paraId="7B22BF6E" w14:textId="63F35F66" w:rsidR="00B13C4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25.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5.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F93D2A"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499" w:dyaOrig="360" w14:anchorId="2C2B0637">
          <v:shape id="_x0000_i1203" type="#_x0000_t75" style="width:25pt;height:18.5pt" o:ole="">
            <v:imagedata r:id="rId359" o:title=""/>
          </v:shape>
          <o:OLEObject Type="Embed" ProgID="Equation.DSMT4" ShapeID="_x0000_i1203" DrawAspect="Content" ObjectID="_1702752759" r:id="rId360"/>
        </w:object>
      </w:r>
      <w:r w:rsidR="00B13C4C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B13C4C" w:rsidRPr="000B2A56">
        <w:rPr>
          <w:rFonts w:ascii="Palatino Linotype" w:hAnsi="Palatino Linotype" w:cs="Times New Roman"/>
          <w:sz w:val="24"/>
          <w:szCs w:val="24"/>
        </w:rPr>
        <w:t>37.</w:t>
      </w:r>
    </w:p>
    <w:p w14:paraId="475FD117" w14:textId="663D9091" w:rsidR="005E66A8" w:rsidRPr="000B2A56" w:rsidRDefault="001C6D77" w:rsidP="00607548">
      <w:pPr>
        <w:pStyle w:val="ListParagraph"/>
        <w:numPr>
          <w:ilvl w:val="0"/>
          <w:numId w:val="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Tìm </w:t>
      </w:r>
      <w:r w:rsidRPr="000B2A56">
        <w:rPr>
          <w:position w:val="-6"/>
        </w:rPr>
        <w:object w:dxaOrig="260" w:dyaOrig="220" w14:anchorId="1F53C766">
          <v:shape id="_x0000_i1204" type="#_x0000_t75" style="width:13pt;height:11pt" o:ole="">
            <v:imagedata r:id="rId361" o:title=""/>
          </v:shape>
          <o:OLEObject Type="Embed" ProgID="Equation.DSMT4" ShapeID="_x0000_i1204" DrawAspect="Content" ObjectID="_1702752760" r:id="rId36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đ</w:t>
      </w:r>
      <w:r w:rsidR="001E000B" w:rsidRPr="000B2A56">
        <w:rPr>
          <w:rFonts w:ascii="Palatino Linotype" w:hAnsi="Palatino Linotype" w:cs="Times New Roman"/>
          <w:sz w:val="24"/>
          <w:szCs w:val="24"/>
        </w:rPr>
        <w:t>ể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hàm số </w:t>
      </w:r>
      <w:r w:rsidRPr="000B2A56">
        <w:rPr>
          <w:position w:val="-24"/>
        </w:rPr>
        <w:object w:dxaOrig="1860" w:dyaOrig="680" w14:anchorId="6C155D7B">
          <v:shape id="_x0000_i1205" type="#_x0000_t75" style="width:92.5pt;height:34pt" o:ole="">
            <v:imagedata r:id="rId363" o:title=""/>
          </v:shape>
          <o:OLEObject Type="Embed" ProgID="Equation.DSMT4" ShapeID="_x0000_i1205" DrawAspect="Content" ObjectID="_1702752761" r:id="rId36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tập xác định là </w:t>
      </w:r>
      <w:r w:rsidRPr="000B2A56">
        <w:rPr>
          <w:position w:val="-4"/>
        </w:rPr>
        <w:object w:dxaOrig="260" w:dyaOrig="260" w14:anchorId="0AB03830">
          <v:shape id="_x0000_i1206" type="#_x0000_t75" style="width:13pt;height:13pt" o:ole="">
            <v:imagedata r:id="rId365" o:title=""/>
          </v:shape>
          <o:OLEObject Type="Embed" ProgID="Equation.DSMT4" ShapeID="_x0000_i1206" DrawAspect="Content" ObjectID="_1702752762" r:id="rId366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3BCDD90E" w14:textId="2496AA17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1C6D77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00" w:dyaOrig="279" w14:anchorId="256850B2">
          <v:shape id="_x0000_i1207" type="#_x0000_t75" style="width:30pt;height:14pt" o:ole="">
            <v:imagedata r:id="rId367" o:title=""/>
          </v:shape>
          <o:OLEObject Type="Embed" ProgID="Equation.DSMT4" ShapeID="_x0000_i1207" DrawAspect="Content" ObjectID="_1702752763" r:id="rId368"/>
        </w:object>
      </w:r>
      <w:r w:rsidR="001C6D77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1C6D77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60" w:dyaOrig="279" w14:anchorId="2DEC8C8A">
          <v:shape id="_x0000_i1208" type="#_x0000_t75" style="width:28pt;height:14pt" o:ole="">
            <v:imagedata r:id="rId369" o:title=""/>
          </v:shape>
          <o:OLEObject Type="Embed" ProgID="Equation.DSMT4" ShapeID="_x0000_i1208" DrawAspect="Content" ObjectID="_1702752764" r:id="rId370"/>
        </w:object>
      </w:r>
      <w:r w:rsidR="001C6D77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1C6D77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20" w:dyaOrig="279" w14:anchorId="66D855BC">
          <v:shape id="_x0000_i1209" type="#_x0000_t75" style="width:31.5pt;height:14pt" o:ole="">
            <v:imagedata r:id="rId371" o:title=""/>
          </v:shape>
          <o:OLEObject Type="Embed" ProgID="Equation.DSMT4" ShapeID="_x0000_i1209" DrawAspect="Content" ObjectID="_1702752765" r:id="rId372"/>
        </w:object>
      </w:r>
      <w:r w:rsidR="001C6D77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1C6D77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00" w:dyaOrig="279" w14:anchorId="145DF1B4">
          <v:shape id="_x0000_i1210" type="#_x0000_t75" style="width:30pt;height:14pt" o:ole="">
            <v:imagedata r:id="rId373" o:title=""/>
          </v:shape>
          <o:OLEObject Type="Embed" ProgID="Equation.DSMT4" ShapeID="_x0000_i1210" DrawAspect="Content" ObjectID="_1702752766" r:id="rId374"/>
        </w:object>
      </w:r>
      <w:r w:rsidR="001C6D77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4AA3024" w14:textId="78BB12D1" w:rsidR="00D20427" w:rsidRPr="000B2A56" w:rsidRDefault="00D20427" w:rsidP="00392763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II. Tự luận (2,5 điểm)</w:t>
      </w:r>
    </w:p>
    <w:p w14:paraId="2B1D4459" w14:textId="3EB8E1FE" w:rsidR="00B13C4C" w:rsidRPr="000B2A56" w:rsidRDefault="00B13C4C" w:rsidP="00607548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>Giải các phương trình sau:</w:t>
      </w:r>
    </w:p>
    <w:p w14:paraId="1CD3E047" w14:textId="524511FC" w:rsidR="00B13C4C" w:rsidRPr="000B2A56" w:rsidRDefault="00B13C4C" w:rsidP="005E66A8">
      <w:pPr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>a</w:t>
      </w:r>
      <w:r w:rsidR="00BC6DA0" w:rsidRPr="000B2A56">
        <w:rPr>
          <w:rFonts w:ascii="Palatino Linotype" w:hAnsi="Palatino Linotype" w:cs="Times New Roman"/>
          <w:sz w:val="24"/>
          <w:szCs w:val="24"/>
        </w:rPr>
        <w:t>)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="00924394" w:rsidRPr="000B2A56">
        <w:rPr>
          <w:rFonts w:ascii="Palatino Linotype" w:hAnsi="Palatino Linotype" w:cs="Times New Roman"/>
          <w:position w:val="-14"/>
          <w:sz w:val="24"/>
          <w:szCs w:val="24"/>
        </w:rPr>
        <w:object w:dxaOrig="1500" w:dyaOrig="400" w14:anchorId="4DB1C0EF">
          <v:shape id="_x0000_i1211" type="#_x0000_t75" style="width:74.5pt;height:20.5pt" o:ole="">
            <v:imagedata r:id="rId375" o:title=""/>
          </v:shape>
          <o:OLEObject Type="Embed" ProgID="Equation.DSMT4" ShapeID="_x0000_i1211" DrawAspect="Content" ObjectID="_1702752767" r:id="rId376"/>
        </w:objec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sz w:val="24"/>
          <w:szCs w:val="24"/>
        </w:rPr>
        <w:t>b</w:t>
      </w:r>
      <w:r w:rsidR="00BC6DA0" w:rsidRPr="000B2A56">
        <w:rPr>
          <w:rFonts w:ascii="Palatino Linotype" w:hAnsi="Palatino Linotype" w:cs="Times New Roman"/>
          <w:sz w:val="24"/>
          <w:szCs w:val="24"/>
        </w:rPr>
        <w:t>)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1500" w:dyaOrig="360" w14:anchorId="37437288">
          <v:shape id="_x0000_i1212" type="#_x0000_t75" style="width:74.5pt;height:18pt" o:ole="">
            <v:imagedata r:id="rId377" o:title=""/>
          </v:shape>
          <o:OLEObject Type="Embed" ProgID="Equation.DSMT4" ShapeID="_x0000_i1212" DrawAspect="Content" ObjectID="_1702752768" r:id="rId378"/>
        </w:object>
      </w:r>
    </w:p>
    <w:p w14:paraId="4CF38B6E" w14:textId="41249EBD" w:rsidR="00B13C4C" w:rsidRPr="000B2A56" w:rsidRDefault="00B13C4C" w:rsidP="00607548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4 điểm </w:t>
      </w:r>
      <w:r w:rsidR="00924394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100" w:dyaOrig="320" w14:anchorId="635A42C4">
          <v:shape id="_x0000_i1213" type="#_x0000_t75" style="width:55pt;height:16pt" o:ole="">
            <v:imagedata r:id="rId379" o:title=""/>
          </v:shape>
          <o:OLEObject Type="Embed" ProgID="Equation.DSMT4" ShapeID="_x0000_i1213" DrawAspect="Content" ObjectID="_1702752769" r:id="rId380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Chúng minh rằng </w:t>
      </w:r>
      <w:r w:rsidR="00924394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2520" w:dyaOrig="380" w14:anchorId="49E1C961">
          <v:shape id="_x0000_i1214" type="#_x0000_t75" style="width:126pt;height:19pt" o:ole="">
            <v:imagedata r:id="rId381" o:title=""/>
          </v:shape>
          <o:OLEObject Type="Embed" ProgID="Equation.DSMT4" ShapeID="_x0000_i1214" DrawAspect="Content" ObjectID="_1702752770" r:id="rId382"/>
        </w:object>
      </w:r>
    </w:p>
    <w:p w14:paraId="3638EA9B" w14:textId="041F7902" w:rsidR="00B13C4C" w:rsidRPr="000B2A56" w:rsidRDefault="00B13C4C" w:rsidP="00607548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</w:t>
      </w:r>
      <w:r w:rsidR="000A7DD9" w:rsidRPr="000B2A56">
        <w:rPr>
          <w:rFonts w:ascii="Palatino Linotype" w:hAnsi="Palatino Linotype" w:cs="Times New Roman"/>
          <w:sz w:val="24"/>
          <w:szCs w:val="24"/>
        </w:rPr>
        <w:t>mặt phẳng với hệ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tọa độ </w:t>
      </w:r>
      <w:r w:rsidR="00DD2839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460" w:dyaOrig="320" w14:anchorId="3AA48A1C">
          <v:shape id="_x0000_i1215" type="#_x0000_t75" style="width:23.5pt;height:16.5pt" o:ole="">
            <v:imagedata r:id="rId383" o:title=""/>
          </v:shape>
          <o:OLEObject Type="Embed" ProgID="Equation.DSMT4" ShapeID="_x0000_i1215" DrawAspect="Content" ObjectID="_1702752771" r:id="rId384"/>
        </w:object>
      </w:r>
      <w:r w:rsidR="00DD2839" w:rsidRPr="000B2A56">
        <w:rPr>
          <w:rFonts w:ascii="Palatino Linotype" w:hAnsi="Palatino Linotype" w:cs="Times New Roman"/>
          <w:sz w:val="24"/>
          <w:szCs w:val="24"/>
        </w:rPr>
        <w:t>,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cho </w:t>
      </w:r>
      <w:r w:rsidR="008C0DB3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80" w:dyaOrig="279" w14:anchorId="7FF426EE">
          <v:shape id="_x0000_i1216" type="#_x0000_t75" style="width:34pt;height:14pt" o:ole="">
            <v:imagedata r:id="rId385" o:title=""/>
          </v:shape>
          <o:OLEObject Type="Embed" ProgID="Equation.DSMT4" ShapeID="_x0000_i1216" DrawAspect="Content" ObjectID="_1702752772" r:id="rId386"/>
        </w:object>
      </w:r>
      <w:r w:rsidR="00212A2E" w:rsidRPr="000B2A56">
        <w:rPr>
          <w:rFonts w:ascii="Palatino Linotype" w:hAnsi="Palatino Linotype" w:cs="Times New Roman"/>
          <w:sz w:val="24"/>
          <w:szCs w:val="24"/>
        </w:rPr>
        <w:t xml:space="preserve"> với </w:t>
      </w:r>
      <w:r w:rsidR="00BF4AAD" w:rsidRPr="000B2A56">
        <w:rPr>
          <w:rFonts w:ascii="Palatino Linotype" w:hAnsi="Palatino Linotype" w:cs="Times New Roman"/>
          <w:position w:val="-14"/>
          <w:sz w:val="24"/>
          <w:szCs w:val="24"/>
        </w:rPr>
        <w:object w:dxaOrig="760" w:dyaOrig="400" w14:anchorId="5553379A">
          <v:shape id="_x0000_i1217" type="#_x0000_t75" style="width:38.5pt;height:20.5pt" o:ole="">
            <v:imagedata r:id="rId387" o:title=""/>
          </v:shape>
          <o:OLEObject Type="Embed" ProgID="Equation.DSMT4" ShapeID="_x0000_i1217" DrawAspect="Content" ObjectID="_1702752773" r:id="rId388"/>
        </w:object>
      </w:r>
      <w:r w:rsidR="00DD2839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BF4AAD" w:rsidRPr="000B2A56">
        <w:rPr>
          <w:rFonts w:ascii="Palatino Linotype" w:hAnsi="Palatino Linotype" w:cs="Times New Roman"/>
          <w:position w:val="-14"/>
          <w:sz w:val="24"/>
          <w:szCs w:val="24"/>
        </w:rPr>
        <w:object w:dxaOrig="720" w:dyaOrig="400" w14:anchorId="1C5BDE94">
          <v:shape id="_x0000_i1218" type="#_x0000_t75" style="width:36pt;height:20pt" o:ole="">
            <v:imagedata r:id="rId389" o:title=""/>
          </v:shape>
          <o:OLEObject Type="Embed" ProgID="Equation.DSMT4" ShapeID="_x0000_i1218" DrawAspect="Content" ObjectID="_1702752774" r:id="rId390"/>
        </w:object>
      </w:r>
      <w:r w:rsidR="00DD2839"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BF4AAD" w:rsidRPr="000B2A56">
        <w:rPr>
          <w:rFonts w:ascii="Palatino Linotype" w:hAnsi="Palatino Linotype" w:cs="Times New Roman"/>
          <w:position w:val="-14"/>
          <w:sz w:val="24"/>
          <w:szCs w:val="24"/>
        </w:rPr>
        <w:object w:dxaOrig="859" w:dyaOrig="400" w14:anchorId="456B1D06">
          <v:shape id="_x0000_i1219" type="#_x0000_t75" style="width:43pt;height:20pt" o:ole="">
            <v:imagedata r:id="rId391" o:title=""/>
          </v:shape>
          <o:OLEObject Type="Embed" ProgID="Equation.DSMT4" ShapeID="_x0000_i1219" DrawAspect="Content" ObjectID="_1702752775" r:id="rId392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08D0883" w14:textId="65C04455" w:rsidR="00B13C4C" w:rsidRPr="000B2A56" w:rsidRDefault="00B13C4C" w:rsidP="005E66A8">
      <w:pPr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>a</w:t>
      </w:r>
      <w:r w:rsidR="005D6E75" w:rsidRPr="000B2A56">
        <w:rPr>
          <w:rFonts w:ascii="Palatino Linotype" w:hAnsi="Palatino Linotype" w:cs="Times New Roman"/>
          <w:sz w:val="24"/>
          <w:szCs w:val="24"/>
        </w:rPr>
        <w:t>)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="003F741B" w:rsidRPr="000B2A56">
        <w:rPr>
          <w:rFonts w:ascii="Palatino Linotype" w:hAnsi="Palatino Linotype" w:cs="Times New Roman"/>
          <w:sz w:val="24"/>
          <w:szCs w:val="24"/>
        </w:rPr>
        <w:t xml:space="preserve">Chứng minh tam giác </w:t>
      </w:r>
      <w:r w:rsidR="003F741B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80" w:dyaOrig="279" w14:anchorId="49E792F9">
          <v:shape id="_x0000_i1220" type="#_x0000_t75" style="width:34pt;height:14pt" o:ole="">
            <v:imagedata r:id="rId385" o:title=""/>
          </v:shape>
          <o:OLEObject Type="Embed" ProgID="Equation.DSMT4" ShapeID="_x0000_i1220" DrawAspect="Content" ObjectID="_1702752776" r:id="rId393"/>
        </w:object>
      </w:r>
      <w:r w:rsidR="003F741B" w:rsidRPr="000B2A56">
        <w:rPr>
          <w:rFonts w:ascii="Palatino Linotype" w:hAnsi="Palatino Linotype" w:cs="Times New Roman"/>
          <w:sz w:val="24"/>
          <w:szCs w:val="24"/>
        </w:rPr>
        <w:t xml:space="preserve"> là tam giác vuông. Tính chu vi và diện tích </w:t>
      </w:r>
      <w:r w:rsidR="003F741B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80" w:dyaOrig="279" w14:anchorId="48BF11BB">
          <v:shape id="_x0000_i1221" type="#_x0000_t75" style="width:34pt;height:14pt" o:ole="">
            <v:imagedata r:id="rId385" o:title=""/>
          </v:shape>
          <o:OLEObject Type="Embed" ProgID="Equation.DSMT4" ShapeID="_x0000_i1221" DrawAspect="Content" ObjectID="_1702752777" r:id="rId394"/>
        </w:object>
      </w:r>
      <w:r w:rsidR="003F741B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E3241AF" w14:textId="77777777" w:rsidR="005E66A8" w:rsidRPr="000B2A56" w:rsidRDefault="00B13C4C" w:rsidP="005E66A8">
      <w:pPr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>b</w:t>
      </w:r>
      <w:r w:rsidR="005D6E75" w:rsidRPr="000B2A56">
        <w:rPr>
          <w:rFonts w:ascii="Palatino Linotype" w:hAnsi="Palatino Linotype" w:cs="Times New Roman"/>
          <w:sz w:val="24"/>
          <w:szCs w:val="24"/>
        </w:rPr>
        <w:t>)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="0050153F" w:rsidRPr="000B2A56">
        <w:rPr>
          <w:rFonts w:ascii="Palatino Linotype" w:hAnsi="Palatino Linotype" w:cs="Times New Roman"/>
          <w:sz w:val="24"/>
          <w:szCs w:val="24"/>
        </w:rPr>
        <w:t xml:space="preserve">Xác định tọa độ tâm và tính bán kính đường tròn ngoại tiếp </w:t>
      </w:r>
      <w:r w:rsidR="0050153F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80" w:dyaOrig="279" w14:anchorId="733AE9C4">
          <v:shape id="_x0000_i1222" type="#_x0000_t75" style="width:34pt;height:14pt" o:ole="">
            <v:imagedata r:id="rId385" o:title=""/>
          </v:shape>
          <o:OLEObject Type="Embed" ProgID="Equation.DSMT4" ShapeID="_x0000_i1222" DrawAspect="Content" ObjectID="_1702752778" r:id="rId395"/>
        </w:object>
      </w:r>
      <w:r w:rsidR="0050153F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18B31E8A" w14:textId="2C15F704" w:rsidR="000E6CC0" w:rsidRPr="000B2A56" w:rsidRDefault="000E6CC0" w:rsidP="005E66A8">
      <w:pPr>
        <w:spacing w:after="0" w:line="276" w:lineRule="auto"/>
        <w:jc w:val="center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ĐỀ 0</w:t>
      </w:r>
      <w:r w:rsidR="00406D43"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2</w:t>
      </w:r>
    </w:p>
    <w:p w14:paraId="2AA74C68" w14:textId="77777777" w:rsidR="000E6CC0" w:rsidRPr="000B2A56" w:rsidRDefault="000E6CC0" w:rsidP="005E66A8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I. Trắc nghiệm (7,5 điểm)</w:t>
      </w:r>
    </w:p>
    <w:p w14:paraId="102C57B9" w14:textId="7D2198D8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Bằng cách đặt </w:t>
      </w:r>
      <w:r w:rsidRPr="000B2A56">
        <w:rPr>
          <w:position w:val="-16"/>
        </w:rPr>
        <w:object w:dxaOrig="1280" w:dyaOrig="440" w14:anchorId="7754DC47">
          <v:shape id="_x0000_i1223" type="#_x0000_t75" style="width:64pt;height:22pt" o:ole="">
            <v:imagedata r:id="rId396" o:title=""/>
          </v:shape>
          <o:OLEObject Type="Embed" ProgID="Equation.DSMT4" ShapeID="_x0000_i1223" DrawAspect="Content" ObjectID="_1702752779" r:id="rId39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Pr="000B2A56">
        <w:rPr>
          <w:position w:val="-12"/>
        </w:rPr>
        <w:object w:dxaOrig="1180" w:dyaOrig="440" w14:anchorId="0D938E46">
          <v:shape id="_x0000_i1224" type="#_x0000_t75" style="width:59pt;height:22pt" o:ole="">
            <v:imagedata r:id="rId398" o:title=""/>
          </v:shape>
          <o:OLEObject Type="Embed" ProgID="Equation.DSMT4" ShapeID="_x0000_i1224" DrawAspect="Content" ObjectID="_1702752780" r:id="rId39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thì hệ phương trình </w:t>
      </w:r>
      <w:r w:rsidRPr="000B2A56">
        <w:rPr>
          <w:position w:val="-50"/>
        </w:rPr>
        <w:object w:dxaOrig="2520" w:dyaOrig="1120" w14:anchorId="70C5DE48">
          <v:shape id="_x0000_i1225" type="#_x0000_t75" style="width:127pt;height:57pt" o:ole="">
            <v:imagedata r:id="rId400" o:title=""/>
          </v:shape>
          <o:OLEObject Type="Embed" ProgID="Equation.DSMT4" ShapeID="_x0000_i1225" DrawAspect="Content" ObjectID="_1702752781" r:id="rId40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trở thành hệ phương trình nào sau đây?</w:t>
      </w:r>
    </w:p>
    <w:p w14:paraId="32D30179" w14:textId="5160710D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46"/>
          <w:sz w:val="24"/>
          <w:szCs w:val="24"/>
        </w:rPr>
        <w:object w:dxaOrig="1280" w:dyaOrig="1040" w14:anchorId="71ED5B9A">
          <v:shape id="_x0000_i1226" type="#_x0000_t75" style="width:64.5pt;height:52.5pt" o:ole="">
            <v:imagedata r:id="rId402" o:title=""/>
          </v:shape>
          <o:OLEObject Type="Embed" ProgID="Equation.DSMT4" ShapeID="_x0000_i1226" DrawAspect="Content" ObjectID="_1702752782" r:id="rId40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46"/>
          <w:sz w:val="24"/>
          <w:szCs w:val="24"/>
        </w:rPr>
        <w:object w:dxaOrig="1280" w:dyaOrig="1040" w14:anchorId="39E00F11">
          <v:shape id="_x0000_i1227" type="#_x0000_t75" style="width:64.5pt;height:52.5pt" o:ole="">
            <v:imagedata r:id="rId404" o:title=""/>
          </v:shape>
          <o:OLEObject Type="Embed" ProgID="Equation.DSMT4" ShapeID="_x0000_i1227" DrawAspect="Content" ObjectID="_1702752783" r:id="rId40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40B8EB4" w14:textId="35CFB462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46"/>
          <w:sz w:val="24"/>
          <w:szCs w:val="24"/>
        </w:rPr>
        <w:object w:dxaOrig="1480" w:dyaOrig="1040" w14:anchorId="63AEDD35">
          <v:shape id="_x0000_i1228" type="#_x0000_t75" style="width:74.5pt;height:52.5pt" o:ole="">
            <v:imagedata r:id="rId406" o:title=""/>
          </v:shape>
          <o:OLEObject Type="Embed" ProgID="Equation.DSMT4" ShapeID="_x0000_i1228" DrawAspect="Content" ObjectID="_1702752784" r:id="rId40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30"/>
          <w:sz w:val="24"/>
          <w:szCs w:val="24"/>
        </w:rPr>
        <w:object w:dxaOrig="1240" w:dyaOrig="720" w14:anchorId="466938E2">
          <v:shape id="_x0000_i1229" type="#_x0000_t75" style="width:62pt;height:36pt" o:ole="">
            <v:imagedata r:id="rId408" o:title=""/>
          </v:shape>
          <o:OLEObject Type="Embed" ProgID="Equation.DSMT4" ShapeID="_x0000_i1229" DrawAspect="Content" ObjectID="_1702752785" r:id="rId40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F06ABF9" w14:textId="4F7985DC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hình bình hành </w:t>
      </w:r>
      <w:r w:rsidRPr="000B2A56">
        <w:rPr>
          <w:position w:val="-6"/>
        </w:rPr>
        <w:object w:dxaOrig="720" w:dyaOrig="279" w14:anchorId="4DB80EE4">
          <v:shape id="_x0000_i1230" type="#_x0000_t75" style="width:36pt;height:14pt" o:ole="">
            <v:imagedata r:id="rId410" o:title=""/>
          </v:shape>
          <o:OLEObject Type="Embed" ProgID="Equation.DSMT4" ShapeID="_x0000_i1230" DrawAspect="Content" ObjectID="_1702752786" r:id="rId411"/>
        </w:object>
      </w:r>
      <w:r w:rsidRPr="000B2A56">
        <w:rPr>
          <w:rFonts w:ascii="Palatino Linotype" w:hAnsi="Palatino Linotype" w:cs="Times New Roman"/>
          <w:sz w:val="24"/>
          <w:szCs w:val="24"/>
        </w:rPr>
        <w:t>. Đẳng thức nào sau đây đúng?</w:t>
      </w:r>
    </w:p>
    <w:p w14:paraId="02AEF455" w14:textId="74B6E988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980" w:dyaOrig="340" w14:anchorId="29202409">
          <v:shape id="_x0000_i1231" type="#_x0000_t75" style="width:49pt;height:17pt" o:ole="">
            <v:imagedata r:id="rId412" o:title=""/>
          </v:shape>
          <o:OLEObject Type="Embed" ProgID="Equation.DSMT4" ShapeID="_x0000_i1231" DrawAspect="Content" ObjectID="_1702752787" r:id="rId41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980" w:dyaOrig="340" w14:anchorId="511333A0">
          <v:shape id="_x0000_i1232" type="#_x0000_t75" style="width:49pt;height:17pt" o:ole="">
            <v:imagedata r:id="rId414" o:title=""/>
          </v:shape>
          <o:OLEObject Type="Embed" ProgID="Equation.DSMT4" ShapeID="_x0000_i1232" DrawAspect="Content" ObjectID="_1702752788" r:id="rId41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960" w:dyaOrig="340" w14:anchorId="68B07077">
          <v:shape id="_x0000_i1233" type="#_x0000_t75" style="width:48pt;height:17pt" o:ole="">
            <v:imagedata r:id="rId416" o:title=""/>
          </v:shape>
          <o:OLEObject Type="Embed" ProgID="Equation.DSMT4" ShapeID="_x0000_i1233" DrawAspect="Content" ObjectID="_1702752789" r:id="rId41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960" w:dyaOrig="340" w14:anchorId="53D78249">
          <v:shape id="_x0000_i1234" type="#_x0000_t75" style="width:48pt;height:17pt" o:ole="">
            <v:imagedata r:id="rId418" o:title=""/>
          </v:shape>
          <o:OLEObject Type="Embed" ProgID="Equation.DSMT4" ShapeID="_x0000_i1234" DrawAspect="Content" ObjectID="_1702752790" r:id="rId41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C3C77F3" w14:textId="64F36DB6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hình chữ nhật </w:t>
      </w:r>
      <w:r w:rsidRPr="000B2A56">
        <w:rPr>
          <w:position w:val="-6"/>
        </w:rPr>
        <w:object w:dxaOrig="720" w:dyaOrig="279" w14:anchorId="0DAE0A6E">
          <v:shape id="_x0000_i1235" type="#_x0000_t75" style="width:36pt;height:14pt" o:ole="">
            <v:imagedata r:id="rId420" o:title=""/>
          </v:shape>
          <o:OLEObject Type="Embed" ProgID="Equation.DSMT4" ShapeID="_x0000_i1235" DrawAspect="Content" ObjectID="_1702752791" r:id="rId42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0B2A56">
        <w:rPr>
          <w:position w:val="-10"/>
        </w:rPr>
        <w:object w:dxaOrig="1520" w:dyaOrig="320" w14:anchorId="68D2E49E">
          <v:shape id="_x0000_i1236" type="#_x0000_t75" style="width:76pt;height:16pt" o:ole="">
            <v:imagedata r:id="rId422" o:title=""/>
          </v:shape>
          <o:OLEObject Type="Embed" ProgID="Equation.DSMT4" ShapeID="_x0000_i1236" DrawAspect="Content" ObjectID="_1702752792" r:id="rId423"/>
        </w:object>
      </w:r>
      <w:r w:rsidRPr="000B2A56">
        <w:rPr>
          <w:rFonts w:ascii="Palatino Linotype" w:hAnsi="Palatino Linotype" w:cs="Times New Roman"/>
          <w:sz w:val="24"/>
          <w:szCs w:val="24"/>
        </w:rPr>
        <w:t>. Khẳng định nào sau đây đúng?</w:t>
      </w:r>
    </w:p>
    <w:p w14:paraId="0D4E43A8" w14:textId="50C60CF7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b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219" w:dyaOrig="380" w14:anchorId="7D996640">
          <v:shape id="_x0000_i1237" type="#_x0000_t75" style="width:61pt;height:19pt" o:ole="">
            <v:imagedata r:id="rId424" o:title=""/>
          </v:shape>
          <o:OLEObject Type="Embed" ProgID="Equation.DSMT4" ShapeID="_x0000_i1237" DrawAspect="Content" ObjectID="_1702752793" r:id="rId42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880" w:dyaOrig="380" w14:anchorId="00F491D3">
          <v:shape id="_x0000_i1238" type="#_x0000_t75" style="width:44pt;height:19pt" o:ole="">
            <v:imagedata r:id="rId426" o:title=""/>
          </v:shape>
          <o:OLEObject Type="Embed" ProgID="Equation.DSMT4" ShapeID="_x0000_i1238" DrawAspect="Content" ObjectID="_1702752794" r:id="rId42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200" w:dyaOrig="380" w14:anchorId="418B06C5">
          <v:shape id="_x0000_i1239" type="#_x0000_t75" style="width:60pt;height:19pt" o:ole="">
            <v:imagedata r:id="rId428" o:title=""/>
          </v:shape>
          <o:OLEObject Type="Embed" ProgID="Equation.DSMT4" ShapeID="_x0000_i1239" DrawAspect="Content" ObjectID="_1702752795" r:id="rId42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200" w:dyaOrig="380" w14:anchorId="0D8F9979">
          <v:shape id="_x0000_i1240" type="#_x0000_t75" style="width:60pt;height:19pt" o:ole="">
            <v:imagedata r:id="rId430" o:title=""/>
          </v:shape>
          <o:OLEObject Type="Embed" ProgID="Equation.DSMT4" ShapeID="_x0000_i1240" DrawAspect="Content" ObjectID="_1702752796" r:id="rId431"/>
        </w:object>
      </w:r>
      <w:r w:rsidR="000E6CC0" w:rsidRPr="000B2A56">
        <w:rPr>
          <w:rFonts w:ascii="Palatino Linotype" w:hAnsi="Palatino Linotype" w:cs="Times New Roman"/>
          <w:b/>
          <w:sz w:val="24"/>
          <w:szCs w:val="24"/>
        </w:rPr>
        <w:t>.</w:t>
      </w:r>
    </w:p>
    <w:p w14:paraId="4A73ADCF" w14:textId="11CCE570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hình bình hành </w:t>
      </w:r>
      <w:r w:rsidRPr="000B2A56">
        <w:rPr>
          <w:position w:val="-6"/>
        </w:rPr>
        <w:object w:dxaOrig="720" w:dyaOrig="279" w14:anchorId="58FF7718">
          <v:shape id="_x0000_i1241" type="#_x0000_t75" style="width:36pt;height:14pt" o:ole="">
            <v:imagedata r:id="rId432" o:title=""/>
          </v:shape>
          <o:OLEObject Type="Embed" ProgID="Equation.DSMT4" ShapeID="_x0000_i1241" DrawAspect="Content" ObjectID="_1702752797" r:id="rId43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tâm </w:t>
      </w:r>
      <w:r w:rsidRPr="000B2A56">
        <w:rPr>
          <w:position w:val="-6"/>
        </w:rPr>
        <w:object w:dxaOrig="240" w:dyaOrig="279" w14:anchorId="5B88C023">
          <v:shape id="_x0000_i1242" type="#_x0000_t75" style="width:12pt;height:14pt" o:ole="">
            <v:imagedata r:id="rId434" o:title=""/>
          </v:shape>
          <o:OLEObject Type="Embed" ProgID="Equation.DSMT4" ShapeID="_x0000_i1242" DrawAspect="Content" ObjectID="_1702752798" r:id="rId43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Câu nào sau đây </w:t>
      </w:r>
      <w:r w:rsidRPr="000B2A56">
        <w:rPr>
          <w:rFonts w:ascii="Palatino Linotype" w:hAnsi="Palatino Linotype" w:cs="Times New Roman"/>
          <w:b/>
          <w:bCs/>
          <w:sz w:val="24"/>
          <w:szCs w:val="24"/>
        </w:rPr>
        <w:t>sai</w:t>
      </w:r>
      <w:r w:rsidRPr="000B2A56">
        <w:rPr>
          <w:rFonts w:ascii="Palatino Linotype" w:hAnsi="Palatino Linotype" w:cs="Times New Roman"/>
          <w:sz w:val="24"/>
          <w:szCs w:val="24"/>
        </w:rPr>
        <w:t>?</w:t>
      </w:r>
    </w:p>
    <w:p w14:paraId="7AC176AD" w14:textId="71F31668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960" w:dyaOrig="340" w14:anchorId="283FF88D">
          <v:shape id="_x0000_i1243" type="#_x0000_t75" style="width:48pt;height:17pt" o:ole="">
            <v:imagedata r:id="rId436" o:title=""/>
          </v:shape>
          <o:OLEObject Type="Embed" ProgID="Equation.DSMT4" ShapeID="_x0000_i1243" DrawAspect="Content" ObjectID="_1702752799" r:id="rId43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540" w:dyaOrig="340" w14:anchorId="392EFA09">
          <v:shape id="_x0000_i1244" type="#_x0000_t75" style="width:77pt;height:17pt" o:ole="">
            <v:imagedata r:id="rId438" o:title=""/>
          </v:shape>
          <o:OLEObject Type="Embed" ProgID="Equation.DSMT4" ShapeID="_x0000_i1244" DrawAspect="Content" ObjectID="_1702752800" r:id="rId43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566DA57" w14:textId="78A16BC1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2380" w:dyaOrig="340" w14:anchorId="5A3B09AE">
          <v:shape id="_x0000_i1245" type="#_x0000_t75" style="width:119pt;height:17pt" o:ole="">
            <v:imagedata r:id="rId440" o:title=""/>
          </v:shape>
          <o:OLEObject Type="Embed" ProgID="Equation.DSMT4" ShapeID="_x0000_i1245" DrawAspect="Content" ObjectID="_1702752801" r:id="rId44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480" w:dyaOrig="340" w14:anchorId="25EF2CF5">
          <v:shape id="_x0000_i1246" type="#_x0000_t75" style="width:74.5pt;height:17pt" o:ole="">
            <v:imagedata r:id="rId442" o:title=""/>
          </v:shape>
          <o:OLEObject Type="Embed" ProgID="Equation.DSMT4" ShapeID="_x0000_i1246" DrawAspect="Content" ObjectID="_1702752802" r:id="rId44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C92BE91" w14:textId="23030C18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toạ độ </w:t>
      </w:r>
      <w:r w:rsidRPr="000B2A56">
        <w:rPr>
          <w:position w:val="-10"/>
        </w:rPr>
        <w:object w:dxaOrig="460" w:dyaOrig="320" w14:anchorId="639C7730">
          <v:shape id="_x0000_i1247" type="#_x0000_t75" style="width:23.5pt;height:16pt" o:ole="">
            <v:imagedata r:id="rId444" o:title=""/>
          </v:shape>
          <o:OLEObject Type="Embed" ProgID="Equation.DSMT4" ShapeID="_x0000_i1247" DrawAspect="Content" ObjectID="_1702752803" r:id="rId44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hình vuông </w:t>
      </w:r>
      <w:r w:rsidRPr="000B2A56">
        <w:rPr>
          <w:position w:val="-6"/>
        </w:rPr>
        <w:object w:dxaOrig="720" w:dyaOrig="279" w14:anchorId="04955185">
          <v:shape id="_x0000_i1248" type="#_x0000_t75" style="width:36pt;height:14pt" o:ole="">
            <v:imagedata r:id="rId446" o:title=""/>
          </v:shape>
          <o:OLEObject Type="Embed" ProgID="Equation.DSMT4" ShapeID="_x0000_i1248" DrawAspect="Content" ObjectID="_1702752804" r:id="rId44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0B2A56">
        <w:rPr>
          <w:position w:val="-10"/>
        </w:rPr>
        <w:object w:dxaOrig="680" w:dyaOrig="320" w14:anchorId="6F651010">
          <v:shape id="_x0000_i1249" type="#_x0000_t75" style="width:34pt;height:16pt" o:ole="">
            <v:imagedata r:id="rId448" o:title=""/>
          </v:shape>
          <o:OLEObject Type="Embed" ProgID="Equation.DSMT4" ShapeID="_x0000_i1249" DrawAspect="Content" ObjectID="_1702752805" r:id="rId44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0"/>
        </w:rPr>
        <w:object w:dxaOrig="720" w:dyaOrig="320" w14:anchorId="13263139">
          <v:shape id="_x0000_i1250" type="#_x0000_t75" style="width:36pt;height:16pt" o:ole="">
            <v:imagedata r:id="rId450" o:title=""/>
          </v:shape>
          <o:OLEObject Type="Embed" ProgID="Equation.DSMT4" ShapeID="_x0000_i1250" DrawAspect="Content" ObjectID="_1702752806" r:id="rId45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Gọi </w:t>
      </w:r>
      <w:r w:rsidRPr="000B2A56">
        <w:rPr>
          <w:position w:val="-6"/>
        </w:rPr>
        <w:object w:dxaOrig="220" w:dyaOrig="279" w14:anchorId="3B3B117A">
          <v:shape id="_x0000_i1251" type="#_x0000_t75" style="width:11pt;height:14pt" o:ole="">
            <v:imagedata r:id="rId452" o:title=""/>
          </v:shape>
          <o:OLEObject Type="Embed" ProgID="Equation.DSMT4" ShapeID="_x0000_i1251" DrawAspect="Content" ObjectID="_1702752807" r:id="rId45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 diện tích và </w:t>
      </w:r>
      <w:r w:rsidRPr="000B2A56">
        <w:rPr>
          <w:position w:val="-4"/>
        </w:rPr>
        <w:object w:dxaOrig="240" w:dyaOrig="260" w14:anchorId="641A50E1">
          <v:shape id="_x0000_i1252" type="#_x0000_t75" style="width:12pt;height:13pt" o:ole="">
            <v:imagedata r:id="rId454" o:title=""/>
          </v:shape>
          <o:OLEObject Type="Embed" ProgID="Equation.DSMT4" ShapeID="_x0000_i1252" DrawAspect="Content" ObjectID="_1702752808" r:id="rId45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 chu vi hình vuông </w:t>
      </w:r>
      <w:r w:rsidRPr="000B2A56">
        <w:rPr>
          <w:position w:val="-6"/>
        </w:rPr>
        <w:object w:dxaOrig="720" w:dyaOrig="279" w14:anchorId="609DC697">
          <v:shape id="_x0000_i1253" type="#_x0000_t75" style="width:36pt;height:14pt" o:ole="">
            <v:imagedata r:id="rId456" o:title=""/>
          </v:shape>
          <o:OLEObject Type="Embed" ProgID="Equation.DSMT4" ShapeID="_x0000_i1253" DrawAspect="Content" ObjectID="_1702752809" r:id="rId45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Giá trị biểu thức </w:t>
      </w:r>
      <w:r w:rsidRPr="000B2A56">
        <w:rPr>
          <w:position w:val="-8"/>
        </w:rPr>
        <w:object w:dxaOrig="880" w:dyaOrig="360" w14:anchorId="1FD87C8E">
          <v:shape id="_x0000_i1254" type="#_x0000_t75" style="width:44pt;height:18.5pt" o:ole="">
            <v:imagedata r:id="rId458" o:title=""/>
          </v:shape>
          <o:OLEObject Type="Embed" ProgID="Equation.DSMT4" ShapeID="_x0000_i1254" DrawAspect="Content" ObjectID="_1702752810" r:id="rId45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</w:t>
      </w:r>
    </w:p>
    <w:p w14:paraId="139346FC" w14:textId="1F175AAB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320" w:dyaOrig="279" w14:anchorId="4F2F0410">
          <v:shape id="_x0000_i1255" type="#_x0000_t75" style="width:16pt;height:14pt" o:ole="">
            <v:imagedata r:id="rId460" o:title=""/>
          </v:shape>
          <o:OLEObject Type="Embed" ProgID="Equation.DSMT4" ShapeID="_x0000_i1255" DrawAspect="Content" ObjectID="_1702752811" r:id="rId46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300" w:dyaOrig="279" w14:anchorId="59BBC7A8">
          <v:shape id="_x0000_i1256" type="#_x0000_t75" style="width:15pt;height:14pt" o:ole="">
            <v:imagedata r:id="rId462" o:title=""/>
          </v:shape>
          <o:OLEObject Type="Embed" ProgID="Equation.DSMT4" ShapeID="_x0000_i1256" DrawAspect="Content" ObjectID="_1702752812" r:id="rId46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279" w:dyaOrig="279" w14:anchorId="13E75CD0">
          <v:shape id="_x0000_i1257" type="#_x0000_t75" style="width:14pt;height:14pt" o:ole="">
            <v:imagedata r:id="rId464" o:title=""/>
          </v:shape>
          <o:OLEObject Type="Embed" ProgID="Equation.DSMT4" ShapeID="_x0000_i1257" DrawAspect="Content" ObjectID="_1702752813" r:id="rId46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820" w:dyaOrig="360" w14:anchorId="2DE056CE">
          <v:shape id="_x0000_i1258" type="#_x0000_t75" style="width:41pt;height:18.5pt" o:ole="">
            <v:imagedata r:id="rId466" o:title=""/>
          </v:shape>
          <o:OLEObject Type="Embed" ProgID="Equation.DSMT4" ShapeID="_x0000_i1258" DrawAspect="Content" ObjectID="_1702752814" r:id="rId46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64FA49F" w14:textId="6EBFDB6E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tọa độ </w:t>
      </w:r>
      <w:r w:rsidRPr="000B2A56">
        <w:rPr>
          <w:position w:val="-10"/>
        </w:rPr>
        <w:object w:dxaOrig="460" w:dyaOrig="320" w14:anchorId="126EDC01">
          <v:shape id="_x0000_i1259" type="#_x0000_t75" style="width:23.5pt;height:16pt" o:ole="">
            <v:imagedata r:id="rId468" o:title=""/>
          </v:shape>
          <o:OLEObject Type="Embed" ProgID="Equation.DSMT4" ShapeID="_x0000_i1259" DrawAspect="Content" ObjectID="_1702752815" r:id="rId46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hai vectơ </w:t>
      </w:r>
      <w:r w:rsidRPr="000B2A56">
        <w:rPr>
          <w:position w:val="-10"/>
        </w:rPr>
        <w:object w:dxaOrig="940" w:dyaOrig="320" w14:anchorId="41FACA8F">
          <v:shape id="_x0000_i1260" type="#_x0000_t75" style="width:47pt;height:16pt" o:ole="">
            <v:imagedata r:id="rId470" o:title=""/>
          </v:shape>
          <o:OLEObject Type="Embed" ProgID="Equation.DSMT4" ShapeID="_x0000_i1260" DrawAspect="Content" ObjectID="_1702752816" r:id="rId47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0"/>
        </w:rPr>
        <w:object w:dxaOrig="1060" w:dyaOrig="380" w14:anchorId="4D39B2A1">
          <v:shape id="_x0000_i1261" type="#_x0000_t75" style="width:53pt;height:19pt" o:ole="">
            <v:imagedata r:id="rId472" o:title=""/>
          </v:shape>
          <o:OLEObject Type="Embed" ProgID="Equation.DSMT4" ShapeID="_x0000_i1261" DrawAspect="Content" ObjectID="_1702752817" r:id="rId47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Tính tích vô hướng </w:t>
      </w:r>
      <w:r w:rsidRPr="000B2A56">
        <w:rPr>
          <w:position w:val="-6"/>
        </w:rPr>
        <w:object w:dxaOrig="380" w:dyaOrig="340" w14:anchorId="3986ACCB">
          <v:shape id="_x0000_i1262" type="#_x0000_t75" style="width:19pt;height:17pt" o:ole="">
            <v:imagedata r:id="rId474" o:title=""/>
          </v:shape>
          <o:OLEObject Type="Embed" ProgID="Equation.DSMT4" ShapeID="_x0000_i1262" DrawAspect="Content" ObjectID="_1702752818" r:id="rId475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D8806E9" w14:textId="161785D6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859" w:dyaOrig="340" w14:anchorId="7E9FCD92">
          <v:shape id="_x0000_i1263" type="#_x0000_t75" style="width:43pt;height:17pt" o:ole="">
            <v:imagedata r:id="rId476" o:title=""/>
          </v:shape>
          <o:OLEObject Type="Embed" ProgID="Equation.DSMT4" ShapeID="_x0000_i1263" DrawAspect="Content" ObjectID="_1702752819" r:id="rId47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740" w:dyaOrig="340" w14:anchorId="539E5479">
          <v:shape id="_x0000_i1264" type="#_x0000_t75" style="width:37pt;height:17pt" o:ole="">
            <v:imagedata r:id="rId478" o:title=""/>
          </v:shape>
          <o:OLEObject Type="Embed" ProgID="Equation.DSMT4" ShapeID="_x0000_i1264" DrawAspect="Content" ObjectID="_1702752820" r:id="rId47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859" w:dyaOrig="340" w14:anchorId="7C1B784D">
          <v:shape id="_x0000_i1265" type="#_x0000_t75" style="width:43pt;height:17pt" o:ole="">
            <v:imagedata r:id="rId480" o:title=""/>
          </v:shape>
          <o:OLEObject Type="Embed" ProgID="Equation.DSMT4" ShapeID="_x0000_i1265" DrawAspect="Content" ObjectID="_1702752821" r:id="rId48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999" w:dyaOrig="340" w14:anchorId="44E313B7">
          <v:shape id="_x0000_i1266" type="#_x0000_t75" style="width:50pt;height:17pt" o:ole="">
            <v:imagedata r:id="rId482" o:title=""/>
          </v:shape>
          <o:OLEObject Type="Embed" ProgID="Equation.DSMT4" ShapeID="_x0000_i1266" DrawAspect="Content" ObjectID="_1702752822" r:id="rId48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67E00F1" w14:textId="7288F8B9" w:rsidR="000E6CC0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>Cho các phương trình sau:</w:t>
      </w:r>
    </w:p>
    <w:p w14:paraId="4E1623BE" w14:textId="36090456" w:rsidR="005E66A8" w:rsidRPr="000B2A56" w:rsidRDefault="000E6CC0" w:rsidP="005E66A8">
      <w:pPr>
        <w:pStyle w:val="ListParagraph"/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(I): </w:t>
      </w:r>
      <w:r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1060" w:dyaOrig="660" w14:anchorId="56782321">
          <v:shape id="_x0000_i1267" type="#_x0000_t75" style="width:53pt;height:33.5pt" o:ole="">
            <v:imagedata r:id="rId484" o:title=""/>
          </v:shape>
          <o:OLEObject Type="Embed" ProgID="Equation.DSMT4" ShapeID="_x0000_i1267" DrawAspect="Content" ObjectID="_1702752823" r:id="rId485"/>
        </w:object>
      </w:r>
      <w:r w:rsidRPr="000B2A56">
        <w:rPr>
          <w:rFonts w:ascii="Palatino Linotype" w:hAnsi="Palatino Linotype" w:cs="Times New Roman"/>
          <w:sz w:val="24"/>
          <w:szCs w:val="24"/>
        </w:rPr>
        <w:t>,</w: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="005E66A8" w:rsidRPr="000B2A56">
        <w:rPr>
          <w:rFonts w:ascii="Palatino Linotype" w:hAnsi="Palatino Linotype" w:cs="Times New Roman"/>
          <w:sz w:val="24"/>
          <w:szCs w:val="24"/>
        </w:rPr>
        <w:tab/>
      </w:r>
      <w:r w:rsidR="005E66A8" w:rsidRPr="000B2A56">
        <w:rPr>
          <w:rFonts w:ascii="Palatino Linotype" w:hAnsi="Palatino Linotype" w:cs="Times New Roman"/>
          <w:sz w:val="24"/>
          <w:szCs w:val="24"/>
        </w:rPr>
        <w:tab/>
      </w:r>
      <w:r w:rsidR="005E66A8"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 xml:space="preserve">(II): </w:t>
      </w:r>
      <w:r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1640" w:dyaOrig="660" w14:anchorId="59E8860C">
          <v:shape id="_x0000_i1268" type="#_x0000_t75" style="width:82pt;height:33.5pt" o:ole="">
            <v:imagedata r:id="rId486" o:title=""/>
          </v:shape>
          <o:OLEObject Type="Embed" ProgID="Equation.DSMT4" ShapeID="_x0000_i1268" DrawAspect="Content" ObjectID="_1702752824" r:id="rId487"/>
        </w:object>
      </w:r>
      <w:r w:rsidRPr="000B2A56">
        <w:rPr>
          <w:rFonts w:ascii="Palatino Linotype" w:hAnsi="Palatino Linotype" w:cs="Times New Roman"/>
          <w:sz w:val="24"/>
          <w:szCs w:val="24"/>
        </w:rPr>
        <w:t>,</w:t>
      </w:r>
    </w:p>
    <w:p w14:paraId="54575135" w14:textId="622A50DF" w:rsidR="000E6CC0" w:rsidRPr="000B2A56" w:rsidRDefault="000E6CC0" w:rsidP="005E66A8">
      <w:pPr>
        <w:pStyle w:val="ListParagraph"/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(III): </w:t>
      </w:r>
      <w:r w:rsidRPr="000B2A56">
        <w:rPr>
          <w:rFonts w:ascii="Palatino Linotype" w:hAnsi="Palatino Linotype" w:cs="Times New Roman"/>
          <w:position w:val="-32"/>
          <w:sz w:val="24"/>
          <w:szCs w:val="24"/>
        </w:rPr>
        <w:object w:dxaOrig="1480" w:dyaOrig="740" w14:anchorId="486B6B20">
          <v:shape id="_x0000_i1269" type="#_x0000_t75" style="width:74.5pt;height:37.5pt" o:ole="">
            <v:imagedata r:id="rId488" o:title=""/>
          </v:shape>
          <o:OLEObject Type="Embed" ProgID="Equation.DSMT4" ShapeID="_x0000_i1269" DrawAspect="Content" ObjectID="_1702752825" r:id="rId489"/>
        </w:object>
      </w:r>
      <w:r w:rsidRPr="000B2A56">
        <w:rPr>
          <w:rFonts w:ascii="Palatino Linotype" w:hAnsi="Palatino Linotype" w:cs="Times New Roman"/>
          <w:sz w:val="24"/>
          <w:szCs w:val="24"/>
        </w:rPr>
        <w:t>,</w: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="005E66A8" w:rsidRPr="000B2A56">
        <w:rPr>
          <w:rFonts w:ascii="Palatino Linotype" w:hAnsi="Palatino Linotype" w:cs="Times New Roman"/>
          <w:sz w:val="24"/>
          <w:szCs w:val="24"/>
        </w:rPr>
        <w:tab/>
      </w:r>
      <w:r w:rsidR="005E66A8"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 xml:space="preserve">(IV): </w:t>
      </w:r>
      <w:r w:rsidRPr="000B2A56">
        <w:rPr>
          <w:rFonts w:ascii="Palatino Linotype" w:hAnsi="Palatino Linotype" w:cs="Times New Roman"/>
          <w:position w:val="-14"/>
          <w:sz w:val="24"/>
          <w:szCs w:val="24"/>
        </w:rPr>
        <w:object w:dxaOrig="1800" w:dyaOrig="460" w14:anchorId="5BF992A0">
          <v:shape id="_x0000_i1270" type="#_x0000_t75" style="width:90.5pt;height:23.5pt" o:ole="">
            <v:imagedata r:id="rId490" o:title=""/>
          </v:shape>
          <o:OLEObject Type="Embed" ProgID="Equation.DSMT4" ShapeID="_x0000_i1270" DrawAspect="Content" ObjectID="_1702752826" r:id="rId491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B945FA5" w14:textId="77777777" w:rsidR="005E66A8" w:rsidRPr="000B2A56" w:rsidRDefault="000E6CC0" w:rsidP="005E66A8">
      <w:pPr>
        <w:pStyle w:val="ListParagraph"/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Hỏi có bao nhiêu phương trình </w:t>
      </w:r>
      <w:r w:rsidRPr="000B2A56">
        <w:rPr>
          <w:rFonts w:ascii="Palatino Linotype" w:hAnsi="Palatino Linotype" w:cs="Times New Roman"/>
          <w:b/>
          <w:bCs/>
          <w:sz w:val="24"/>
          <w:szCs w:val="24"/>
        </w:rPr>
        <w:t>vô nghiệm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trong các phương trình đã cho?</w:t>
      </w:r>
    </w:p>
    <w:p w14:paraId="24BFF20A" w14:textId="2AD9B196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1.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2.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3.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4.</w:t>
      </w:r>
    </w:p>
    <w:p w14:paraId="01B740C7" w14:textId="06880CE1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tọa độ </w:t>
      </w:r>
      <w:r w:rsidRPr="000B2A56">
        <w:rPr>
          <w:position w:val="-10"/>
        </w:rPr>
        <w:object w:dxaOrig="460" w:dyaOrig="320" w14:anchorId="107AE277">
          <v:shape id="_x0000_i1271" type="#_x0000_t75" style="width:23.5pt;height:16pt" o:ole="">
            <v:imagedata r:id="rId492" o:title=""/>
          </v:shape>
          <o:OLEObject Type="Embed" ProgID="Equation.DSMT4" ShapeID="_x0000_i1271" DrawAspect="Content" ObjectID="_1702752827" r:id="rId49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hai véctơ </w:t>
      </w:r>
      <w:r w:rsidRPr="000B2A56">
        <w:rPr>
          <w:position w:val="-10"/>
        </w:rPr>
        <w:object w:dxaOrig="1040" w:dyaOrig="320" w14:anchorId="554E96A4">
          <v:shape id="_x0000_i1272" type="#_x0000_t75" style="width:52pt;height:16pt" o:ole="">
            <v:imagedata r:id="rId494" o:title=""/>
          </v:shape>
          <o:OLEObject Type="Embed" ProgID="Equation.DSMT4" ShapeID="_x0000_i1272" DrawAspect="Content" ObjectID="_1702752828" r:id="rId49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0"/>
        </w:rPr>
        <w:object w:dxaOrig="1060" w:dyaOrig="380" w14:anchorId="42F6003F">
          <v:shape id="_x0000_i1273" type="#_x0000_t75" style="width:53pt;height:19pt" o:ole="">
            <v:imagedata r:id="rId496" o:title=""/>
          </v:shape>
          <o:OLEObject Type="Embed" ProgID="Equation.DSMT4" ShapeID="_x0000_i1273" DrawAspect="Content" ObjectID="_1702752829" r:id="rId49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0B2A56">
        <w:rPr>
          <w:position w:val="-18"/>
        </w:rPr>
        <w:object w:dxaOrig="639" w:dyaOrig="480" w14:anchorId="72745596">
          <v:shape id="_x0000_i1274" type="#_x0000_t75" style="width:31.5pt;height:24pt" o:ole="">
            <v:imagedata r:id="rId498" o:title=""/>
          </v:shape>
          <o:OLEObject Type="Embed" ProgID="Equation.DSMT4" ShapeID="_x0000_i1274" DrawAspect="Content" ObjectID="_1702752830" r:id="rId499"/>
        </w:object>
      </w:r>
    </w:p>
    <w:p w14:paraId="2ED62B89" w14:textId="053A438E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300" w:dyaOrig="260" w14:anchorId="7404607D">
          <v:shape id="_x0000_i1275" type="#_x0000_t75" style="width:15pt;height:13pt" o:ole="">
            <v:imagedata r:id="rId500" o:title=""/>
          </v:shape>
          <o:OLEObject Type="Embed" ProgID="Equation.DSMT4" ShapeID="_x0000_i1275" DrawAspect="Content" ObjectID="_1702752831" r:id="rId50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6.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5.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320" w:dyaOrig="279" w14:anchorId="66F68522">
          <v:shape id="_x0000_i1276" type="#_x0000_t75" style="width:16.5pt;height:13.5pt" o:ole="">
            <v:imagedata r:id="rId502" o:title=""/>
          </v:shape>
          <o:OLEObject Type="Embed" ProgID="Equation.DSMT4" ShapeID="_x0000_i1276" DrawAspect="Content" ObjectID="_1702752832" r:id="rId50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EA0EF8A" w14:textId="558B49F0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Hàm số </w:t>
      </w:r>
      <w:r w:rsidRPr="000B2A56">
        <w:rPr>
          <w:position w:val="-24"/>
        </w:rPr>
        <w:object w:dxaOrig="1040" w:dyaOrig="620" w14:anchorId="1A5E4E95">
          <v:shape id="_x0000_i1277" type="#_x0000_t75" style="width:52pt;height:31.5pt" o:ole="">
            <v:imagedata r:id="rId504" o:title=""/>
          </v:shape>
          <o:OLEObject Type="Embed" ProgID="Equation.DSMT4" ShapeID="_x0000_i1277" DrawAspect="Content" ObjectID="_1702752833" r:id="rId50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tập xác định là</w:t>
      </w:r>
    </w:p>
    <w:p w14:paraId="6215C36A" w14:textId="48F73654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300" w:dyaOrig="320" w14:anchorId="2EF96CD1">
          <v:shape id="_x0000_i1278" type="#_x0000_t75" style="width:65pt;height:16.5pt" o:ole="">
            <v:imagedata r:id="rId506" o:title=""/>
          </v:shape>
          <o:OLEObject Type="Embed" ProgID="Equation.DSMT4" ShapeID="_x0000_i1278" DrawAspect="Content" ObjectID="_1702752834" r:id="rId50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680" w:dyaOrig="260" w14:anchorId="31D05ABA">
          <v:shape id="_x0000_i1279" type="#_x0000_t75" style="width:34pt;height:13pt" o:ole="">
            <v:imagedata r:id="rId508" o:title=""/>
          </v:shape>
          <o:OLEObject Type="Embed" ProgID="Equation.DSMT4" ShapeID="_x0000_i1279" DrawAspect="Content" ObjectID="_1702752835" r:id="rId50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240" w:dyaOrig="320" w14:anchorId="21357261">
          <v:shape id="_x0000_i1280" type="#_x0000_t75" style="width:62pt;height:16.5pt" o:ole="">
            <v:imagedata r:id="rId510" o:title=""/>
          </v:shape>
          <o:OLEObject Type="Embed" ProgID="Equation.DSMT4" ShapeID="_x0000_i1280" DrawAspect="Content" ObjectID="_1702752836" r:id="rId51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300" w:dyaOrig="320" w14:anchorId="1A71C0CB">
          <v:shape id="_x0000_i1281" type="#_x0000_t75" style="width:65pt;height:16.5pt" o:ole="">
            <v:imagedata r:id="rId512" o:title=""/>
          </v:shape>
          <o:OLEObject Type="Embed" ProgID="Equation.DSMT4" ShapeID="_x0000_i1281" DrawAspect="Content" ObjectID="_1702752837" r:id="rId51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EA04F79" w14:textId="28F52BF5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tam giác </w:t>
      </w:r>
      <w:r w:rsidRPr="000B2A56">
        <w:rPr>
          <w:position w:val="-6"/>
        </w:rPr>
        <w:object w:dxaOrig="560" w:dyaOrig="279" w14:anchorId="18FDDF26">
          <v:shape id="_x0000_i1282" type="#_x0000_t75" style="width:28pt;height:13.5pt" o:ole="">
            <v:imagedata r:id="rId514" o:title=""/>
          </v:shape>
          <o:OLEObject Type="Embed" ProgID="Equation.DSMT4" ShapeID="_x0000_i1282" DrawAspect="Content" ObjectID="_1702752838" r:id="rId51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có thể xác định được bao nhiêu véctơ (khác véctơ không) có điểm đầu và điểm cuối là các đỉnh </w:t>
      </w:r>
      <w:r w:rsidRPr="000B2A56">
        <w:rPr>
          <w:position w:val="-10"/>
        </w:rPr>
        <w:object w:dxaOrig="740" w:dyaOrig="320" w14:anchorId="5E667F82">
          <v:shape id="_x0000_i1283" type="#_x0000_t75" style="width:37pt;height:16.5pt" o:ole="">
            <v:imagedata r:id="rId516" o:title=""/>
          </v:shape>
          <o:OLEObject Type="Embed" ProgID="Equation.DSMT4" ShapeID="_x0000_i1283" DrawAspect="Content" ObjectID="_1702752839" r:id="rId517"/>
        </w:object>
      </w:r>
      <w:r w:rsidRPr="000B2A56">
        <w:rPr>
          <w:rFonts w:ascii="Palatino Linotype" w:hAnsi="Palatino Linotype" w:cs="Times New Roman"/>
          <w:sz w:val="24"/>
          <w:szCs w:val="24"/>
        </w:rPr>
        <w:t>?</w:t>
      </w:r>
    </w:p>
    <w:p w14:paraId="4A76C3E2" w14:textId="38C3B7E1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6.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3.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200" w:dyaOrig="260" w14:anchorId="1D367BBD">
          <v:shape id="_x0000_i1284" type="#_x0000_t75" style="width:10pt;height:13pt" o:ole="">
            <v:imagedata r:id="rId518" o:title=""/>
          </v:shape>
          <o:OLEObject Type="Embed" ProgID="Equation.DSMT4" ShapeID="_x0000_i1284" DrawAspect="Content" ObjectID="_1702752840" r:id="rId51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5.</w:t>
      </w:r>
    </w:p>
    <w:p w14:paraId="76979180" w14:textId="3745BC19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tọa độ </w:t>
      </w:r>
      <w:r w:rsidRPr="000B2A56">
        <w:rPr>
          <w:position w:val="-10"/>
        </w:rPr>
        <w:object w:dxaOrig="460" w:dyaOrig="320" w14:anchorId="4E35CF83">
          <v:shape id="_x0000_i1285" type="#_x0000_t75" style="width:23.5pt;height:16.5pt" o:ole="">
            <v:imagedata r:id="rId520" o:title=""/>
          </v:shape>
          <o:OLEObject Type="Embed" ProgID="Equation.DSMT4" ShapeID="_x0000_i1285" DrawAspect="Content" ObjectID="_1702752841" r:id="rId52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hai vécto </w:t>
      </w:r>
      <w:r w:rsidRPr="000B2A56">
        <w:rPr>
          <w:position w:val="-10"/>
        </w:rPr>
        <w:object w:dxaOrig="999" w:dyaOrig="320" w14:anchorId="0166A3DE">
          <v:shape id="_x0000_i1286" type="#_x0000_t75" style="width:50pt;height:16.5pt" o:ole="">
            <v:imagedata r:id="rId522" o:title=""/>
          </v:shape>
          <o:OLEObject Type="Embed" ProgID="Equation.DSMT4" ShapeID="_x0000_i1286" DrawAspect="Content" ObjectID="_1702752842" r:id="rId52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0"/>
        </w:rPr>
        <w:object w:dxaOrig="940" w:dyaOrig="380" w14:anchorId="59A935DE">
          <v:shape id="_x0000_i1287" type="#_x0000_t75" style="width:46.5pt;height:19pt" o:ole="">
            <v:imagedata r:id="rId524" o:title=""/>
          </v:shape>
          <o:OLEObject Type="Embed" ProgID="Equation.DSMT4" ShapeID="_x0000_i1287" DrawAspect="Content" ObjectID="_1702752843" r:id="rId52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Tính cosin của góc giữa hai vécto </w:t>
      </w:r>
      <w:r w:rsidRPr="000B2A56">
        <w:rPr>
          <w:position w:val="-6"/>
        </w:rPr>
        <w:object w:dxaOrig="200" w:dyaOrig="279" w14:anchorId="4B8464A9">
          <v:shape id="_x0000_i1288" type="#_x0000_t75" style="width:10pt;height:13.5pt" o:ole="">
            <v:imagedata r:id="rId526" o:title=""/>
          </v:shape>
          <o:OLEObject Type="Embed" ProgID="Equation.DSMT4" ShapeID="_x0000_i1288" DrawAspect="Content" ObjectID="_1702752844" r:id="rId52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6"/>
        </w:rPr>
        <w:object w:dxaOrig="220" w:dyaOrig="340" w14:anchorId="311672A0">
          <v:shape id="_x0000_i1289" type="#_x0000_t75" style="width:11pt;height:16.5pt" o:ole="">
            <v:imagedata r:id="rId528" o:title=""/>
          </v:shape>
          <o:OLEObject Type="Embed" ProgID="Equation.DSMT4" ShapeID="_x0000_i1289" DrawAspect="Content" ObjectID="_1702752845" r:id="rId529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14D2D7D" w14:textId="76472831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359" w:dyaOrig="620" w14:anchorId="453825B0">
          <v:shape id="_x0000_i1290" type="#_x0000_t75" style="width:67.5pt;height:31.5pt" o:ole="">
            <v:imagedata r:id="rId530" o:title=""/>
          </v:shape>
          <o:OLEObject Type="Embed" ProgID="Equation.DSMT4" ShapeID="_x0000_i1290" DrawAspect="Content" ObjectID="_1702752846" r:id="rId53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1540" w:dyaOrig="660" w14:anchorId="160AA84F">
          <v:shape id="_x0000_i1291" type="#_x0000_t75" style="width:77pt;height:33.5pt" o:ole="">
            <v:imagedata r:id="rId532" o:title=""/>
          </v:shape>
          <o:OLEObject Type="Embed" ProgID="Equation.DSMT4" ShapeID="_x0000_i1291" DrawAspect="Content" ObjectID="_1702752847" r:id="rId53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F93C317" w14:textId="3C86378F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700" w:dyaOrig="680" w14:anchorId="31E78A3C">
          <v:shape id="_x0000_i1292" type="#_x0000_t75" style="width:85.5pt;height:34pt" o:ole="">
            <v:imagedata r:id="rId534" o:title=""/>
          </v:shape>
          <o:OLEObject Type="Embed" ProgID="Equation.DSMT4" ShapeID="_x0000_i1292" DrawAspect="Content" ObjectID="_1702752848" r:id="rId53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1840" w:dyaOrig="660" w14:anchorId="1AAEE7BB">
          <v:shape id="_x0000_i1293" type="#_x0000_t75" style="width:91.5pt;height:33.5pt" o:ole="">
            <v:imagedata r:id="rId536" o:title=""/>
          </v:shape>
          <o:OLEObject Type="Embed" ProgID="Equation.DSMT4" ShapeID="_x0000_i1293" DrawAspect="Content" ObjectID="_1702752849" r:id="rId53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F6112A2" w14:textId="0699FEB4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toạ độ </w:t>
      </w:r>
      <w:r w:rsidRPr="000B2A56">
        <w:rPr>
          <w:position w:val="-10"/>
        </w:rPr>
        <w:object w:dxaOrig="460" w:dyaOrig="320" w14:anchorId="42FCB2CC">
          <v:shape id="_x0000_i1294" type="#_x0000_t75" style="width:23.5pt;height:16.5pt" o:ole="">
            <v:imagedata r:id="rId538" o:title=""/>
          </v:shape>
          <o:OLEObject Type="Embed" ProgID="Equation.DSMT4" ShapeID="_x0000_i1294" DrawAspect="Content" ObjectID="_1702752850" r:id="rId53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cho tam giác </w:t>
      </w:r>
      <w:r w:rsidRPr="000B2A56">
        <w:rPr>
          <w:position w:val="-6"/>
        </w:rPr>
        <w:object w:dxaOrig="560" w:dyaOrig="279" w14:anchorId="736408FC">
          <v:shape id="_x0000_i1295" type="#_x0000_t75" style="width:28pt;height:13.5pt" o:ole="">
            <v:imagedata r:id="rId540" o:title=""/>
          </v:shape>
          <o:OLEObject Type="Embed" ProgID="Equation.DSMT4" ShapeID="_x0000_i1295" DrawAspect="Content" ObjectID="_1702752851" r:id="rId54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0B2A56">
        <w:rPr>
          <w:position w:val="-10"/>
        </w:rPr>
        <w:object w:dxaOrig="840" w:dyaOrig="320" w14:anchorId="5FB99352">
          <v:shape id="_x0000_i1296" type="#_x0000_t75" style="width:42pt;height:16.5pt" o:ole="">
            <v:imagedata r:id="rId542" o:title=""/>
          </v:shape>
          <o:OLEObject Type="Embed" ProgID="Equation.DSMT4" ShapeID="_x0000_i1296" DrawAspect="Content" ObjectID="_1702752852" r:id="rId54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Pr="000B2A56">
        <w:rPr>
          <w:position w:val="-10"/>
        </w:rPr>
        <w:object w:dxaOrig="720" w:dyaOrig="320" w14:anchorId="6D55A0A8">
          <v:shape id="_x0000_i1297" type="#_x0000_t75" style="width:36pt;height:16pt" o:ole="">
            <v:imagedata r:id="rId544" o:title=""/>
          </v:shape>
          <o:OLEObject Type="Embed" ProgID="Equation.DSMT4" ShapeID="_x0000_i1297" DrawAspect="Content" ObjectID="_1702752853" r:id="rId54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0"/>
        </w:rPr>
        <w:object w:dxaOrig="720" w:dyaOrig="320" w14:anchorId="09012E24">
          <v:shape id="_x0000_i1298" type="#_x0000_t75" style="width:36pt;height:16.5pt" o:ole="">
            <v:imagedata r:id="rId546" o:title=""/>
          </v:shape>
          <o:OLEObject Type="Embed" ProgID="Equation.DSMT4" ShapeID="_x0000_i1298" DrawAspect="Content" ObjectID="_1702752854" r:id="rId54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Tọa độ trọng tâm </w:t>
      </w:r>
      <w:r w:rsidRPr="000B2A56">
        <w:rPr>
          <w:position w:val="-6"/>
        </w:rPr>
        <w:object w:dxaOrig="260" w:dyaOrig="279" w14:anchorId="0D53DE24">
          <v:shape id="_x0000_i1299" type="#_x0000_t75" style="width:13pt;height:14pt" o:ole="">
            <v:imagedata r:id="rId548" o:title=""/>
          </v:shape>
          <o:OLEObject Type="Embed" ProgID="Equation.DSMT4" ShapeID="_x0000_i1299" DrawAspect="Content" ObjectID="_1702752855" r:id="rId54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của tam giác </w:t>
      </w:r>
      <w:r w:rsidRPr="000B2A56">
        <w:rPr>
          <w:position w:val="-6"/>
        </w:rPr>
        <w:object w:dxaOrig="560" w:dyaOrig="279" w14:anchorId="657DD45B">
          <v:shape id="_x0000_i1300" type="#_x0000_t75" style="width:28pt;height:13.5pt" o:ole="">
            <v:imagedata r:id="rId550" o:title=""/>
          </v:shape>
          <o:OLEObject Type="Embed" ProgID="Equation.DSMT4" ShapeID="_x0000_i1300" DrawAspect="Content" ObjectID="_1702752856" r:id="rId55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</w:t>
      </w:r>
    </w:p>
    <w:p w14:paraId="0CD54939" w14:textId="718AA052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859" w:dyaOrig="320" w14:anchorId="274899A0">
          <v:shape id="_x0000_i1301" type="#_x0000_t75" style="width:43.5pt;height:16.5pt" o:ole="">
            <v:imagedata r:id="rId552" o:title=""/>
          </v:shape>
          <o:OLEObject Type="Embed" ProgID="Equation.DSMT4" ShapeID="_x0000_i1301" DrawAspect="Content" ObjectID="_1702752857" r:id="rId55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920" w:dyaOrig="680" w14:anchorId="273A5E8D">
          <v:shape id="_x0000_i1302" type="#_x0000_t75" style="width:46.5pt;height:34pt" o:ole="">
            <v:imagedata r:id="rId554" o:title=""/>
          </v:shape>
          <o:OLEObject Type="Embed" ProgID="Equation.DSMT4" ShapeID="_x0000_i1302" DrawAspect="Content" ObjectID="_1702752858" r:id="rId55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740" w:dyaOrig="320" w14:anchorId="054A0F62">
          <v:shape id="_x0000_i1303" type="#_x0000_t75" style="width:37pt;height:16.5pt" o:ole="">
            <v:imagedata r:id="rId556" o:title=""/>
          </v:shape>
          <o:OLEObject Type="Embed" ProgID="Equation.DSMT4" ShapeID="_x0000_i1303" DrawAspect="Content" ObjectID="_1702752859" r:id="rId55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880" w:dyaOrig="680" w14:anchorId="053CD302">
          <v:shape id="_x0000_i1304" type="#_x0000_t75" style="width:44pt;height:34pt" o:ole="">
            <v:imagedata r:id="rId558" o:title=""/>
          </v:shape>
          <o:OLEObject Type="Embed" ProgID="Equation.DSMT4" ShapeID="_x0000_i1304" DrawAspect="Content" ObjectID="_1702752860" r:id="rId55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B4BBBC5" w14:textId="75970C87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Đường thẳng </w:t>
      </w:r>
      <w:r w:rsidRPr="000B2A56">
        <w:rPr>
          <w:position w:val="-10"/>
        </w:rPr>
        <w:object w:dxaOrig="1020" w:dyaOrig="320" w14:anchorId="0977B43E">
          <v:shape id="_x0000_i1305" type="#_x0000_t75" style="width:51pt;height:16pt" o:ole="">
            <v:imagedata r:id="rId560" o:title=""/>
          </v:shape>
          <o:OLEObject Type="Embed" ProgID="Equation.DSMT4" ShapeID="_x0000_i1305" DrawAspect="Content" ObjectID="_1702752861" r:id="rId56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đi qua hai điểm </w:t>
      </w:r>
      <w:r w:rsidRPr="000B2A56">
        <w:rPr>
          <w:position w:val="-14"/>
        </w:rPr>
        <w:object w:dxaOrig="1020" w:dyaOrig="400" w14:anchorId="504A710F">
          <v:shape id="_x0000_i1306" type="#_x0000_t75" style="width:51pt;height:20pt" o:ole="">
            <v:imagedata r:id="rId562" o:title=""/>
          </v:shape>
          <o:OLEObject Type="Embed" ProgID="Equation.DSMT4" ShapeID="_x0000_i1306" DrawAspect="Content" ObjectID="_1702752862" r:id="rId56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4"/>
        </w:rPr>
        <w:object w:dxaOrig="740" w:dyaOrig="400" w14:anchorId="52E031AD">
          <v:shape id="_x0000_i1307" type="#_x0000_t75" style="width:37pt;height:20pt" o:ole="">
            <v:imagedata r:id="rId564" o:title=""/>
          </v:shape>
          <o:OLEObject Type="Embed" ProgID="Equation.DSMT4" ShapeID="_x0000_i1307" DrawAspect="Content" ObjectID="_1702752863" r:id="rId56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0B2A56">
        <w:rPr>
          <w:position w:val="-6"/>
        </w:rPr>
        <w:object w:dxaOrig="1060" w:dyaOrig="279" w14:anchorId="7DDEA2E5">
          <v:shape id="_x0000_i1308" type="#_x0000_t75" style="width:53pt;height:13.5pt" o:ole="">
            <v:imagedata r:id="rId566" o:title=""/>
          </v:shape>
          <o:OLEObject Type="Embed" ProgID="Equation.DSMT4" ShapeID="_x0000_i1308" DrawAspect="Content" ObjectID="_1702752864" r:id="rId567"/>
        </w:object>
      </w:r>
      <w:r w:rsidRPr="000B2A56">
        <w:rPr>
          <w:rFonts w:ascii="Palatino Linotype" w:hAnsi="Palatino Linotype" w:cs="Times New Roman"/>
          <w:sz w:val="24"/>
          <w:szCs w:val="24"/>
        </w:rPr>
        <w:t>,</w:t>
      </w:r>
    </w:p>
    <w:p w14:paraId="1C96BA03" w14:textId="740AAF43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80" w:dyaOrig="279" w14:anchorId="611C1E5B">
          <v:shape id="_x0000_i1309" type="#_x0000_t75" style="width:28.5pt;height:13.5pt" o:ole="">
            <v:imagedata r:id="rId568" o:title=""/>
          </v:shape>
          <o:OLEObject Type="Embed" ProgID="Equation.DSMT4" ShapeID="_x0000_i1309" DrawAspect="Content" ObjectID="_1702752865" r:id="rId56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00" w:dyaOrig="279" w14:anchorId="0EC569F2">
          <v:shape id="_x0000_i1310" type="#_x0000_t75" style="width:30pt;height:13.5pt" o:ole="">
            <v:imagedata r:id="rId570" o:title=""/>
          </v:shape>
          <o:OLEObject Type="Embed" ProgID="Equation.DSMT4" ShapeID="_x0000_i1310" DrawAspect="Content" ObjectID="_1702752866" r:id="rId57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560" w:dyaOrig="260" w14:anchorId="467E1712">
          <v:shape id="_x0000_i1311" type="#_x0000_t75" style="width:28pt;height:13pt" o:ole="">
            <v:imagedata r:id="rId572" o:title=""/>
          </v:shape>
          <o:OLEObject Type="Embed" ProgID="Equation.DSMT4" ShapeID="_x0000_i1311" DrawAspect="Content" ObjectID="_1702752867" r:id="rId57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600" w:dyaOrig="260" w14:anchorId="6E47E32E">
          <v:shape id="_x0000_i1312" type="#_x0000_t75" style="width:30pt;height:13pt" o:ole="">
            <v:imagedata r:id="rId574" o:title=""/>
          </v:shape>
          <o:OLEObject Type="Embed" ProgID="Equation.DSMT4" ShapeID="_x0000_i1312" DrawAspect="Content" ObjectID="_1702752868" r:id="rId57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C376A76" w14:textId="595857A8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Điều kiện xác định của phương trình </w:t>
      </w:r>
      <w:r w:rsidRPr="000B2A56">
        <w:rPr>
          <w:position w:val="-8"/>
        </w:rPr>
        <w:object w:dxaOrig="1340" w:dyaOrig="360" w14:anchorId="56E34D27">
          <v:shape id="_x0000_i1313" type="#_x0000_t75" style="width:67pt;height:18pt" o:ole="">
            <v:imagedata r:id="rId576" o:title=""/>
          </v:shape>
          <o:OLEObject Type="Embed" ProgID="Equation.DSMT4" ShapeID="_x0000_i1313" DrawAspect="Content" ObjectID="_1702752869" r:id="rId57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</w:t>
      </w:r>
    </w:p>
    <w:p w14:paraId="65BDFBBD" w14:textId="166A4E28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20" w:dyaOrig="279" w14:anchorId="6913AB4E">
          <v:shape id="_x0000_i1314" type="#_x0000_t75" style="width:25.5pt;height:13.5pt" o:ole="">
            <v:imagedata r:id="rId578" o:title=""/>
          </v:shape>
          <o:OLEObject Type="Embed" ProgID="Equation.DSMT4" ShapeID="_x0000_i1314" DrawAspect="Content" ObjectID="_1702752870" r:id="rId57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80" w:dyaOrig="279" w14:anchorId="329FBCE2">
          <v:shape id="_x0000_i1315" type="#_x0000_t75" style="width:34pt;height:13.5pt" o:ole="">
            <v:imagedata r:id="rId580" o:title=""/>
          </v:shape>
          <o:OLEObject Type="Embed" ProgID="Equation.DSMT4" ShapeID="_x0000_i1315" DrawAspect="Content" ObjectID="_1702752871" r:id="rId58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499" w:dyaOrig="279" w14:anchorId="351DF302">
          <v:shape id="_x0000_i1316" type="#_x0000_t75" style="width:25.5pt;height:13.5pt" o:ole="">
            <v:imagedata r:id="rId582" o:title=""/>
          </v:shape>
          <o:OLEObject Type="Embed" ProgID="Equation.DSMT4" ShapeID="_x0000_i1316" DrawAspect="Content" ObjectID="_1702752872" r:id="rId58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80" w:dyaOrig="279" w14:anchorId="59006373">
          <v:shape id="_x0000_i1317" type="#_x0000_t75" style="width:34pt;height:13.5pt" o:ole="">
            <v:imagedata r:id="rId584" o:title=""/>
          </v:shape>
          <o:OLEObject Type="Embed" ProgID="Equation.DSMT4" ShapeID="_x0000_i1317" DrawAspect="Content" ObjectID="_1702752873" r:id="rId58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109BBCD0" w14:textId="05A295DF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tam giác </w:t>
      </w:r>
      <w:r w:rsidRPr="000B2A56">
        <w:object w:dxaOrig="560" w:dyaOrig="279" w14:anchorId="7EF416CE">
          <v:shape id="_x0000_i1318" type="#_x0000_t75" style="width:28pt;height:13.5pt" o:ole="">
            <v:imagedata r:id="rId586" o:title=""/>
          </v:shape>
          <o:OLEObject Type="Embed" ProgID="Equation.DSMT4" ShapeID="_x0000_i1318" DrawAspect="Content" ObjectID="_1702752874" r:id="rId58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0B2A56">
        <w:object w:dxaOrig="740" w:dyaOrig="279" w14:anchorId="751BC97B">
          <v:shape id="_x0000_i1319" type="#_x0000_t75" style="width:37pt;height:14.5pt" o:ole="">
            <v:imagedata r:id="rId588" o:title=""/>
          </v:shape>
          <o:OLEObject Type="Embed" ProgID="Equation.DSMT4" ShapeID="_x0000_i1319" DrawAspect="Content" ObjectID="_1702752875" r:id="rId58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Pr="000B2A56">
        <w:object w:dxaOrig="740" w:dyaOrig="279" w14:anchorId="460D5C35">
          <v:shape id="_x0000_i1320" type="#_x0000_t75" style="width:37pt;height:14pt" o:ole="">
            <v:imagedata r:id="rId590" o:title=""/>
          </v:shape>
          <o:OLEObject Type="Embed" ProgID="Equation.DSMT4" ShapeID="_x0000_i1320" DrawAspect="Content" ObjectID="_1702752876" r:id="rId59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góc </w:t>
      </w:r>
      <w:r w:rsidRPr="000B2A56">
        <w:object w:dxaOrig="800" w:dyaOrig="340" w14:anchorId="09974615">
          <v:shape id="_x0000_i1321" type="#_x0000_t75" style="width:39.5pt;height:16.5pt" o:ole="">
            <v:imagedata r:id="rId592" o:title=""/>
          </v:shape>
          <o:OLEObject Type="Embed" ProgID="Equation.DSMT4" ShapeID="_x0000_i1321" DrawAspect="Content" ObjectID="_1702752877" r:id="rId59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Tính độ dài cạnh </w:t>
      </w:r>
      <w:r w:rsidRPr="000B2A56">
        <w:object w:dxaOrig="420" w:dyaOrig="279" w14:anchorId="0B684B87">
          <v:shape id="_x0000_i1322" type="#_x0000_t75" style="width:21pt;height:13.5pt" o:ole="">
            <v:imagedata r:id="rId594" o:title=""/>
          </v:shape>
          <o:OLEObject Type="Embed" ProgID="Equation.DSMT4" ShapeID="_x0000_i1322" DrawAspect="Content" ObjectID="_1702752878" r:id="rId595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0917E1B" w14:textId="5D60DF5B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7.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480" w:dyaOrig="360" w14:anchorId="3B2640DA">
          <v:shape id="_x0000_i1323" type="#_x0000_t75" style="width:24pt;height:18pt" o:ole="">
            <v:imagedata r:id="rId596" o:title=""/>
          </v:shape>
          <o:OLEObject Type="Embed" ProgID="Equation.DSMT4" ShapeID="_x0000_i1323" DrawAspect="Content" ObjectID="_1702752879" r:id="rId59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360" w:dyaOrig="279" w14:anchorId="4592B79F">
          <v:shape id="_x0000_i1324" type="#_x0000_t75" style="width:18pt;height:13.5pt" o:ole="">
            <v:imagedata r:id="rId598" o:title=""/>
          </v:shape>
          <o:OLEObject Type="Embed" ProgID="Equation.DSMT4" ShapeID="_x0000_i1324" DrawAspect="Content" ObjectID="_1702752880" r:id="rId599"/>
        </w:objec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499" w:dyaOrig="360" w14:anchorId="289B3318">
          <v:shape id="_x0000_i1325" type="#_x0000_t75" style="width:25.5pt;height:18pt" o:ole="">
            <v:imagedata r:id="rId600" o:title=""/>
          </v:shape>
          <o:OLEObject Type="Embed" ProgID="Equation.DSMT4" ShapeID="_x0000_i1325" DrawAspect="Content" ObjectID="_1702752881" r:id="rId60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7419840" w14:textId="3379887F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toạ độ </w:t>
      </w:r>
      <w:r w:rsidRPr="000B2A56">
        <w:rPr>
          <w:position w:val="-10"/>
        </w:rPr>
        <w:object w:dxaOrig="460" w:dyaOrig="320" w14:anchorId="6503DB82">
          <v:shape id="_x0000_i1326" type="#_x0000_t75" style="width:23.5pt;height:16.5pt" o:ole="">
            <v:imagedata r:id="rId602" o:title=""/>
          </v:shape>
          <o:OLEObject Type="Embed" ProgID="Equation.DSMT4" ShapeID="_x0000_i1326" DrawAspect="Content" ObjectID="_1702752882" r:id="rId60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cho hai điểm </w:t>
      </w:r>
      <w:r w:rsidRPr="000B2A56">
        <w:rPr>
          <w:position w:val="-10"/>
        </w:rPr>
        <w:object w:dxaOrig="760" w:dyaOrig="320" w14:anchorId="6009087B">
          <v:shape id="_x0000_i1327" type="#_x0000_t75" style="width:38pt;height:16.5pt" o:ole="">
            <v:imagedata r:id="rId604" o:title=""/>
          </v:shape>
          <o:OLEObject Type="Embed" ProgID="Equation.DSMT4" ShapeID="_x0000_i1327" DrawAspect="Content" ObjectID="_1702752883" r:id="rId60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0"/>
        </w:rPr>
        <w:object w:dxaOrig="880" w:dyaOrig="320" w14:anchorId="559732FF">
          <v:shape id="_x0000_i1328" type="#_x0000_t75" style="width:44pt;height:16.5pt" o:ole="">
            <v:imagedata r:id="rId606" o:title=""/>
          </v:shape>
          <o:OLEObject Type="Embed" ProgID="Equation.DSMT4" ShapeID="_x0000_i1328" DrawAspect="Content" ObjectID="_1702752884" r:id="rId60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Tính độ dài đoạn thẳng </w:t>
      </w:r>
      <w:r w:rsidRPr="000B2A56">
        <w:rPr>
          <w:position w:val="-6"/>
        </w:rPr>
        <w:object w:dxaOrig="460" w:dyaOrig="279" w14:anchorId="248C3216">
          <v:shape id="_x0000_i1329" type="#_x0000_t75" style="width:23.5pt;height:13.5pt" o:ole="">
            <v:imagedata r:id="rId608" o:title=""/>
          </v:shape>
          <o:OLEObject Type="Embed" ProgID="Equation.DSMT4" ShapeID="_x0000_i1329" DrawAspect="Content" ObjectID="_1702752885" r:id="rId609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9AF5FDE" w14:textId="5E886472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820" w:dyaOrig="279" w14:anchorId="316A3A7A">
          <v:shape id="_x0000_i1330" type="#_x0000_t75" style="width:40.5pt;height:13.5pt" o:ole="">
            <v:imagedata r:id="rId610" o:title=""/>
          </v:shape>
          <o:OLEObject Type="Embed" ProgID="Equation.DSMT4" ShapeID="_x0000_i1330" DrawAspect="Content" ObjectID="_1702752886" r:id="rId61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1100" w:dyaOrig="360" w14:anchorId="535234E8">
          <v:shape id="_x0000_i1331" type="#_x0000_t75" style="width:55.5pt;height:18pt" o:ole="">
            <v:imagedata r:id="rId612" o:title=""/>
          </v:shape>
          <o:OLEObject Type="Embed" ProgID="Equation.DSMT4" ShapeID="_x0000_i1331" DrawAspect="Content" ObjectID="_1702752887" r:id="rId61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1120" w:dyaOrig="360" w14:anchorId="13C49947">
          <v:shape id="_x0000_i1332" type="#_x0000_t75" style="width:55.5pt;height:18pt" o:ole="">
            <v:imagedata r:id="rId614" o:title=""/>
          </v:shape>
          <o:OLEObject Type="Embed" ProgID="Equation.DSMT4" ShapeID="_x0000_i1332" DrawAspect="Content" ObjectID="_1702752888" r:id="rId61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920" w:dyaOrig="279" w14:anchorId="7838E8F8">
          <v:shape id="_x0000_i1333" type="#_x0000_t75" style="width:46.5pt;height:13.5pt" o:ole="">
            <v:imagedata r:id="rId616" o:title=""/>
          </v:shape>
          <o:OLEObject Type="Embed" ProgID="Equation.DSMT4" ShapeID="_x0000_i1333" DrawAspect="Content" ObjectID="_1702752889" r:id="rId61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EC12883" w14:textId="47022FA1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color w:val="000000"/>
          <w:sz w:val="24"/>
          <w:szCs w:val="24"/>
          <w:lang w:val="pt-BR"/>
        </w:rPr>
      </w:pPr>
      <w:r w:rsidRPr="000B2A56">
        <w:rPr>
          <w:rFonts w:ascii="Palatino Linotype" w:hAnsi="Palatino Linotype" w:cs="Times New Roman"/>
          <w:color w:val="000000"/>
          <w:sz w:val="24"/>
          <w:szCs w:val="24"/>
          <w:lang w:val="pt-BR"/>
        </w:rPr>
        <w:t xml:space="preserve">Cho phương trình </w:t>
      </w:r>
      <w:r w:rsidRPr="000B2A56">
        <w:rPr>
          <w:position w:val="-16"/>
        </w:rPr>
        <w:object w:dxaOrig="2380" w:dyaOrig="440" w14:anchorId="3A4E6A6E">
          <v:shape id="_x0000_i1334" type="#_x0000_t75" style="width:119pt;height:22pt" o:ole="">
            <v:imagedata r:id="rId618" o:title=""/>
          </v:shape>
          <o:OLEObject Type="Embed" ProgID="Equation.DSMT4" ShapeID="_x0000_i1334" DrawAspect="Content" ObjectID="_1702752890" r:id="rId619"/>
        </w:object>
      </w:r>
      <w:r w:rsidRPr="000B2A56">
        <w:rPr>
          <w:rFonts w:ascii="Palatino Linotype" w:hAnsi="Palatino Linotype" w:cs="Times New Roman"/>
          <w:color w:val="000000"/>
          <w:sz w:val="24"/>
          <w:szCs w:val="24"/>
          <w:lang w:val="pt-BR"/>
        </w:rPr>
        <w:t>. Tìm phương trình tương đương với phương trình đã cho.</w:t>
      </w:r>
    </w:p>
    <w:p w14:paraId="0717F65F" w14:textId="571E8BCD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940" w:dyaOrig="320" w14:anchorId="6D55CD02">
          <v:shape id="_x0000_i1335" type="#_x0000_t75" style="width:47pt;height:16pt" o:ole="">
            <v:imagedata r:id="rId620" o:title=""/>
          </v:shape>
          <o:OLEObject Type="Embed" ProgID="Equation.DSMT4" ShapeID="_x0000_i1335" DrawAspect="Content" ObjectID="_1702752891" r:id="rId621"/>
        </w:objec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840" w:dyaOrig="279" w14:anchorId="0FA6B7C5">
          <v:shape id="_x0000_i1336" type="#_x0000_t75" style="width:42pt;height:14pt" o:ole="">
            <v:imagedata r:id="rId622" o:title=""/>
          </v:shape>
          <o:OLEObject Type="Embed" ProgID="Equation.DSMT4" ShapeID="_x0000_i1336" DrawAspect="Content" ObjectID="_1702752892" r:id="rId623"/>
        </w:objec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C.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579" w:dyaOrig="320" w14:anchorId="09E4C5BB">
          <v:shape id="_x0000_i1337" type="#_x0000_t75" style="width:78.5pt;height:16pt" o:ole="">
            <v:imagedata r:id="rId624" o:title=""/>
          </v:shape>
          <o:OLEObject Type="Embed" ProgID="Equation.DSMT4" ShapeID="_x0000_i1337" DrawAspect="Content" ObjectID="_1702752893" r:id="rId625"/>
        </w:objec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840" w:dyaOrig="279" w14:anchorId="28823D26">
          <v:shape id="_x0000_i1338" type="#_x0000_t75" style="width:42pt;height:14pt" o:ole="">
            <v:imagedata r:id="rId626" o:title=""/>
          </v:shape>
          <o:OLEObject Type="Embed" ProgID="Equation.DSMT4" ShapeID="_x0000_i1338" DrawAspect="Content" ObjectID="_1702752894" r:id="rId627"/>
        </w:object>
      </w:r>
    </w:p>
    <w:p w14:paraId="4DD2C1DC" w14:textId="2E70C89D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iCs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  <w:lang w:val="nl-NL"/>
        </w:rPr>
        <w:t xml:space="preserve">Tìm giá trị của tham số </w:t>
      </w:r>
      <w:r w:rsidRPr="000B2A56">
        <w:rPr>
          <w:position w:val="-6"/>
        </w:rPr>
        <w:object w:dxaOrig="260" w:dyaOrig="220" w14:anchorId="2770A6B5">
          <v:shape id="_x0000_i1339" type="#_x0000_t75" style="width:13pt;height:11pt" o:ole="">
            <v:imagedata r:id="rId628" o:title=""/>
          </v:shape>
          <o:OLEObject Type="Embed" ProgID="Equation.DSMT4" ShapeID="_x0000_i1339" DrawAspect="Content" ObjectID="_1702752895" r:id="rId629"/>
        </w:object>
      </w:r>
      <w:r w:rsidRPr="000B2A56">
        <w:rPr>
          <w:rFonts w:ascii="Palatino Linotype" w:hAnsi="Palatino Linotype" w:cs="Times New Roman"/>
          <w:sz w:val="24"/>
          <w:szCs w:val="24"/>
          <w:lang w:val="nl-NL"/>
        </w:rPr>
        <w:t xml:space="preserve"> để phương trình</w:t>
      </w:r>
      <w:r w:rsidRPr="000B2A56">
        <w:rPr>
          <w:rFonts w:ascii="Palatino Linotype" w:hAnsi="Palatino Linotype" w:cs="Times New Roman"/>
          <w:b/>
          <w:sz w:val="24"/>
          <w:szCs w:val="24"/>
          <w:lang w:val="nl-NL"/>
        </w:rPr>
        <w:t xml:space="preserve"> </w:t>
      </w:r>
      <w:r w:rsidRPr="000B2A56">
        <w:rPr>
          <w:position w:val="-14"/>
        </w:rPr>
        <w:object w:dxaOrig="2100" w:dyaOrig="400" w14:anchorId="27B847AB">
          <v:shape id="_x0000_i1340" type="#_x0000_t75" style="width:105pt;height:20pt" o:ole="">
            <v:imagedata r:id="rId630" o:title=""/>
          </v:shape>
          <o:OLEObject Type="Embed" ProgID="Equation.DSMT4" ShapeID="_x0000_i1340" DrawAspect="Content" ObjectID="_1702752896" r:id="rId631"/>
        </w:object>
      </w:r>
      <w:r w:rsidRPr="000B2A56">
        <w:rPr>
          <w:rFonts w:ascii="Palatino Linotype" w:hAnsi="Palatino Linotype" w:cs="Times New Roman"/>
          <w:b/>
          <w:sz w:val="24"/>
          <w:szCs w:val="24"/>
          <w:lang w:val="nl-NL"/>
        </w:rPr>
        <w:t xml:space="preserve"> 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có hai nghiệm </w:t>
      </w:r>
      <w:r w:rsidRPr="000B2A56">
        <w:rPr>
          <w:position w:val="-12"/>
        </w:rPr>
        <w:object w:dxaOrig="540" w:dyaOrig="360" w14:anchorId="63A243C2">
          <v:shape id="_x0000_i1341" type="#_x0000_t75" style="width:27pt;height:18.5pt" o:ole="">
            <v:imagedata r:id="rId632" o:title=""/>
          </v:shape>
          <o:OLEObject Type="Embed" ProgID="Equation.DSMT4" ShapeID="_x0000_i1341" DrawAspect="Content" ObjectID="_1702752897" r:id="rId63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thỏa mãn </w:t>
      </w:r>
      <w:r w:rsidRPr="000B2A56">
        <w:rPr>
          <w:position w:val="-12"/>
        </w:rPr>
        <w:object w:dxaOrig="1080" w:dyaOrig="360" w14:anchorId="630E651B">
          <v:shape id="_x0000_i1342" type="#_x0000_t75" style="width:54pt;height:18.5pt" o:ole="">
            <v:imagedata r:id="rId634" o:title=""/>
          </v:shape>
          <o:OLEObject Type="Embed" ProgID="Equation.DSMT4" ShapeID="_x0000_i1342" DrawAspect="Content" ObjectID="_1702752898" r:id="rId635"/>
        </w:object>
      </w:r>
    </w:p>
    <w:p w14:paraId="410047C7" w14:textId="16032098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760" w:dyaOrig="620" w14:anchorId="3A49B1C6">
          <v:shape id="_x0000_i1343" type="#_x0000_t75" style="width:38pt;height:31pt" o:ole="">
            <v:imagedata r:id="rId636" o:title=""/>
          </v:shape>
          <o:OLEObject Type="Embed" ProgID="Equation.DSMT4" ShapeID="_x0000_i1343" DrawAspect="Content" ObjectID="_1702752899" r:id="rId637"/>
        </w:object>
      </w:r>
      <w:r w:rsidR="00483F76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00" w:dyaOrig="279" w14:anchorId="3835C129">
          <v:shape id="_x0000_i1344" type="#_x0000_t75" style="width:30pt;height:14pt" o:ole="">
            <v:imagedata r:id="rId638" o:title=""/>
          </v:shape>
          <o:OLEObject Type="Embed" ProgID="Equation.DSMT4" ShapeID="_x0000_i1344" DrawAspect="Content" ObjectID="_1702752900" r:id="rId639"/>
        </w:object>
      </w:r>
      <w:r w:rsidR="000E6CC0" w:rsidRPr="000B2A56">
        <w:rPr>
          <w:rFonts w:ascii="Palatino Linotype" w:hAnsi="Palatino Linotype" w:cs="Times New Roman"/>
          <w:bCs/>
          <w:iCs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720" w:dyaOrig="279" w14:anchorId="01401FA2">
          <v:shape id="_x0000_i1345" type="#_x0000_t75" style="width:36pt;height:14pt" o:ole="">
            <v:imagedata r:id="rId640" o:title=""/>
          </v:shape>
          <o:OLEObject Type="Embed" ProgID="Equation.DSMT4" ShapeID="_x0000_i1345" DrawAspect="Content" ObjectID="_1702752901" r:id="rId641"/>
        </w:object>
      </w:r>
      <w:r w:rsidR="00483F76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639" w:dyaOrig="620" w14:anchorId="140A463F">
          <v:shape id="_x0000_i1346" type="#_x0000_t75" style="width:32.5pt;height:31pt" o:ole="">
            <v:imagedata r:id="rId642" o:title=""/>
          </v:shape>
          <o:OLEObject Type="Embed" ProgID="Equation.DSMT4" ShapeID="_x0000_i1346" DrawAspect="Content" ObjectID="_1702752902" r:id="rId643"/>
        </w:object>
      </w:r>
      <w:r w:rsidR="00483F76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B526EEC" w14:textId="554BCE31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tọa độ </w:t>
      </w:r>
      <w:r w:rsidRPr="000B2A56">
        <w:rPr>
          <w:position w:val="-10"/>
        </w:rPr>
        <w:object w:dxaOrig="460" w:dyaOrig="320" w14:anchorId="6935A1CC">
          <v:shape id="_x0000_i1347" type="#_x0000_t75" style="width:23.5pt;height:16.5pt" o:ole="">
            <v:imagedata r:id="rId644" o:title=""/>
          </v:shape>
          <o:OLEObject Type="Embed" ProgID="Equation.DSMT4" ShapeID="_x0000_i1347" DrawAspect="Content" ObjectID="_1702752903" r:id="rId64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</w:t>
      </w:r>
      <w:r w:rsidRPr="000B2A56">
        <w:rPr>
          <w:position w:val="-10"/>
        </w:rPr>
        <w:object w:dxaOrig="900" w:dyaOrig="320" w14:anchorId="498CFC51">
          <v:shape id="_x0000_i1348" type="#_x0000_t75" style="width:44.5pt;height:16.5pt" o:ole="">
            <v:imagedata r:id="rId646" o:title=""/>
          </v:shape>
          <o:OLEObject Type="Embed" ProgID="Equation.DSMT4" ShapeID="_x0000_i1348" DrawAspect="Content" ObjectID="_1702752904" r:id="rId64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0"/>
        </w:rPr>
        <w:object w:dxaOrig="920" w:dyaOrig="380" w14:anchorId="40B8927B">
          <v:shape id="_x0000_i1349" type="#_x0000_t75" style="width:46.5pt;height:19pt" o:ole="">
            <v:imagedata r:id="rId648" o:title=""/>
          </v:shape>
          <o:OLEObject Type="Embed" ProgID="Equation.DSMT4" ShapeID="_x0000_i1349" DrawAspect="Content" ObjectID="_1702752905" r:id="rId64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Tọa độ </w:t>
      </w:r>
      <w:r w:rsidRPr="000B2A56">
        <w:rPr>
          <w:position w:val="-6"/>
        </w:rPr>
        <w:object w:dxaOrig="1040" w:dyaOrig="340" w14:anchorId="03D85779">
          <v:shape id="_x0000_i1350" type="#_x0000_t75" style="width:52pt;height:16.5pt" o:ole="">
            <v:imagedata r:id="rId650" o:title=""/>
          </v:shape>
          <o:OLEObject Type="Embed" ProgID="Equation.DSMT4" ShapeID="_x0000_i1350" DrawAspect="Content" ObjectID="_1702752906" r:id="rId65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</w:t>
      </w:r>
    </w:p>
    <w:p w14:paraId="07C56D9F" w14:textId="357E90EF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180" w:dyaOrig="320" w14:anchorId="1DA067D2">
          <v:shape id="_x0000_i1351" type="#_x0000_t75" style="width:59pt;height:16.5pt" o:ole="">
            <v:imagedata r:id="rId652" o:title=""/>
          </v:shape>
          <o:OLEObject Type="Embed" ProgID="Equation.DSMT4" ShapeID="_x0000_i1351" DrawAspect="Content" ObjectID="_1702752907" r:id="rId65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880" w:dyaOrig="320" w14:anchorId="2DBB92DF">
          <v:shape id="_x0000_i1352" type="#_x0000_t75" style="width:44pt;height:16.5pt" o:ole="">
            <v:imagedata r:id="rId654" o:title=""/>
          </v:shape>
          <o:OLEObject Type="Embed" ProgID="Equation.DSMT4" ShapeID="_x0000_i1352" DrawAspect="Content" ObjectID="_1702752908" r:id="rId65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040" w:dyaOrig="320" w14:anchorId="0FFE359A">
          <v:shape id="_x0000_i1353" type="#_x0000_t75" style="width:52pt;height:16.5pt" o:ole="">
            <v:imagedata r:id="rId656" o:title=""/>
          </v:shape>
          <o:OLEObject Type="Embed" ProgID="Equation.DSMT4" ShapeID="_x0000_i1353" DrawAspect="Content" ObjectID="_1702752909" r:id="rId65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880" w:dyaOrig="320" w14:anchorId="265B1E74">
          <v:shape id="_x0000_i1354" type="#_x0000_t75" style="width:44pt;height:16.5pt" o:ole="">
            <v:imagedata r:id="rId658" o:title=""/>
          </v:shape>
          <o:OLEObject Type="Embed" ProgID="Equation.DSMT4" ShapeID="_x0000_i1354" DrawAspect="Content" ObjectID="_1702752910" r:id="rId65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6ECD90F" w14:textId="67B10069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Chỉ ra khẳng định </w:t>
      </w:r>
      <w:r w:rsidRPr="000B2A56">
        <w:rPr>
          <w:rFonts w:ascii="Palatino Linotype" w:hAnsi="Palatino Linotype" w:cs="Times New Roman"/>
          <w:b/>
          <w:bCs/>
          <w:sz w:val="24"/>
          <w:szCs w:val="24"/>
        </w:rPr>
        <w:t>sai</w:t>
      </w:r>
      <w:r w:rsidRPr="000B2A56">
        <w:rPr>
          <w:rFonts w:ascii="Palatino Linotype" w:hAnsi="Palatino Linotype" w:cs="Times New Roman"/>
          <w:sz w:val="24"/>
          <w:szCs w:val="24"/>
        </w:rPr>
        <w:t>?</w:t>
      </w:r>
    </w:p>
    <w:p w14:paraId="323AE717" w14:textId="401282C4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2860" w:dyaOrig="360" w14:anchorId="10AC02E3">
          <v:shape id="_x0000_i1355" type="#_x0000_t75" style="width:142.5pt;height:18pt" o:ole="">
            <v:imagedata r:id="rId660" o:title=""/>
          </v:shape>
          <o:OLEObject Type="Embed" ProgID="Equation.DSMT4" ShapeID="_x0000_i1355" DrawAspect="Content" ObjectID="_1702752911" r:id="rId66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2200" w:dyaOrig="360" w14:anchorId="31F78187">
          <v:shape id="_x0000_i1356" type="#_x0000_t75" style="width:110pt;height:18pt" o:ole="">
            <v:imagedata r:id="rId662" o:title=""/>
          </v:shape>
          <o:OLEObject Type="Embed" ProgID="Equation.DSMT4" ShapeID="_x0000_i1356" DrawAspect="Content" ObjectID="_1702752912" r:id="rId66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11CA853F" w14:textId="7414A495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3540" w:dyaOrig="360" w14:anchorId="7F30E152">
          <v:shape id="_x0000_i1357" type="#_x0000_t75" style="width:177.5pt;height:18pt" o:ole="">
            <v:imagedata r:id="rId664" o:title=""/>
          </v:shape>
          <o:OLEObject Type="Embed" ProgID="Equation.DSMT4" ShapeID="_x0000_i1357" DrawAspect="Content" ObjectID="_1702752913" r:id="rId66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14"/>
          <w:sz w:val="24"/>
          <w:szCs w:val="24"/>
        </w:rPr>
        <w:object w:dxaOrig="1480" w:dyaOrig="400" w14:anchorId="1140F95C">
          <v:shape id="_x0000_i1358" type="#_x0000_t75" style="width:74.5pt;height:20.5pt" o:ole="">
            <v:imagedata r:id="rId666" o:title=""/>
          </v:shape>
          <o:OLEObject Type="Embed" ProgID="Equation.DSMT4" ShapeID="_x0000_i1358" DrawAspect="Content" ObjectID="_1702752914" r:id="rId66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25B28B3" w14:textId="6450E685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0B2A56">
        <w:rPr>
          <w:rFonts w:ascii="Palatino Linotype" w:hAnsi="Palatino Linotype" w:cs="Times New Roman"/>
          <w:color w:val="000000"/>
          <w:sz w:val="24"/>
          <w:szCs w:val="24"/>
        </w:rPr>
        <w:t>Tổng các nghiệm của</w:t>
      </w:r>
      <w:r w:rsidRPr="000B2A56">
        <w:rPr>
          <w:rFonts w:ascii="Palatino Linotype" w:hAnsi="Palatino Linotype" w:cs="Times New Roman"/>
          <w:iCs/>
          <w:color w:val="000000"/>
          <w:sz w:val="24"/>
          <w:szCs w:val="24"/>
        </w:rPr>
        <w:t xml:space="preserve"> phương trình </w:t>
      </w:r>
      <w:r w:rsidRPr="000B2A56">
        <w:rPr>
          <w:position w:val="-14"/>
        </w:rPr>
        <w:object w:dxaOrig="1380" w:dyaOrig="400" w14:anchorId="04AAE790">
          <v:shape id="_x0000_i1359" type="#_x0000_t75" style="width:69.5pt;height:20pt" o:ole="">
            <v:imagedata r:id="rId668" o:title=""/>
          </v:shape>
          <o:OLEObject Type="Embed" ProgID="Equation.DSMT4" ShapeID="_x0000_i1359" DrawAspect="Content" ObjectID="_1702752915" r:id="rId66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iCs/>
          <w:color w:val="000000"/>
          <w:sz w:val="24"/>
          <w:szCs w:val="24"/>
        </w:rPr>
        <w:t>là</w:t>
      </w:r>
    </w:p>
    <w:p w14:paraId="751E2685" w14:textId="0C59775F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200" w:dyaOrig="279" w14:anchorId="2B822813">
          <v:shape id="_x0000_i1360" type="#_x0000_t75" style="width:10pt;height:14pt" o:ole="">
            <v:imagedata r:id="rId670" o:title=""/>
          </v:shape>
          <o:OLEObject Type="Embed" ProgID="Equation.DSMT4" ShapeID="_x0000_i1360" DrawAspect="Content" ObjectID="_1702752916" r:id="rId671"/>
        </w:object>
      </w:r>
      <w:r w:rsidR="000E6CC0" w:rsidRPr="000B2A56">
        <w:rPr>
          <w:rFonts w:ascii="Palatino Linotype" w:hAnsi="Palatino Linotype" w:cs="Times New Roman"/>
          <w:color w:val="000000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300" w:dyaOrig="260" w14:anchorId="3B48338D">
          <v:shape id="_x0000_i1361" type="#_x0000_t75" style="width:15pt;height:13pt" o:ole="">
            <v:imagedata r:id="rId672" o:title=""/>
          </v:shape>
          <o:OLEObject Type="Embed" ProgID="Equation.DSMT4" ShapeID="_x0000_i1361" DrawAspect="Content" ObjectID="_1702752917" r:id="rId673"/>
        </w:object>
      </w:r>
      <w:r w:rsidR="000E6CC0" w:rsidRPr="000B2A56">
        <w:rPr>
          <w:rFonts w:ascii="Palatino Linotype" w:hAnsi="Palatino Linotype" w:cs="Times New Roman"/>
          <w:color w:val="000000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139" w:dyaOrig="260" w14:anchorId="5BEE691C">
          <v:shape id="_x0000_i1362" type="#_x0000_t75" style="width:6.5pt;height:13pt" o:ole="">
            <v:imagedata r:id="rId674" o:title=""/>
          </v:shape>
          <o:OLEObject Type="Embed" ProgID="Equation.DSMT4" ShapeID="_x0000_i1362" DrawAspect="Content" ObjectID="_1702752918" r:id="rId675"/>
        </w:object>
      </w:r>
      <w:r w:rsidR="000E6CC0" w:rsidRPr="000B2A56">
        <w:rPr>
          <w:rFonts w:ascii="Palatino Linotype" w:hAnsi="Palatino Linotype" w:cs="Times New Roman"/>
          <w:iCs/>
          <w:color w:val="000000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200" w:dyaOrig="260" w14:anchorId="64433C8C">
          <v:shape id="_x0000_i1363" type="#_x0000_t75" style="width:10pt;height:13pt" o:ole="">
            <v:imagedata r:id="rId676" o:title=""/>
          </v:shape>
          <o:OLEObject Type="Embed" ProgID="Equation.DSMT4" ShapeID="_x0000_i1363" DrawAspect="Content" ObjectID="_1702752919" r:id="rId677"/>
        </w:object>
      </w:r>
      <w:r w:rsidR="000E6CC0" w:rsidRPr="000B2A56">
        <w:rPr>
          <w:rFonts w:ascii="Palatino Linotype" w:hAnsi="Palatino Linotype" w:cs="Times New Roman"/>
          <w:iCs/>
          <w:color w:val="000000"/>
          <w:sz w:val="24"/>
          <w:szCs w:val="24"/>
        </w:rPr>
        <w:t>.</w:t>
      </w:r>
    </w:p>
    <w:p w14:paraId="1945A551" w14:textId="3EF85BB6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parabol </w:t>
      </w:r>
      <w:r w:rsidRPr="000B2A56">
        <w:rPr>
          <w:position w:val="-10"/>
        </w:rPr>
        <w:object w:dxaOrig="2140" w:dyaOrig="360" w14:anchorId="0276BDD9">
          <v:shape id="_x0000_i1364" type="#_x0000_t75" style="width:107pt;height:18pt" o:ole="">
            <v:imagedata r:id="rId678" o:title=""/>
          </v:shape>
          <o:OLEObject Type="Embed" ProgID="Equation.DSMT4" ShapeID="_x0000_i1364" DrawAspect="Content" ObjectID="_1702752920" r:id="rId67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Tìm tọa độ đỉnh của </w:t>
      </w:r>
      <w:r w:rsidRPr="000B2A56">
        <w:rPr>
          <w:position w:val="-14"/>
        </w:rPr>
        <w:object w:dxaOrig="420" w:dyaOrig="400" w14:anchorId="205DF265">
          <v:shape id="_x0000_i1365" type="#_x0000_t75" style="width:21pt;height:20pt" o:ole="">
            <v:imagedata r:id="rId680" o:title=""/>
          </v:shape>
          <o:OLEObject Type="Embed" ProgID="Equation.DSMT4" ShapeID="_x0000_i1365" DrawAspect="Content" ObjectID="_1702752921" r:id="rId681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8E8DA49" w14:textId="6720C5E9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820" w:dyaOrig="320" w14:anchorId="4F28C7E3">
          <v:shape id="_x0000_i1366" type="#_x0000_t75" style="width:40.5pt;height:16.5pt" o:ole="">
            <v:imagedata r:id="rId682" o:title=""/>
          </v:shape>
          <o:OLEObject Type="Embed" ProgID="Equation.DSMT4" ShapeID="_x0000_i1366" DrawAspect="Content" ObjectID="_1702752922" r:id="rId68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39" w:dyaOrig="320" w14:anchorId="6A892CF9">
          <v:shape id="_x0000_i1367" type="#_x0000_t75" style="width:31.5pt;height:16.5pt" o:ole="">
            <v:imagedata r:id="rId684" o:title=""/>
          </v:shape>
          <o:OLEObject Type="Embed" ProgID="Equation.DSMT4" ShapeID="_x0000_i1367" DrawAspect="Content" ObjectID="_1702752923" r:id="rId68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680" w:dyaOrig="320" w14:anchorId="2B8F40AC">
          <v:shape id="_x0000_i1368" type="#_x0000_t75" style="width:34pt;height:16.5pt" o:ole="">
            <v:imagedata r:id="rId686" o:title=""/>
          </v:shape>
          <o:OLEObject Type="Embed" ProgID="Equation.DSMT4" ShapeID="_x0000_i1368" DrawAspect="Content" ObjectID="_1702752924" r:id="rId68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480" w:dyaOrig="320" w14:anchorId="31B0D5C2">
          <v:shape id="_x0000_i1369" type="#_x0000_t75" style="width:24pt;height:16.5pt" o:ole="">
            <v:imagedata r:id="rId688" o:title=""/>
          </v:shape>
          <o:OLEObject Type="Embed" ProgID="Equation.DSMT4" ShapeID="_x0000_i1369" DrawAspect="Content" ObjectID="_1702752925" r:id="rId68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12812B5" w14:textId="6A8598A4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b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Gọi </w:t>
      </w:r>
      <w:r w:rsidRPr="000B2A56">
        <w:rPr>
          <w:position w:val="-14"/>
        </w:rPr>
        <w:object w:dxaOrig="1100" w:dyaOrig="400" w14:anchorId="6805540F">
          <v:shape id="_x0000_i1370" type="#_x0000_t75" style="width:55pt;height:20pt" o:ole="">
            <v:imagedata r:id="rId690" o:title=""/>
          </v:shape>
          <o:OLEObject Type="Embed" ProgID="Equation.DSMT4" ShapeID="_x0000_i1370" DrawAspect="Content" ObjectID="_1702752926" r:id="rId691"/>
        </w:object>
      </w:r>
      <w:r w:rsidRPr="000B2A56">
        <w:rPr>
          <w:rFonts w:ascii="Palatino Linotype" w:hAnsi="Palatino Linotype" w:cs="Times New Roman"/>
          <w:sz w:val="24"/>
          <w:szCs w:val="24"/>
        </w:rPr>
        <w:t>là nghiệm của hệ phương trình</w:t>
      </w:r>
      <w:r w:rsidRPr="000B2A56">
        <w:rPr>
          <w:position w:val="-50"/>
        </w:rPr>
        <w:object w:dxaOrig="1860" w:dyaOrig="1120" w14:anchorId="2F76A276">
          <v:shape id="_x0000_i1371" type="#_x0000_t75" style="width:93pt;height:56pt" o:ole="">
            <v:imagedata r:id="rId692" o:title=""/>
          </v:shape>
          <o:OLEObject Type="Embed" ProgID="Equation.DSMT4" ShapeID="_x0000_i1371" DrawAspect="Content" ObjectID="_1702752927" r:id="rId693"/>
        </w:object>
      </w:r>
      <w:r w:rsidRPr="000B2A56">
        <w:rPr>
          <w:rFonts w:ascii="Palatino Linotype" w:hAnsi="Palatino Linotype" w:cs="Times New Roman"/>
          <w:sz w:val="24"/>
          <w:szCs w:val="24"/>
        </w:rPr>
        <w:t>Tính tổng</w:t>
      </w:r>
      <w:r w:rsidRPr="000B2A56">
        <w:rPr>
          <w:position w:val="-12"/>
        </w:rPr>
        <w:object w:dxaOrig="1560" w:dyaOrig="360" w14:anchorId="754348A1">
          <v:shape id="_x0000_i1372" type="#_x0000_t75" style="width:78pt;height:18.5pt" o:ole="">
            <v:imagedata r:id="rId694" o:title=""/>
          </v:shape>
          <o:OLEObject Type="Embed" ProgID="Equation.DSMT4" ShapeID="_x0000_i1372" DrawAspect="Content" ObjectID="_1702752928" r:id="rId695"/>
        </w:object>
      </w:r>
    </w:p>
    <w:p w14:paraId="6E2BC5C8" w14:textId="292E2C60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39" w:dyaOrig="279" w14:anchorId="3146386F">
          <v:shape id="_x0000_i1373" type="#_x0000_t75" style="width:32.5pt;height:14pt" o:ole="">
            <v:imagedata r:id="rId696" o:title=""/>
          </v:shape>
          <o:OLEObject Type="Embed" ProgID="Equation.DSMT4" ShapeID="_x0000_i1373" DrawAspect="Content" ObjectID="_1702752929" r:id="rId697"/>
        </w:objec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20" w:dyaOrig="279" w14:anchorId="6DEFBC2F">
          <v:shape id="_x0000_i1374" type="#_x0000_t75" style="width:31pt;height:14pt" o:ole="">
            <v:imagedata r:id="rId698" o:title=""/>
          </v:shape>
          <o:OLEObject Type="Embed" ProgID="Equation.DSMT4" ShapeID="_x0000_i1374" DrawAspect="Content" ObjectID="_1702752930" r:id="rId699"/>
        </w:objec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00" w:dyaOrig="279" w14:anchorId="21134A51">
          <v:shape id="_x0000_i1375" type="#_x0000_t75" style="width:30pt;height:14pt" o:ole="">
            <v:imagedata r:id="rId700" o:title=""/>
          </v:shape>
          <o:OLEObject Type="Embed" ProgID="Equation.DSMT4" ShapeID="_x0000_i1375" DrawAspect="Content" ObjectID="_1702752931" r:id="rId701"/>
        </w:objec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760" w:dyaOrig="279" w14:anchorId="7C16C6FC">
          <v:shape id="_x0000_i1376" type="#_x0000_t75" style="width:38pt;height:14pt" o:ole="">
            <v:imagedata r:id="rId702" o:title=""/>
          </v:shape>
          <o:OLEObject Type="Embed" ProgID="Equation.DSMT4" ShapeID="_x0000_i1376" DrawAspect="Content" ObjectID="_1702752932" r:id="rId703"/>
        </w:object>
      </w:r>
    </w:p>
    <w:p w14:paraId="4A60B77B" w14:textId="3A06FF38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Số giá trị nguyên của tham số </w:t>
      </w:r>
      <w:r w:rsidRPr="000B2A56">
        <w:rPr>
          <w:position w:val="-6"/>
        </w:rPr>
        <w:object w:dxaOrig="260" w:dyaOrig="220" w14:anchorId="10DCAF48">
          <v:shape id="_x0000_i1377" type="#_x0000_t75" style="width:13pt;height:11pt" o:ole="">
            <v:imagedata r:id="rId704" o:title=""/>
          </v:shape>
          <o:OLEObject Type="Embed" ProgID="Equation.DSMT4" ShapeID="_x0000_i1377" DrawAspect="Content" ObjectID="_1702752933" r:id="rId70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thuộc </w:t>
      </w:r>
      <w:r w:rsidRPr="000B2A56">
        <w:rPr>
          <w:position w:val="-14"/>
        </w:rPr>
        <w:object w:dxaOrig="680" w:dyaOrig="400" w14:anchorId="7D3D08D6">
          <v:shape id="_x0000_i1378" type="#_x0000_t75" style="width:34pt;height:20pt" o:ole="">
            <v:imagedata r:id="rId706" o:title=""/>
          </v:shape>
          <o:OLEObject Type="Embed" ProgID="Equation.DSMT4" ShapeID="_x0000_i1378" DrawAspect="Content" ObjectID="_1702752934" r:id="rId70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để phương trình </w:t>
      </w:r>
      <w:r w:rsidRPr="000B2A56">
        <w:rPr>
          <w:position w:val="-6"/>
        </w:rPr>
        <w:object w:dxaOrig="2480" w:dyaOrig="320" w14:anchorId="2988F5FA">
          <v:shape id="_x0000_i1379" type="#_x0000_t75" style="width:124pt;height:16pt" o:ole="">
            <v:imagedata r:id="rId708" o:title=""/>
          </v:shape>
          <o:OLEObject Type="Embed" ProgID="Equation.DSMT4" ShapeID="_x0000_i1379" DrawAspect="Content" ObjectID="_1702752935" r:id="rId70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hai nghiệm phân biệt?</w:t>
      </w:r>
    </w:p>
    <w:p w14:paraId="24EA3FF2" w14:textId="7194A101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240" w:dyaOrig="279" w14:anchorId="06513198">
          <v:shape id="_x0000_i1380" type="#_x0000_t75" style="width:12pt;height:14pt" o:ole="">
            <v:imagedata r:id="rId710" o:title=""/>
          </v:shape>
          <o:OLEObject Type="Embed" ProgID="Equation.DSMT4" ShapeID="_x0000_i1380" DrawAspect="Content" ObjectID="_1702752936" r:id="rId711"/>
        </w:objec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240" w:dyaOrig="279" w14:anchorId="73E8496A">
          <v:shape id="_x0000_i1381" type="#_x0000_t75" style="width:12pt;height:14pt" o:ole="">
            <v:imagedata r:id="rId712" o:title=""/>
          </v:shape>
          <o:OLEObject Type="Embed" ProgID="Equation.DSMT4" ShapeID="_x0000_i1381" DrawAspect="Content" ObjectID="_1702752937" r:id="rId713"/>
        </w:objec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220" w:dyaOrig="279" w14:anchorId="3155665D">
          <v:shape id="_x0000_i1382" type="#_x0000_t75" style="width:11pt;height:14pt" o:ole="">
            <v:imagedata r:id="rId714" o:title=""/>
          </v:shape>
          <o:OLEObject Type="Embed" ProgID="Equation.DSMT4" ShapeID="_x0000_i1382" DrawAspect="Content" ObjectID="_1702752938" r:id="rId715"/>
        </w:objec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240" w:dyaOrig="279" w14:anchorId="3444C531">
          <v:shape id="_x0000_i1383" type="#_x0000_t75" style="width:12pt;height:14pt" o:ole="">
            <v:imagedata r:id="rId716" o:title=""/>
          </v:shape>
          <o:OLEObject Type="Embed" ProgID="Equation.DSMT4" ShapeID="_x0000_i1383" DrawAspect="Content" ObjectID="_1702752939" r:id="rId717"/>
        </w:object>
      </w:r>
    </w:p>
    <w:p w14:paraId="7227271B" w14:textId="67EF9F7F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Gọi </w:t>
      </w:r>
      <w:r w:rsidRPr="000B2A56">
        <w:rPr>
          <w:position w:val="-6"/>
        </w:rPr>
        <w:object w:dxaOrig="200" w:dyaOrig="220" w14:anchorId="4D4DC69C">
          <v:shape id="_x0000_i1384" type="#_x0000_t75" style="width:10pt;height:11pt" o:ole="">
            <v:imagedata r:id="rId718" o:title=""/>
          </v:shape>
          <o:OLEObject Type="Embed" ProgID="Equation.DSMT4" ShapeID="_x0000_i1384" DrawAspect="Content" ObjectID="_1702752940" r:id="rId71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6"/>
        </w:rPr>
        <w:object w:dxaOrig="200" w:dyaOrig="279" w14:anchorId="3BC93865">
          <v:shape id="_x0000_i1385" type="#_x0000_t75" style="width:10pt;height:14pt" o:ole="">
            <v:imagedata r:id="rId720" o:title=""/>
          </v:shape>
          <o:OLEObject Type="Embed" ProgID="Equation.DSMT4" ShapeID="_x0000_i1385" DrawAspect="Content" ObjectID="_1702752941" r:id="rId72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 2 nghiệm của phương trình </w:t>
      </w:r>
      <w:r w:rsidRPr="000B2A56">
        <w:rPr>
          <w:position w:val="-8"/>
        </w:rPr>
        <w:object w:dxaOrig="1620" w:dyaOrig="400" w14:anchorId="31855FD9">
          <v:shape id="_x0000_i1386" type="#_x0000_t75" style="width:81pt;height:20pt" o:ole="">
            <v:imagedata r:id="rId722" o:title=""/>
          </v:shape>
          <o:OLEObject Type="Embed" ProgID="Equation.DSMT4" ShapeID="_x0000_i1386" DrawAspect="Content" ObjectID="_1702752942" r:id="rId72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Tính </w:t>
      </w:r>
      <w:r w:rsidRPr="000B2A56">
        <w:rPr>
          <w:position w:val="-6"/>
        </w:rPr>
        <w:object w:dxaOrig="720" w:dyaOrig="279" w14:anchorId="64BAC38C">
          <v:shape id="_x0000_i1387" type="#_x0000_t75" style="width:36pt;height:14pt" o:ole="">
            <v:imagedata r:id="rId724" o:title=""/>
          </v:shape>
          <o:OLEObject Type="Embed" ProgID="Equation.DSMT4" ShapeID="_x0000_i1387" DrawAspect="Content" ObjectID="_1702752943" r:id="rId725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31A9F5B6" w14:textId="50DB5865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39" w:dyaOrig="279" w14:anchorId="6BECC925">
          <v:shape id="_x0000_i1388" type="#_x0000_t75" style="width:32.5pt;height:14pt" o:ole="">
            <v:imagedata r:id="rId726" o:title=""/>
          </v:shape>
          <o:OLEObject Type="Embed" ProgID="Equation.DSMT4" ShapeID="_x0000_i1388" DrawAspect="Content" ObjectID="_1702752944" r:id="rId727"/>
        </w:objec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780" w:dyaOrig="279" w14:anchorId="75ED70DF">
          <v:shape id="_x0000_i1389" type="#_x0000_t75" style="width:39pt;height:14pt" o:ole="">
            <v:imagedata r:id="rId728" o:title=""/>
          </v:shape>
          <o:OLEObject Type="Embed" ProgID="Equation.DSMT4" ShapeID="_x0000_i1389" DrawAspect="Content" ObjectID="_1702752945" r:id="rId729"/>
        </w:objec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39" w:dyaOrig="279" w14:anchorId="31101286">
          <v:shape id="_x0000_i1390" type="#_x0000_t75" style="width:32.5pt;height:14pt" o:ole="">
            <v:imagedata r:id="rId730" o:title=""/>
          </v:shape>
          <o:OLEObject Type="Embed" ProgID="Equation.DSMT4" ShapeID="_x0000_i1390" DrawAspect="Content" ObjectID="_1702752946" r:id="rId731"/>
        </w:objec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639" w:dyaOrig="279" w14:anchorId="50A36DBA">
          <v:shape id="_x0000_i1391" type="#_x0000_t75" style="width:32.5pt;height:14pt" o:ole="">
            <v:imagedata r:id="rId732" o:title=""/>
          </v:shape>
          <o:OLEObject Type="Embed" ProgID="Equation.DSMT4" ShapeID="_x0000_i1391" DrawAspect="Content" ObjectID="_1702752947" r:id="rId733"/>
        </w:object>
      </w:r>
    </w:p>
    <w:p w14:paraId="16C65FEA" w14:textId="36A8C187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color w:val="000000"/>
          <w:sz w:val="24"/>
          <w:szCs w:val="24"/>
          <w:lang w:val="pt-BR"/>
        </w:rPr>
      </w:pPr>
      <w:r w:rsidRPr="000B2A56">
        <w:rPr>
          <w:rFonts w:ascii="Palatino Linotype" w:hAnsi="Palatino Linotype" w:cs="Times New Roman"/>
          <w:color w:val="000000"/>
          <w:sz w:val="24"/>
          <w:szCs w:val="24"/>
          <w:lang w:val="pt-BR"/>
        </w:rPr>
        <w:t xml:space="preserve">Tìm </w:t>
      </w:r>
      <w:r w:rsidRPr="000B2A56">
        <w:rPr>
          <w:position w:val="-6"/>
        </w:rPr>
        <w:object w:dxaOrig="260" w:dyaOrig="220" w14:anchorId="28B56A9D">
          <v:shape id="_x0000_i1392" type="#_x0000_t75" style="width:13pt;height:11pt" o:ole="">
            <v:imagedata r:id="rId734" o:title=""/>
          </v:shape>
          <o:OLEObject Type="Embed" ProgID="Equation.DSMT4" ShapeID="_x0000_i1392" DrawAspect="Content" ObjectID="_1702752948" r:id="rId735"/>
        </w:object>
      </w:r>
      <w:r w:rsidRPr="000B2A56">
        <w:rPr>
          <w:rFonts w:ascii="Palatino Linotype" w:hAnsi="Palatino Linotype" w:cs="Times New Roman"/>
          <w:color w:val="000000"/>
          <w:sz w:val="24"/>
          <w:szCs w:val="24"/>
          <w:lang w:val="pt-BR"/>
        </w:rPr>
        <w:t xml:space="preserve"> để p</w:t>
      </w:r>
      <w:r w:rsidRPr="000B2A56">
        <w:rPr>
          <w:rFonts w:ascii="Palatino Linotype" w:hAnsi="Palatino Linotype" w:cs="Times New Roman"/>
          <w:color w:val="000000"/>
          <w:sz w:val="24"/>
          <w:szCs w:val="24"/>
          <w:lang w:val="vi-VN"/>
        </w:rPr>
        <w:t xml:space="preserve">hương trình </w:t>
      </w:r>
      <w:r w:rsidRPr="000B2A56">
        <w:rPr>
          <w:position w:val="-16"/>
        </w:rPr>
        <w:object w:dxaOrig="2000" w:dyaOrig="440" w14:anchorId="52C7CE0B">
          <v:shape id="_x0000_i1393" type="#_x0000_t75" style="width:100pt;height:22pt" o:ole="">
            <v:imagedata r:id="rId736" o:title=""/>
          </v:shape>
          <o:OLEObject Type="Embed" ProgID="Equation.DSMT4" ShapeID="_x0000_i1393" DrawAspect="Content" ObjectID="_1702752949" r:id="rId737"/>
        </w:object>
      </w:r>
      <w:r w:rsidRPr="000B2A56">
        <w:rPr>
          <w:rFonts w:ascii="Palatino Linotype" w:hAnsi="Palatino Linotype" w:cs="Times New Roman"/>
          <w:color w:val="000000"/>
          <w:sz w:val="24"/>
          <w:szCs w:val="24"/>
          <w:lang w:val="vi-VN"/>
        </w:rPr>
        <w:t xml:space="preserve"> có tập nghiệm </w:t>
      </w:r>
      <w:r w:rsidRPr="000B2A56">
        <w:rPr>
          <w:position w:val="-6"/>
        </w:rPr>
        <w:object w:dxaOrig="639" w:dyaOrig="279" w14:anchorId="56386100">
          <v:shape id="_x0000_i1394" type="#_x0000_t75" style="width:32.5pt;height:14pt" o:ole="">
            <v:imagedata r:id="rId738" o:title=""/>
          </v:shape>
          <o:OLEObject Type="Embed" ProgID="Equation.DSMT4" ShapeID="_x0000_i1394" DrawAspect="Content" ObjectID="_1702752950" r:id="rId739"/>
        </w:object>
      </w:r>
      <w:r w:rsidRPr="000B2A56">
        <w:rPr>
          <w:rFonts w:ascii="Palatino Linotype" w:hAnsi="Palatino Linotype" w:cs="Times New Roman"/>
          <w:color w:val="000000"/>
          <w:sz w:val="24"/>
          <w:szCs w:val="24"/>
          <w:lang w:val="pt-BR"/>
        </w:rPr>
        <w:t>.</w:t>
      </w:r>
    </w:p>
    <w:p w14:paraId="2FE511DC" w14:textId="34E9B8F8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720" w:dyaOrig="279" w14:anchorId="4BEE1125">
          <v:shape id="_x0000_i1395" type="#_x0000_t75" style="width:36pt;height:14pt" o:ole="">
            <v:imagedata r:id="rId740" o:title=""/>
          </v:shape>
          <o:OLEObject Type="Embed" ProgID="Equation.DSMT4" ShapeID="_x0000_i1395" DrawAspect="Content" ObjectID="_1702752951" r:id="rId74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720" w:dyaOrig="279" w14:anchorId="0714919C">
          <v:shape id="_x0000_i1396" type="#_x0000_t75" style="width:36pt;height:14pt" o:ole="">
            <v:imagedata r:id="rId742" o:title=""/>
          </v:shape>
          <o:OLEObject Type="Embed" ProgID="Equation.DSMT4" ShapeID="_x0000_i1396" DrawAspect="Content" ObjectID="_1702752952" r:id="rId74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60" w:dyaOrig="279" w14:anchorId="3B22C6FE">
          <v:shape id="_x0000_i1397" type="#_x0000_t75" style="width:28pt;height:14pt" o:ole="">
            <v:imagedata r:id="rId744" o:title=""/>
          </v:shape>
          <o:OLEObject Type="Embed" ProgID="Equation.DSMT4" ShapeID="_x0000_i1397" DrawAspect="Content" ObjectID="_1702752953" r:id="rId74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720" w:dyaOrig="279" w14:anchorId="4038D664">
          <v:shape id="_x0000_i1398" type="#_x0000_t75" style="width:36pt;height:14pt" o:ole="">
            <v:imagedata r:id="rId746" o:title=""/>
          </v:shape>
          <o:OLEObject Type="Embed" ProgID="Equation.DSMT4" ShapeID="_x0000_i1398" DrawAspect="Content" ObjectID="_1702752954" r:id="rId74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85E5E43" w14:textId="2D6D3570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số thực dương </w:t>
      </w:r>
      <w:r w:rsidRPr="000B2A56">
        <w:rPr>
          <w:position w:val="-6"/>
        </w:rPr>
        <w:object w:dxaOrig="540" w:dyaOrig="279" w14:anchorId="5F85852E">
          <v:shape id="_x0000_i1399" type="#_x0000_t75" style="width:27pt;height:14pt" o:ole="">
            <v:imagedata r:id="rId748" o:title=""/>
          </v:shape>
          <o:OLEObject Type="Embed" ProgID="Equation.DSMT4" ShapeID="_x0000_i1399" DrawAspect="Content" ObjectID="_1702752955" r:id="rId74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Giá trị nhỏ nhất của biểu thức </w:t>
      </w:r>
      <w:r w:rsidRPr="000B2A56">
        <w:rPr>
          <w:position w:val="-24"/>
        </w:rPr>
        <w:object w:dxaOrig="1620" w:dyaOrig="620" w14:anchorId="20532129">
          <v:shape id="_x0000_i1400" type="#_x0000_t75" style="width:81pt;height:31pt" o:ole="">
            <v:imagedata r:id="rId750" o:title=""/>
          </v:shape>
          <o:OLEObject Type="Embed" ProgID="Equation.DSMT4" ShapeID="_x0000_i1400" DrawAspect="Content" ObjectID="_1702752956" r:id="rId75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</w:t>
      </w:r>
    </w:p>
    <w:p w14:paraId="2D0609FE" w14:textId="50B77708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10.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8.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6.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sz w:val="24"/>
          <w:szCs w:val="24"/>
        </w:rPr>
        <w:t>4.</w:t>
      </w:r>
    </w:p>
    <w:p w14:paraId="7A131D5A" w14:textId="62B7D8B3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color w:val="000000"/>
          <w:sz w:val="24"/>
          <w:szCs w:val="24"/>
          <w:lang w:val="pt-BR"/>
        </w:rPr>
      </w:pPr>
      <w:r w:rsidRPr="000B2A56">
        <w:rPr>
          <w:rFonts w:ascii="Palatino Linotype" w:hAnsi="Palatino Linotype" w:cs="Times New Roman"/>
          <w:color w:val="000000"/>
          <w:sz w:val="24"/>
          <w:szCs w:val="24"/>
          <w:lang w:val="pt-BR"/>
        </w:rPr>
        <w:t xml:space="preserve">Cho phương trình </w:t>
      </w:r>
      <w:r w:rsidRPr="000B2A56">
        <w:rPr>
          <w:position w:val="-6"/>
        </w:rPr>
        <w:object w:dxaOrig="1120" w:dyaOrig="320" w14:anchorId="302BE781">
          <v:shape id="_x0000_i1401" type="#_x0000_t75" style="width:56pt;height:16pt" o:ole="">
            <v:imagedata r:id="rId752" o:title=""/>
          </v:shape>
          <o:OLEObject Type="Embed" ProgID="Equation.DSMT4" ShapeID="_x0000_i1401" DrawAspect="Content" ObjectID="_1702752957" r:id="rId753"/>
        </w:object>
      </w:r>
      <w:r w:rsidRPr="000B2A56">
        <w:rPr>
          <w:rFonts w:ascii="Palatino Linotype" w:hAnsi="Palatino Linotype" w:cs="Times New Roman"/>
          <w:color w:val="000000"/>
          <w:sz w:val="24"/>
          <w:szCs w:val="24"/>
          <w:lang w:val="pt-BR"/>
        </w:rPr>
        <w:t xml:space="preserve">. Tìm phương trình </w:t>
      </w:r>
      <w:r w:rsidRPr="000B2A56">
        <w:rPr>
          <w:rFonts w:ascii="Palatino Linotype" w:hAnsi="Palatino Linotype" w:cs="Times New Roman"/>
          <w:b/>
          <w:color w:val="000000"/>
          <w:sz w:val="24"/>
          <w:szCs w:val="24"/>
          <w:lang w:val="pt-BR"/>
        </w:rPr>
        <w:t xml:space="preserve">không </w:t>
      </w:r>
      <w:r w:rsidRPr="000B2A56">
        <w:rPr>
          <w:rFonts w:ascii="Palatino Linotype" w:hAnsi="Palatino Linotype" w:cs="Times New Roman"/>
          <w:bCs/>
          <w:color w:val="000000"/>
          <w:sz w:val="24"/>
          <w:szCs w:val="24"/>
          <w:lang w:val="pt-BR"/>
        </w:rPr>
        <w:t>tương đương phương</w:t>
      </w:r>
      <w:r w:rsidRPr="000B2A56">
        <w:rPr>
          <w:rFonts w:ascii="Palatino Linotype" w:hAnsi="Palatino Linotype" w:cs="Times New Roman"/>
          <w:color w:val="000000"/>
          <w:sz w:val="24"/>
          <w:szCs w:val="24"/>
          <w:lang w:val="pt-BR"/>
        </w:rPr>
        <w:t xml:space="preserve"> trình đã cho.</w:t>
      </w:r>
    </w:p>
    <w:p w14:paraId="1CA44DDC" w14:textId="48F1200C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A. </w:t>
      </w:r>
      <w:r w:rsidR="000E6CC0"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160" w:dyaOrig="660" w14:anchorId="1F5D0FE4">
          <v:shape id="_x0000_i1402" type="#_x0000_t75" style="width:58pt;height:33pt" o:ole="">
            <v:imagedata r:id="rId754" o:title=""/>
          </v:shape>
          <o:OLEObject Type="Embed" ProgID="Equation.DSMT4" ShapeID="_x0000_i1402" DrawAspect="Content" ObjectID="_1702752958" r:id="rId755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B. </w:t>
      </w:r>
      <w:r w:rsidR="000E6CC0" w:rsidRPr="000B2A56">
        <w:rPr>
          <w:rFonts w:ascii="Palatino Linotype" w:hAnsi="Palatino Linotype" w:cs="Times New Roman"/>
          <w:position w:val="-16"/>
          <w:sz w:val="24"/>
          <w:szCs w:val="24"/>
        </w:rPr>
        <w:object w:dxaOrig="1600" w:dyaOrig="480" w14:anchorId="50375101">
          <v:shape id="_x0000_i1403" type="#_x0000_t75" style="width:80pt;height:24pt" o:ole="">
            <v:imagedata r:id="rId756" o:title=""/>
          </v:shape>
          <o:OLEObject Type="Embed" ProgID="Equation.DSMT4" ShapeID="_x0000_i1403" DrawAspect="Content" ObjectID="_1702752959" r:id="rId757"/>
        </w:object>
      </w:r>
      <w:r w:rsidR="000E6CC0" w:rsidRPr="000B2A56">
        <w:rPr>
          <w:rFonts w:ascii="Palatino Linotype" w:hAnsi="Palatino Linotype" w:cs="Times New Roman"/>
          <w:color w:val="000000"/>
          <w:sz w:val="24"/>
          <w:szCs w:val="24"/>
        </w:rPr>
        <w:t>.</w:t>
      </w:r>
    </w:p>
    <w:p w14:paraId="293B7D81" w14:textId="56B3A4C5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C. </w:t>
      </w:r>
      <w:r w:rsidR="000E6CC0" w:rsidRPr="000B2A56">
        <w:rPr>
          <w:rFonts w:ascii="Palatino Linotype" w:hAnsi="Palatino Linotype" w:cs="Times New Roman"/>
          <w:position w:val="-28"/>
          <w:sz w:val="24"/>
          <w:szCs w:val="24"/>
        </w:rPr>
        <w:object w:dxaOrig="1180" w:dyaOrig="700" w14:anchorId="752B6F86">
          <v:shape id="_x0000_i1404" type="#_x0000_t75" style="width:59pt;height:35pt" o:ole="">
            <v:imagedata r:id="rId758" o:title=""/>
          </v:shape>
          <o:OLEObject Type="Embed" ProgID="Equation.DSMT4" ShapeID="_x0000_i1404" DrawAspect="Content" ObjectID="_1702752960" r:id="rId75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 xml:space="preserve">D. </w:t>
      </w:r>
      <w:r w:rsidR="000E6CC0" w:rsidRPr="000B2A56">
        <w:rPr>
          <w:rFonts w:ascii="Palatino Linotype" w:hAnsi="Palatino Linotype" w:cs="Times New Roman"/>
          <w:position w:val="-16"/>
          <w:sz w:val="24"/>
          <w:szCs w:val="24"/>
        </w:rPr>
        <w:object w:dxaOrig="1920" w:dyaOrig="440" w14:anchorId="1E62518E">
          <v:shape id="_x0000_i1405" type="#_x0000_t75" style="width:95.5pt;height:22pt" o:ole="">
            <v:imagedata r:id="rId760" o:title=""/>
          </v:shape>
          <o:OLEObject Type="Embed" ProgID="Equation.DSMT4" ShapeID="_x0000_i1405" DrawAspect="Content" ObjectID="_1702752961" r:id="rId76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7F7D906" w14:textId="3C0A93DB" w:rsidR="005E66A8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Bằng cách đặt </w:t>
      </w:r>
      <w:r w:rsidRPr="000B2A56">
        <w:rPr>
          <w:position w:val="-24"/>
        </w:rPr>
        <w:object w:dxaOrig="880" w:dyaOrig="620" w14:anchorId="3CDF8163">
          <v:shape id="_x0000_i1406" type="#_x0000_t75" style="width:44pt;height:31pt" o:ole="">
            <v:imagedata r:id="rId762" o:title=""/>
          </v:shape>
          <o:OLEObject Type="Embed" ProgID="Equation.DSMT4" ShapeID="_x0000_i1406" DrawAspect="Content" ObjectID="_1702752962" r:id="rId76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thì phương trình </w:t>
      </w:r>
      <w:r w:rsidRPr="000B2A56">
        <w:rPr>
          <w:position w:val="-24"/>
        </w:rPr>
        <w:object w:dxaOrig="2299" w:dyaOrig="620" w14:anchorId="657393C5">
          <v:shape id="_x0000_i1407" type="#_x0000_t75" style="width:116pt;height:31.5pt" o:ole="">
            <v:imagedata r:id="rId764" o:title=""/>
          </v:shape>
          <o:OLEObject Type="Embed" ProgID="Equation.DSMT4" ShapeID="_x0000_i1407" DrawAspect="Content" ObjectID="_1702752963" r:id="rId76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trở thành phương trình nào sau đây?</w:t>
      </w:r>
    </w:p>
    <w:p w14:paraId="479FA91C" w14:textId="09AEE86E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340" w:dyaOrig="320" w14:anchorId="1DF8E07C">
          <v:shape id="_x0000_i1408" type="#_x0000_t75" style="width:67.5pt;height:16pt" o:ole="">
            <v:imagedata r:id="rId766" o:title=""/>
          </v:shape>
          <o:OLEObject Type="Embed" ProgID="Equation.DSMT4" ShapeID="_x0000_i1408" DrawAspect="Content" ObjectID="_1702752964" r:id="rId767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340" w:dyaOrig="320" w14:anchorId="6FC8A872">
          <v:shape id="_x0000_i1409" type="#_x0000_t75" style="width:67.5pt;height:16pt" o:ole="">
            <v:imagedata r:id="rId768" o:title=""/>
          </v:shape>
          <o:OLEObject Type="Embed" ProgID="Equation.DSMT4" ShapeID="_x0000_i1409" DrawAspect="Content" ObjectID="_1702752965" r:id="rId769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340" w:dyaOrig="320" w14:anchorId="7FF30E7A">
          <v:shape id="_x0000_i1410" type="#_x0000_t75" style="width:67.5pt;height:16pt" o:ole="">
            <v:imagedata r:id="rId770" o:title=""/>
          </v:shape>
          <o:OLEObject Type="Embed" ProgID="Equation.DSMT4" ShapeID="_x0000_i1410" DrawAspect="Content" ObjectID="_1702752966" r:id="rId771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1340" w:dyaOrig="320" w14:anchorId="2A7F6245">
          <v:shape id="_x0000_i1411" type="#_x0000_t75" style="width:67.5pt;height:16pt" o:ole="">
            <v:imagedata r:id="rId772" o:title=""/>
          </v:shape>
          <o:OLEObject Type="Embed" ProgID="Equation.DSMT4" ShapeID="_x0000_i1411" DrawAspect="Content" ObjectID="_1702752967" r:id="rId773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532774D5" w14:textId="2021B748" w:rsidR="000E6CC0" w:rsidRPr="000B2A56" w:rsidRDefault="000E6CC0" w:rsidP="00607548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hàm số bậc hai </w:t>
      </w:r>
      <w:r w:rsidRPr="000B2A56">
        <w:rPr>
          <w:position w:val="-14"/>
        </w:rPr>
        <w:object w:dxaOrig="2299" w:dyaOrig="400" w14:anchorId="73E9C5F5">
          <v:shape id="_x0000_i1412" type="#_x0000_t75" style="width:115pt;height:20pt" o:ole="">
            <v:imagedata r:id="rId774" o:title=""/>
          </v:shape>
          <o:OLEObject Type="Embed" ProgID="Equation.DSMT4" ShapeID="_x0000_i1412" DrawAspect="Content" ObjectID="_1702752968" r:id="rId77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đồ thị như hình bên dưới.</w:t>
      </w:r>
    </w:p>
    <w:p w14:paraId="2BB9EB2B" w14:textId="77777777" w:rsidR="000E6CC0" w:rsidRPr="000B2A56" w:rsidRDefault="000E6CC0" w:rsidP="005E66A8">
      <w:pPr>
        <w:pStyle w:val="ListParagraph"/>
        <w:spacing w:after="0" w:line="276" w:lineRule="auto"/>
        <w:ind w:left="992"/>
        <w:jc w:val="center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7099425B" wp14:editId="42939D1C">
            <wp:extent cx="1404674" cy="165965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2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09" cy="167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9CF9" w14:textId="77777777" w:rsidR="005E66A8" w:rsidRPr="000B2A56" w:rsidRDefault="000E6CC0" w:rsidP="005E66A8">
      <w:pPr>
        <w:pStyle w:val="ListParagraph"/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Mệnh đề nào sau đây </w:t>
      </w:r>
      <w:r w:rsidRPr="000B2A56">
        <w:rPr>
          <w:rFonts w:ascii="Palatino Linotype" w:hAnsi="Palatino Linotype" w:cs="Times New Roman"/>
          <w:b/>
          <w:bCs/>
          <w:sz w:val="24"/>
          <w:szCs w:val="24"/>
        </w:rPr>
        <w:t>sai</w:t>
      </w:r>
      <w:r w:rsidRPr="000B2A56">
        <w:rPr>
          <w:rFonts w:ascii="Palatino Linotype" w:hAnsi="Palatino Linotype" w:cs="Times New Roman"/>
          <w:sz w:val="24"/>
          <w:szCs w:val="24"/>
        </w:rPr>
        <w:t>?</w:t>
      </w:r>
    </w:p>
    <w:p w14:paraId="7E29C795" w14:textId="6323B2C7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0E6CC0" w:rsidRPr="000B2A56">
        <w:rPr>
          <w:rFonts w:ascii="Palatino Linotype" w:hAnsi="Palatino Linotype" w:cs="Times New Roman"/>
          <w:position w:val="-14"/>
          <w:sz w:val="24"/>
          <w:szCs w:val="24"/>
        </w:rPr>
        <w:object w:dxaOrig="940" w:dyaOrig="400" w14:anchorId="6A5C407D">
          <v:shape id="_x0000_i1413" type="#_x0000_t75" style="width:47.5pt;height:20.5pt" o:ole="">
            <v:imagedata r:id="rId777" o:title=""/>
          </v:shape>
          <o:OLEObject Type="Embed" ProgID="Equation.DSMT4" ShapeID="_x0000_i1413" DrawAspect="Content" ObjectID="_1702752969" r:id="rId778"/>
        </w:objec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760" w:dyaOrig="279" w14:anchorId="7022D83E">
          <v:shape id="_x0000_i1414" type="#_x0000_t75" style="width:38pt;height:14pt" o:ole="">
            <v:imagedata r:id="rId779" o:title=""/>
          </v:shape>
          <o:OLEObject Type="Embed" ProgID="Equation.DSMT4" ShapeID="_x0000_i1414" DrawAspect="Content" ObjectID="_1702752970" r:id="rId780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0E6CC0"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880" w:dyaOrig="279" w14:anchorId="03CEC4C1">
          <v:shape id="_x0000_i1415" type="#_x0000_t75" style="width:44.5pt;height:14.5pt" o:ole="">
            <v:imagedata r:id="rId781" o:title=""/>
          </v:shape>
          <o:OLEObject Type="Embed" ProgID="Equation.DSMT4" ShapeID="_x0000_i1415" DrawAspect="Content" ObjectID="_1702752971" r:id="rId782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1DEAAEF8" w14:textId="2AAE50B8" w:rsidR="000E6CC0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660" w:dyaOrig="320" w14:anchorId="2E5EC7E7">
          <v:shape id="_x0000_i1416" type="#_x0000_t75" style="width:83.5pt;height:16pt" o:ole="">
            <v:imagedata r:id="rId783" o:title=""/>
          </v:shape>
          <o:OLEObject Type="Embed" ProgID="Equation.DSMT4" ShapeID="_x0000_i1416" DrawAspect="Content" ObjectID="_1702752972" r:id="rId784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0E6CC0" w:rsidRPr="000B2A56">
        <w:rPr>
          <w:rFonts w:ascii="Palatino Linotype" w:hAnsi="Palatino Linotype" w:cs="Times New Roman"/>
          <w:position w:val="-10"/>
          <w:sz w:val="24"/>
          <w:szCs w:val="24"/>
        </w:rPr>
        <w:object w:dxaOrig="1660" w:dyaOrig="320" w14:anchorId="0527ADB5">
          <v:shape id="_x0000_i1417" type="#_x0000_t75" style="width:83.5pt;height:16pt" o:ole="">
            <v:imagedata r:id="rId785" o:title=""/>
          </v:shape>
          <o:OLEObject Type="Embed" ProgID="Equation.DSMT4" ShapeID="_x0000_i1417" DrawAspect="Content" ObjectID="_1702752973" r:id="rId786"/>
        </w:object>
      </w:r>
      <w:r w:rsidR="000E6CC0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F471D03" w14:textId="77777777" w:rsidR="000E6CC0" w:rsidRPr="000B2A56" w:rsidRDefault="000E6CC0" w:rsidP="00392763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II. Tự luận (2,5 điểm)</w:t>
      </w:r>
    </w:p>
    <w:p w14:paraId="7630C96A" w14:textId="46C41A81" w:rsidR="000E6CC0" w:rsidRPr="000B2A56" w:rsidRDefault="000E6CC0" w:rsidP="00607548">
      <w:pPr>
        <w:pStyle w:val="ListParagraph"/>
        <w:numPr>
          <w:ilvl w:val="0"/>
          <w:numId w:val="10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>Giải các phương trình sau:</w:t>
      </w:r>
    </w:p>
    <w:p w14:paraId="48ABD2BB" w14:textId="4889E316" w:rsidR="000E6CC0" w:rsidRPr="000B2A56" w:rsidRDefault="000E6CC0" w:rsidP="005E66A8">
      <w:pPr>
        <w:spacing w:after="0" w:line="276" w:lineRule="auto"/>
        <w:ind w:left="992" w:firstLine="720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a) </w:t>
      </w:r>
      <w:r w:rsidRPr="000B2A56">
        <w:rPr>
          <w:rFonts w:ascii="Palatino Linotype" w:hAnsi="Palatino Linotype" w:cs="Times New Roman"/>
          <w:position w:val="-24"/>
          <w:sz w:val="24"/>
          <w:szCs w:val="24"/>
        </w:rPr>
        <w:object w:dxaOrig="1300" w:dyaOrig="620" w14:anchorId="5E3FA27D">
          <v:shape id="_x0000_i1418" type="#_x0000_t75" style="width:65pt;height:31.5pt" o:ole="">
            <v:imagedata r:id="rId787" o:title=""/>
          </v:shape>
          <o:OLEObject Type="Embed" ProgID="Equation.DSMT4" ShapeID="_x0000_i1418" DrawAspect="Content" ObjectID="_1702752974" r:id="rId788"/>
        </w:objec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b) </w:t>
      </w:r>
      <w:r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2079" w:dyaOrig="400" w14:anchorId="4A4975EB">
          <v:shape id="_x0000_i1419" type="#_x0000_t75" style="width:104pt;height:20pt" o:ole="">
            <v:imagedata r:id="rId789" o:title=""/>
          </v:shape>
          <o:OLEObject Type="Embed" ProgID="Equation.DSMT4" ShapeID="_x0000_i1419" DrawAspect="Content" ObjectID="_1702752975" r:id="rId790"/>
        </w:objec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c) </w:t>
      </w:r>
      <w:r w:rsidRPr="000B2A56">
        <w:rPr>
          <w:rFonts w:ascii="Palatino Linotype" w:hAnsi="Palatino Linotype" w:cs="Times New Roman"/>
          <w:position w:val="-14"/>
          <w:sz w:val="24"/>
          <w:szCs w:val="24"/>
        </w:rPr>
        <w:object w:dxaOrig="1420" w:dyaOrig="400" w14:anchorId="7F3D9069">
          <v:shape id="_x0000_i1420" type="#_x0000_t75" style="width:71pt;height:20pt" o:ole="">
            <v:imagedata r:id="rId791" o:title=""/>
          </v:shape>
          <o:OLEObject Type="Embed" ProgID="Equation.DSMT4" ShapeID="_x0000_i1420" DrawAspect="Content" ObjectID="_1702752976" r:id="rId792"/>
        </w:object>
      </w:r>
    </w:p>
    <w:p w14:paraId="02C02714" w14:textId="7C44063F" w:rsidR="000E6CC0" w:rsidRPr="000B2A56" w:rsidRDefault="000E6CC0" w:rsidP="00607548">
      <w:pPr>
        <w:pStyle w:val="ListParagraph"/>
        <w:numPr>
          <w:ilvl w:val="0"/>
          <w:numId w:val="10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tam giác đều </w:t>
      </w:r>
      <w:r w:rsidRPr="000B2A56">
        <w:rPr>
          <w:position w:val="-6"/>
        </w:rPr>
        <w:object w:dxaOrig="560" w:dyaOrig="279" w14:anchorId="77D9F664">
          <v:shape id="_x0000_i1421" type="#_x0000_t75" style="width:28pt;height:13.5pt" o:ole="">
            <v:imagedata r:id="rId793" o:title=""/>
          </v:shape>
          <o:OLEObject Type="Embed" ProgID="Equation.DSMT4" ShapeID="_x0000_i1421" DrawAspect="Content" ObjectID="_1702752977" r:id="rId79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cạnh bằng </w:t>
      </w:r>
      <w:r w:rsidRPr="000B2A56">
        <w:rPr>
          <w:position w:val="-8"/>
        </w:rPr>
        <w:object w:dxaOrig="499" w:dyaOrig="360" w14:anchorId="7FCE4A0B">
          <v:shape id="_x0000_i1422" type="#_x0000_t75" style="width:25.5pt;height:18pt" o:ole="">
            <v:imagedata r:id="rId795" o:title=""/>
          </v:shape>
          <o:OLEObject Type="Embed" ProgID="Equation.DSMT4" ShapeID="_x0000_i1422" DrawAspect="Content" ObjectID="_1702752978" r:id="rId79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Pr="000B2A56">
        <w:rPr>
          <w:position w:val="-4"/>
        </w:rPr>
        <w:object w:dxaOrig="279" w:dyaOrig="260" w14:anchorId="27FB819B">
          <v:shape id="_x0000_i1423" type="#_x0000_t75" style="width:14pt;height:13pt" o:ole="">
            <v:imagedata r:id="rId797" o:title=""/>
          </v:shape>
          <o:OLEObject Type="Embed" ProgID="Equation.DSMT4" ShapeID="_x0000_i1423" DrawAspect="Content" ObjectID="_1702752979" r:id="rId79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 w:rsidRPr="000B2A56">
        <w:rPr>
          <w:position w:val="-6"/>
        </w:rPr>
        <w:object w:dxaOrig="400" w:dyaOrig="279" w14:anchorId="76A7E9A7">
          <v:shape id="_x0000_i1424" type="#_x0000_t75" style="width:20pt;height:13.5pt" o:ole="">
            <v:imagedata r:id="rId799" o:title=""/>
          </v:shape>
          <o:OLEObject Type="Embed" ProgID="Equation.DSMT4" ShapeID="_x0000_i1424" DrawAspect="Content" ObjectID="_1702752980" r:id="rId800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0B2A56">
        <w:rPr>
          <w:position w:val="-6"/>
        </w:rPr>
        <w:object w:dxaOrig="780" w:dyaOrig="340" w14:anchorId="22BB9D69">
          <v:shape id="_x0000_i1425" type="#_x0000_t75" style="width:39.5pt;height:16.5pt" o:ole="">
            <v:imagedata r:id="rId801" o:title=""/>
          </v:shape>
          <o:OLEObject Type="Embed" ProgID="Equation.DSMT4" ShapeID="_x0000_i1425" DrawAspect="Content" ObjectID="_1702752981" r:id="rId802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0A7E742" w14:textId="37FD81F5" w:rsidR="000E6CC0" w:rsidRPr="000B2A56" w:rsidRDefault="000E6CC0" w:rsidP="00607548">
      <w:pPr>
        <w:pStyle w:val="ListParagraph"/>
        <w:numPr>
          <w:ilvl w:val="0"/>
          <w:numId w:val="10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bCs/>
          <w:sz w:val="24"/>
          <w:szCs w:val="24"/>
          <w:lang w:val="pt-BR"/>
        </w:rPr>
      </w:pPr>
      <w:r w:rsidRPr="000B2A56">
        <w:rPr>
          <w:rFonts w:ascii="Palatino Linotype" w:hAnsi="Palatino Linotype" w:cs="Times New Roman"/>
          <w:bCs/>
          <w:sz w:val="24"/>
          <w:szCs w:val="24"/>
        </w:rPr>
        <w:t>Cho tam giác</w:t>
      </w:r>
      <w:r w:rsidRPr="000B2A56">
        <w:rPr>
          <w:rFonts w:ascii="Palatino Linotype" w:hAnsi="Palatino Linotype" w:cs="Times New Roman"/>
          <w:bCs/>
          <w:position w:val="-6"/>
          <w:sz w:val="24"/>
          <w:szCs w:val="24"/>
          <w:lang w:val="pt-BR"/>
        </w:rPr>
        <w:t xml:space="preserve"> </w:t>
      </w:r>
      <w:r w:rsidRPr="000B2A56">
        <w:rPr>
          <w:position w:val="-6"/>
          <w:lang w:val="pt-BR"/>
        </w:rPr>
        <w:object w:dxaOrig="560" w:dyaOrig="279" w14:anchorId="129294CC">
          <v:shape id="_x0000_i1426" type="#_x0000_t75" style="width:27.5pt;height:14.5pt" o:ole="">
            <v:imagedata r:id="rId803" o:title=""/>
          </v:shape>
          <o:OLEObject Type="Embed" ProgID="Equation.DSMT4" ShapeID="_x0000_i1426" DrawAspect="Content" ObjectID="_1702752982" r:id="rId804"/>
        </w:object>
      </w:r>
      <w:r w:rsidRPr="000B2A56">
        <w:rPr>
          <w:rFonts w:ascii="Palatino Linotype" w:hAnsi="Palatino Linotype" w:cs="Times New Roman"/>
          <w:bCs/>
          <w:position w:val="-6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bCs/>
          <w:sz w:val="24"/>
          <w:szCs w:val="24"/>
        </w:rPr>
        <w:t xml:space="preserve">có </w:t>
      </w:r>
      <w:r w:rsidRPr="000B2A56">
        <w:rPr>
          <w:lang w:val="pt-BR"/>
        </w:rPr>
        <w:object w:dxaOrig="720" w:dyaOrig="400" w14:anchorId="1C630CCF">
          <v:shape id="_x0000_i1427" type="#_x0000_t75" style="width:36pt;height:20.5pt" o:ole="">
            <v:imagedata r:id="rId805" o:title=""/>
          </v:shape>
          <o:OLEObject Type="Embed" ProgID="Equation.DSMT4" ShapeID="_x0000_i1427" DrawAspect="Content" ObjectID="_1702752983" r:id="rId806"/>
        </w:object>
      </w:r>
      <w:r w:rsidRPr="000B2A56">
        <w:rPr>
          <w:rFonts w:ascii="Palatino Linotype" w:hAnsi="Palatino Linotype" w:cs="Times New Roman"/>
          <w:sz w:val="24"/>
          <w:szCs w:val="24"/>
          <w:lang w:val="pt-BR"/>
        </w:rPr>
        <w:t xml:space="preserve">, </w:t>
      </w:r>
      <w:r w:rsidRPr="000B2A56">
        <w:object w:dxaOrig="880" w:dyaOrig="400" w14:anchorId="1EEF2B9B">
          <v:shape id="_x0000_i1428" type="#_x0000_t75" style="width:44pt;height:20pt" o:ole="">
            <v:imagedata r:id="rId807" o:title=""/>
          </v:shape>
          <o:OLEObject Type="Embed" ProgID="Equation.DSMT4" ShapeID="_x0000_i1428" DrawAspect="Content" ObjectID="_1702752984" r:id="rId808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Pr="000B2A56">
        <w:object w:dxaOrig="900" w:dyaOrig="400" w14:anchorId="58689AF2">
          <v:shape id="_x0000_i1429" type="#_x0000_t75" style="width:44.5pt;height:20pt" o:ole="">
            <v:imagedata r:id="rId809" o:title=""/>
          </v:shape>
          <o:OLEObject Type="Embed" ProgID="Equation.DSMT4" ShapeID="_x0000_i1429" DrawAspect="Content" ObjectID="_1702752985" r:id="rId810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45FA345" w14:textId="77777777" w:rsidR="000E6CC0" w:rsidRPr="000B2A56" w:rsidRDefault="000E6CC0" w:rsidP="005E66A8">
      <w:pPr>
        <w:spacing w:after="0" w:line="276" w:lineRule="auto"/>
        <w:ind w:left="992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0B2A56">
        <w:rPr>
          <w:rFonts w:ascii="Palatino Linotype" w:hAnsi="Palatino Linotype" w:cs="Times New Roman"/>
          <w:bCs/>
          <w:sz w:val="24"/>
          <w:szCs w:val="24"/>
        </w:rPr>
        <w:t xml:space="preserve">a) Tính chu vi của tam giác </w:t>
      </w:r>
      <w:r w:rsidRPr="000B2A56">
        <w:rPr>
          <w:rFonts w:ascii="Palatino Linotype" w:hAnsi="Palatino Linotype" w:cs="Times New Roman"/>
          <w:bCs/>
          <w:position w:val="-6"/>
          <w:sz w:val="24"/>
          <w:szCs w:val="24"/>
          <w:lang w:val="pt-BR"/>
        </w:rPr>
        <w:object w:dxaOrig="600" w:dyaOrig="279" w14:anchorId="400D1440">
          <v:shape id="_x0000_i1430" type="#_x0000_t75" style="width:30pt;height:14.5pt" o:ole="">
            <v:imagedata r:id="rId811" o:title=""/>
          </v:shape>
          <o:OLEObject Type="Embed" ProgID="Equation.DSMT4" ShapeID="_x0000_i1430" DrawAspect="Content" ObjectID="_1702752986" r:id="rId812"/>
        </w:object>
      </w:r>
    </w:p>
    <w:p w14:paraId="44078C2C" w14:textId="4830CB91" w:rsidR="000E6CC0" w:rsidRPr="000B2A56" w:rsidRDefault="000E6CC0" w:rsidP="005E66A8">
      <w:pPr>
        <w:spacing w:after="0" w:line="276" w:lineRule="auto"/>
        <w:ind w:left="992"/>
        <w:jc w:val="both"/>
        <w:rPr>
          <w:rFonts w:ascii="Palatino Linotype" w:hAnsi="Palatino Linotype" w:cs="Times New Roman"/>
          <w:bCs/>
          <w:sz w:val="24"/>
          <w:szCs w:val="24"/>
          <w:lang w:val="pt-BR"/>
        </w:rPr>
      </w:pPr>
      <w:r w:rsidRPr="000B2A56">
        <w:rPr>
          <w:rFonts w:ascii="Palatino Linotype" w:hAnsi="Palatino Linotype" w:cs="Times New Roman"/>
          <w:bCs/>
          <w:sz w:val="24"/>
          <w:szCs w:val="24"/>
        </w:rPr>
        <w:t xml:space="preserve">b) Tìm tọa độ trực tâm </w:t>
      </w:r>
      <w:r w:rsidRPr="000B2A56">
        <w:rPr>
          <w:rFonts w:ascii="Palatino Linotype" w:hAnsi="Palatino Linotype" w:cs="Times New Roman"/>
          <w:bCs/>
          <w:position w:val="-4"/>
          <w:sz w:val="24"/>
          <w:szCs w:val="24"/>
          <w:lang w:val="pt-BR"/>
        </w:rPr>
        <w:object w:dxaOrig="279" w:dyaOrig="260" w14:anchorId="50CEA906">
          <v:shape id="_x0000_i1431" type="#_x0000_t75" style="width:14.5pt;height:13pt" o:ole="">
            <v:imagedata r:id="rId813" o:title=""/>
          </v:shape>
          <o:OLEObject Type="Embed" ProgID="Equation.DSMT4" ShapeID="_x0000_i1431" DrawAspect="Content" ObjectID="_1702752987" r:id="rId814"/>
        </w:object>
      </w:r>
      <w:r w:rsidRPr="000B2A56">
        <w:rPr>
          <w:rFonts w:ascii="Palatino Linotype" w:hAnsi="Palatino Linotype" w:cs="Times New Roman"/>
          <w:bCs/>
          <w:sz w:val="24"/>
          <w:szCs w:val="24"/>
        </w:rPr>
        <w:t xml:space="preserve"> của tam giác </w:t>
      </w:r>
      <w:r w:rsidRPr="000B2A56">
        <w:rPr>
          <w:rFonts w:ascii="Palatino Linotype" w:hAnsi="Palatino Linotype" w:cs="Times New Roman"/>
          <w:bCs/>
          <w:position w:val="-6"/>
          <w:sz w:val="24"/>
          <w:szCs w:val="24"/>
          <w:lang w:val="pt-BR"/>
        </w:rPr>
        <w:object w:dxaOrig="600" w:dyaOrig="279" w14:anchorId="233739DA">
          <v:shape id="_x0000_i1432" type="#_x0000_t75" style="width:30pt;height:14.5pt" o:ole="">
            <v:imagedata r:id="rId811" o:title=""/>
          </v:shape>
          <o:OLEObject Type="Embed" ProgID="Equation.DSMT4" ShapeID="_x0000_i1432" DrawAspect="Content" ObjectID="_1702752988" r:id="rId815"/>
        </w:object>
      </w:r>
    </w:p>
    <w:p w14:paraId="7F505408" w14:textId="1E6F4D5A" w:rsidR="00DF1C2A" w:rsidRPr="000B2A56" w:rsidRDefault="00DF1C2A" w:rsidP="005E66A8">
      <w:pPr>
        <w:spacing w:after="0" w:line="276" w:lineRule="auto"/>
        <w:ind w:left="992" w:hanging="992"/>
        <w:jc w:val="center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ĐỀ</w:t>
      </w:r>
      <w:r w:rsidR="001E13C8"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 03</w:t>
      </w:r>
    </w:p>
    <w:p w14:paraId="47B4AB58" w14:textId="77777777" w:rsidR="00DF1C2A" w:rsidRPr="000B2A56" w:rsidRDefault="00DF1C2A" w:rsidP="005E66A8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I. Trắc nghiệm (7,5 điểm)</w:t>
      </w:r>
    </w:p>
    <w:p w14:paraId="1A81C480" w14:textId="6D8123D8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szCs w:val="24"/>
        </w:rPr>
      </w:pPr>
      <w:r w:rsidRPr="000B2A56">
        <w:rPr>
          <w:rFonts w:ascii="Palatino Linotype" w:hAnsi="Palatino Linotype" w:cs="Chu Van An (Uni)"/>
          <w:color w:val="000000"/>
          <w:sz w:val="24"/>
          <w:szCs w:val="24"/>
        </w:rPr>
        <w:t>Tậ</w:t>
      </w:r>
      <w:r w:rsidRPr="000B2A56">
        <w:rPr>
          <w:rFonts w:ascii="Palatino Linotype" w:hAnsi="Palatino Linotype" w:cs="Chu Van An (Uni) CE"/>
          <w:color w:val="000000"/>
          <w:sz w:val="24"/>
          <w:szCs w:val="24"/>
        </w:rPr>
        <w:t>p xác đ</w:t>
      </w:r>
      <w:r w:rsidRPr="000B2A56">
        <w:rPr>
          <w:rFonts w:ascii="Palatino Linotype" w:hAnsi="Palatino Linotype" w:cs="Chu Van An (Uni)"/>
          <w:color w:val="000000"/>
          <w:sz w:val="24"/>
          <w:szCs w:val="24"/>
        </w:rPr>
        <w:t xml:space="preserve">ịnh của hàm số </w:t>
      </w:r>
      <w:r w:rsidRPr="000B2A56">
        <w:rPr>
          <w:position w:val="-26"/>
        </w:rPr>
        <w:object w:dxaOrig="1380" w:dyaOrig="639" w14:anchorId="7D56F71B">
          <v:shape id="_x0000_i1433" type="#_x0000_t75" style="width:69.5pt;height:32pt" o:ole="">
            <v:imagedata r:id="rId816" o:title=""/>
          </v:shape>
          <o:OLEObject Type="Embed" ProgID="Equation.DSMT4" ShapeID="_x0000_i1433" DrawAspect="Content" ObjectID="_1702752989" r:id="rId817"/>
        </w:object>
      </w:r>
      <w:r w:rsidRPr="000B2A56">
        <w:rPr>
          <w:rFonts w:ascii="Palatino Linotype" w:hAnsi="Palatino Linotype" w:cs="Chu Van An (Uni)"/>
          <w:color w:val="000000"/>
          <w:sz w:val="24"/>
          <w:szCs w:val="24"/>
        </w:rPr>
        <w:t xml:space="preserve"> là</w:t>
      </w:r>
    </w:p>
    <w:p w14:paraId="43EA4F2C" w14:textId="0E5AD8C1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A. </w:t>
      </w:r>
      <w:r w:rsidR="00DF1C2A" w:rsidRPr="000B2A56">
        <w:rPr>
          <w:rFonts w:ascii="Palatino Linotype" w:hAnsi="Palatino Linotype" w:cs="Chu Van An (Uni)"/>
          <w:color w:val="000000"/>
          <w:position w:val="-6"/>
          <w:sz w:val="24"/>
        </w:rPr>
        <w:object w:dxaOrig="260" w:dyaOrig="279" w14:anchorId="0C52B315">
          <v:shape id="_x0000_i1434" type="#_x0000_t75" style="width:13.5pt;height:13.5pt" o:ole="">
            <v:imagedata r:id="rId818" o:title=""/>
          </v:shape>
          <o:OLEObject Type="Embed" ProgID="Equation.DSMT4" ShapeID="_x0000_i1434" DrawAspect="Content" ObjectID="_1702752990" r:id="rId819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B. </w:t>
      </w:r>
      <w:r w:rsidR="00DF1C2A" w:rsidRPr="000B2A56">
        <w:rPr>
          <w:rFonts w:ascii="Palatino Linotype" w:hAnsi="Palatino Linotype" w:cs="Chu Van An (Uni)"/>
          <w:color w:val="000000"/>
          <w:position w:val="-4"/>
          <w:sz w:val="24"/>
        </w:rPr>
        <w:object w:dxaOrig="240" w:dyaOrig="260" w14:anchorId="5BACF23C">
          <v:shape id="_x0000_i1435" type="#_x0000_t75" style="width:13pt;height:13.5pt" o:ole="">
            <v:imagedata r:id="rId820" o:title=""/>
          </v:shape>
          <o:OLEObject Type="Embed" ProgID="Equation.DSMT4" ShapeID="_x0000_i1435" DrawAspect="Content" ObjectID="_1702752991" r:id="rId821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C. </w:t>
      </w:r>
      <w:r w:rsidR="00DF1C2A" w:rsidRPr="000B2A56">
        <w:rPr>
          <w:rFonts w:ascii="Palatino Linotype" w:hAnsi="Palatino Linotype" w:cs="Chu Van An (Uni)"/>
          <w:color w:val="000000"/>
          <w:position w:val="-14"/>
          <w:sz w:val="24"/>
        </w:rPr>
        <w:object w:dxaOrig="620" w:dyaOrig="400" w14:anchorId="14D5DE30">
          <v:shape id="_x0000_i1436" type="#_x0000_t75" style="width:30.5pt;height:20.5pt" o:ole="">
            <v:imagedata r:id="rId822" o:title=""/>
          </v:shape>
          <o:OLEObject Type="Embed" ProgID="Equation.DSMT4" ShapeID="_x0000_i1436" DrawAspect="Content" ObjectID="_1702752992" r:id="rId823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D. </w:t>
      </w:r>
      <w:r w:rsidR="00DF1C2A" w:rsidRPr="000B2A56">
        <w:rPr>
          <w:rFonts w:ascii="Palatino Linotype" w:hAnsi="Palatino Linotype" w:cs="Chu Van An (Uni)"/>
          <w:color w:val="000000"/>
          <w:position w:val="-14"/>
          <w:sz w:val="24"/>
        </w:rPr>
        <w:object w:dxaOrig="820" w:dyaOrig="400" w14:anchorId="6BB98A9C">
          <v:shape id="_x0000_i1437" type="#_x0000_t75" style="width:41pt;height:20.5pt" o:ole="">
            <v:imagedata r:id="rId824" o:title=""/>
          </v:shape>
          <o:OLEObject Type="Embed" ProgID="Equation.DSMT4" ShapeID="_x0000_i1437" DrawAspect="Content" ObjectID="_1702752993" r:id="rId825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</w:rPr>
        <w:t>.</w:t>
      </w:r>
    </w:p>
    <w:p w14:paraId="0D590BC0" w14:textId="2D1052B4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0B2A56">
        <w:rPr>
          <w:rFonts w:ascii="Palatino Linotype" w:hAnsi="Palatino Linotype"/>
          <w:color w:val="000000" w:themeColor="text1"/>
          <w:sz w:val="24"/>
          <w:szCs w:val="24"/>
        </w:rPr>
        <w:t xml:space="preserve">Tìm tất cả các giá trị của m để hàm số </w:t>
      </w:r>
      <w:r w:rsidRPr="000B2A56">
        <w:rPr>
          <w:position w:val="-24"/>
        </w:rPr>
        <w:object w:dxaOrig="1680" w:dyaOrig="660" w14:anchorId="48078532">
          <v:shape id="_x0000_i1438" type="#_x0000_t75" style="width:84.5pt;height:33pt" o:ole="">
            <v:imagedata r:id="rId826" o:title=""/>
          </v:shape>
          <o:OLEObject Type="Embed" ProgID="Equation.DSMT4" ShapeID="_x0000_i1438" DrawAspect="Content" ObjectID="_1702752994" r:id="rId827"/>
        </w:object>
      </w:r>
      <w:r w:rsidRPr="000B2A56">
        <w:rPr>
          <w:rFonts w:ascii="Palatino Linotype" w:hAnsi="Palatino Linotype"/>
          <w:color w:val="000000" w:themeColor="text1"/>
          <w:sz w:val="24"/>
          <w:szCs w:val="24"/>
        </w:rPr>
        <w:t xml:space="preserve"> có tập xác định là </w:t>
      </w:r>
      <w:r w:rsidRPr="000B2A56">
        <w:rPr>
          <w:position w:val="-4"/>
        </w:rPr>
        <w:object w:dxaOrig="260" w:dyaOrig="260" w14:anchorId="638DB930">
          <v:shape id="_x0000_i1439" type="#_x0000_t75" style="width:13pt;height:13pt" o:ole="">
            <v:imagedata r:id="rId828" o:title=""/>
          </v:shape>
          <o:OLEObject Type="Embed" ProgID="Equation.DSMT4" ShapeID="_x0000_i1439" DrawAspect="Content" ObjectID="_1702752995" r:id="rId829"/>
        </w:object>
      </w:r>
      <w:r w:rsidRPr="000B2A56">
        <w:rPr>
          <w:rFonts w:ascii="Palatino Linotype" w:hAnsi="Palatino Linotype"/>
          <w:color w:val="000000" w:themeColor="text1"/>
          <w:sz w:val="24"/>
          <w:szCs w:val="24"/>
        </w:rPr>
        <w:t>.</w:t>
      </w:r>
    </w:p>
    <w:p w14:paraId="1555F86E" w14:textId="036BEFA4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 w:cs="Times New Roman"/>
          <w:b/>
          <w:position w:val="-24"/>
          <w:sz w:val="24"/>
          <w:szCs w:val="24"/>
        </w:rPr>
        <w:object w:dxaOrig="639" w:dyaOrig="620" w14:anchorId="4F06411A">
          <v:shape id="_x0000_i1440" type="#_x0000_t75" style="width:32pt;height:30.5pt" o:ole="">
            <v:imagedata r:id="rId830" o:title=""/>
          </v:shape>
          <o:OLEObject Type="Embed" ProgID="Equation.DSMT4" ShapeID="_x0000_i1440" DrawAspect="Content" ObjectID="_1702752996" r:id="rId831"/>
        </w:object>
      </w:r>
      <w:r w:rsidR="00DF1C2A" w:rsidRPr="000B2A56">
        <w:rPr>
          <w:rFonts w:ascii="Palatino Linotype" w:hAnsi="Palatino Linotype" w:cs="Times New Roman"/>
          <w:bCs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 w:cs="Times New Roman"/>
          <w:b/>
          <w:position w:val="-24"/>
          <w:sz w:val="24"/>
          <w:szCs w:val="24"/>
        </w:rPr>
        <w:object w:dxaOrig="639" w:dyaOrig="620" w14:anchorId="3DFC540B">
          <v:shape id="_x0000_i1441" type="#_x0000_t75" style="width:32pt;height:30.5pt" o:ole="">
            <v:imagedata r:id="rId832" o:title=""/>
          </v:shape>
          <o:OLEObject Type="Embed" ProgID="Equation.DSMT4" ShapeID="_x0000_i1441" DrawAspect="Content" ObjectID="_1702752997" r:id="rId833"/>
        </w:object>
      </w:r>
      <w:r w:rsidR="00DF1C2A" w:rsidRPr="000B2A56">
        <w:rPr>
          <w:rFonts w:ascii="Palatino Linotype" w:hAnsi="Palatino Linotype" w:cs="Times New Roman"/>
          <w:bCs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 w:cs="Times New Roman"/>
          <w:b/>
          <w:position w:val="-24"/>
          <w:sz w:val="24"/>
          <w:szCs w:val="24"/>
        </w:rPr>
        <w:object w:dxaOrig="639" w:dyaOrig="620" w14:anchorId="1430FC6C">
          <v:shape id="_x0000_i1442" type="#_x0000_t75" style="width:32pt;height:30.5pt" o:ole="">
            <v:imagedata r:id="rId834" o:title=""/>
          </v:shape>
          <o:OLEObject Type="Embed" ProgID="Equation.DSMT4" ShapeID="_x0000_i1442" DrawAspect="Content" ObjectID="_1702752998" r:id="rId835"/>
        </w:object>
      </w:r>
      <w:r w:rsidR="00DF1C2A" w:rsidRPr="000B2A56">
        <w:rPr>
          <w:rFonts w:ascii="Palatino Linotype" w:hAnsi="Palatino Linotype" w:cs="Times New Roman"/>
          <w:bCs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 w:cs="Times New Roman"/>
          <w:b/>
          <w:position w:val="-24"/>
          <w:sz w:val="24"/>
          <w:szCs w:val="24"/>
        </w:rPr>
        <w:object w:dxaOrig="639" w:dyaOrig="620" w14:anchorId="36506738">
          <v:shape id="_x0000_i1443" type="#_x0000_t75" style="width:32pt;height:30.5pt" o:ole="">
            <v:imagedata r:id="rId836" o:title=""/>
          </v:shape>
          <o:OLEObject Type="Embed" ProgID="Equation.DSMT4" ShapeID="_x0000_i1443" DrawAspect="Content" ObjectID="_1702752999" r:id="rId837"/>
        </w:object>
      </w:r>
      <w:r w:rsidR="00DF1C2A" w:rsidRPr="000B2A56"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0FC3081F" w14:textId="2B6B8A16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szCs w:val="24"/>
          <w:lang w:val="fr-FR"/>
        </w:rPr>
      </w:pPr>
      <w:r w:rsidRPr="000B2A56">
        <w:rPr>
          <w:rFonts w:ascii="Palatino Linotype" w:hAnsi="Palatino Linotype" w:cs="Chu Van An (Uni)"/>
          <w:color w:val="000000"/>
          <w:sz w:val="24"/>
          <w:szCs w:val="24"/>
          <w:lang w:val="fr-FR"/>
        </w:rPr>
        <w:t xml:space="preserve">Với giá trị nào của </w:t>
      </w:r>
      <w:r w:rsidRPr="000B2A56">
        <w:rPr>
          <w:position w:val="-4"/>
          <w:lang w:val="fr-FR"/>
        </w:rPr>
        <w:object w:dxaOrig="200" w:dyaOrig="200" w14:anchorId="4F999FC4">
          <v:shape id="_x0000_i1444" type="#_x0000_t75" style="width:10pt;height:10pt" o:ole="">
            <v:imagedata r:id="rId838" o:title=""/>
          </v:shape>
          <o:OLEObject Type="Embed" ProgID="Equation.DSMT4" ShapeID="_x0000_i1444" DrawAspect="Content" ObjectID="_1702753000" r:id="rId839"/>
        </w:objec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fr-FR"/>
        </w:rPr>
        <w:t xml:space="preserve"> và </w:t>
      </w:r>
      <w:r w:rsidRPr="000B2A56">
        <w:rPr>
          <w:position w:val="-4"/>
          <w:lang w:val="fr-FR"/>
        </w:rPr>
        <w:object w:dxaOrig="180" w:dyaOrig="260" w14:anchorId="539304E2">
          <v:shape id="_x0000_i1445" type="#_x0000_t75" style="width:9pt;height:12pt" o:ole="">
            <v:imagedata r:id="rId840" o:title=""/>
          </v:shape>
          <o:OLEObject Type="Embed" ProgID="Equation.DSMT4" ShapeID="_x0000_i1445" DrawAspect="Content" ObjectID="_1702753001" r:id="rId841"/>
        </w:objec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fr-FR"/>
        </w:rPr>
        <w:t xml:space="preserve"> thì </w:t>
      </w:r>
      <w:r w:rsidRPr="000B2A56">
        <w:rPr>
          <w:rFonts w:ascii="Palatino Linotype" w:hAnsi="Palatino Linotype" w:cs="Chu Van An (Uni) CE"/>
          <w:color w:val="000000"/>
          <w:sz w:val="24"/>
          <w:szCs w:val="24"/>
          <w:lang w:val="fr-FR"/>
        </w:rPr>
        <w:t>đ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fr-FR"/>
        </w:rPr>
        <w:t xml:space="preserve">ồ thị hàm số </w:t>
      </w:r>
      <w:r w:rsidRPr="000B2A56">
        <w:rPr>
          <w:position w:val="-10"/>
          <w:lang w:val="fr-FR"/>
        </w:rPr>
        <w:object w:dxaOrig="1160" w:dyaOrig="320" w14:anchorId="4A2F3468">
          <v:shape id="_x0000_i1446" type="#_x0000_t75" style="width:58pt;height:15.5pt" o:ole="">
            <v:imagedata r:id="rId842" o:title=""/>
          </v:shape>
          <o:OLEObject Type="Embed" ProgID="Equation.DSMT4" ShapeID="_x0000_i1446" DrawAspect="Content" ObjectID="_1702753002" r:id="rId843"/>
        </w:object>
      </w:r>
      <w:r w:rsidRPr="000B2A56">
        <w:rPr>
          <w:rFonts w:ascii="Palatino Linotype" w:hAnsi="Palatino Linotype" w:cs="Chu Van An (Uni) CE"/>
          <w:color w:val="000000"/>
          <w:sz w:val="24"/>
          <w:szCs w:val="24"/>
          <w:lang w:val="fr-FR"/>
        </w:rPr>
        <w:t xml:space="preserve"> đi qua các đi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fr-FR"/>
        </w:rPr>
        <w:t xml:space="preserve">ểm </w:t>
      </w:r>
      <w:r w:rsidRPr="000B2A56">
        <w:rPr>
          <w:position w:val="-20"/>
          <w:lang w:val="fr-FR"/>
        </w:rPr>
        <w:object w:dxaOrig="940" w:dyaOrig="520" w14:anchorId="0FFA5F9D">
          <v:shape id="_x0000_i1447" type="#_x0000_t75" style="width:47pt;height:26.5pt" o:ole="">
            <v:imagedata r:id="rId844" o:title=""/>
          </v:shape>
          <o:OLEObject Type="Embed" ProgID="Equation.DSMT4" ShapeID="_x0000_i1447" DrawAspect="Content" ObjectID="_1702753003" r:id="rId845"/>
        </w:objec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fr-FR"/>
        </w:rPr>
        <w:t xml:space="preserve">, </w:t>
      </w:r>
      <w:r w:rsidRPr="000B2A56">
        <w:rPr>
          <w:position w:val="-20"/>
          <w:lang w:val="fr-FR"/>
        </w:rPr>
        <w:object w:dxaOrig="980" w:dyaOrig="520" w14:anchorId="1332B7BF">
          <v:shape id="_x0000_i1448" type="#_x0000_t75" style="width:48.5pt;height:26.5pt" o:ole="">
            <v:imagedata r:id="rId846" o:title=""/>
          </v:shape>
          <o:OLEObject Type="Embed" ProgID="Equation.DSMT4" ShapeID="_x0000_i1448" DrawAspect="Content" ObjectID="_1702753004" r:id="rId847"/>
        </w:object>
      </w:r>
    </w:p>
    <w:p w14:paraId="382F0BBD" w14:textId="60B9B9F1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 w:val="24"/>
          <w:lang w:val="fr-FR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A. </w:t>
      </w:r>
      <w:r w:rsidR="00DF1C2A" w:rsidRPr="000B2A56">
        <w:rPr>
          <w:rFonts w:ascii="Palatino Linotype" w:hAnsi="Palatino Linotype" w:cs="Chu Van An (Uni)"/>
          <w:position w:val="-4"/>
          <w:sz w:val="24"/>
          <w:lang w:val="fr-FR"/>
        </w:rPr>
        <w:object w:dxaOrig="800" w:dyaOrig="260" w14:anchorId="1BBFC639">
          <v:shape id="_x0000_i1449" type="#_x0000_t75" style="width:40pt;height:12pt" o:ole="">
            <v:imagedata r:id="rId848" o:title=""/>
          </v:shape>
          <o:OLEObject Type="Embed" ProgID="Equation.DSMT4" ShapeID="_x0000_i1449" DrawAspect="Content" ObjectID="_1702753005" r:id="rId849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và </w:t>
      </w:r>
      <w:r w:rsidR="00DF1C2A" w:rsidRPr="000B2A56">
        <w:rPr>
          <w:rFonts w:ascii="Palatino Linotype" w:hAnsi="Palatino Linotype" w:cs="Chu Van An (Uni)"/>
          <w:position w:val="-4"/>
          <w:sz w:val="24"/>
          <w:lang w:val="fr-FR"/>
        </w:rPr>
        <w:object w:dxaOrig="780" w:dyaOrig="260" w14:anchorId="27243626">
          <v:shape id="_x0000_i1450" type="#_x0000_t75" style="width:38.5pt;height:12pt" o:ole="">
            <v:imagedata r:id="rId850" o:title=""/>
          </v:shape>
          <o:OLEObject Type="Embed" ProgID="Equation.DSMT4" ShapeID="_x0000_i1450" DrawAspect="Content" ObjectID="_1702753006" r:id="rId851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B. </w:t>
      </w:r>
      <w:r w:rsidR="00DF1C2A" w:rsidRPr="000B2A56">
        <w:rPr>
          <w:rFonts w:ascii="Palatino Linotype" w:hAnsi="Palatino Linotype" w:cs="Chu Van An (Uni)"/>
          <w:position w:val="-4"/>
          <w:sz w:val="24"/>
          <w:lang w:val="fr-FR"/>
        </w:rPr>
        <w:object w:dxaOrig="620" w:dyaOrig="260" w14:anchorId="333E278C">
          <v:shape id="_x0000_i1451" type="#_x0000_t75" style="width:30.5pt;height:12pt" o:ole="">
            <v:imagedata r:id="rId852" o:title=""/>
          </v:shape>
          <o:OLEObject Type="Embed" ProgID="Equation.DSMT4" ShapeID="_x0000_i1451" DrawAspect="Content" ObjectID="_1702753007" r:id="rId853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và </w:t>
      </w:r>
      <w:r w:rsidR="00DF1C2A" w:rsidRPr="000B2A56">
        <w:rPr>
          <w:rFonts w:ascii="Palatino Linotype" w:hAnsi="Palatino Linotype" w:cs="Chu Van An (Uni)"/>
          <w:position w:val="-4"/>
          <w:sz w:val="24"/>
          <w:lang w:val="fr-FR"/>
        </w:rPr>
        <w:object w:dxaOrig="580" w:dyaOrig="260" w14:anchorId="727FF43B">
          <v:shape id="_x0000_i1452" type="#_x0000_t75" style="width:29pt;height:12pt" o:ole="">
            <v:imagedata r:id="rId854" o:title=""/>
          </v:shape>
          <o:OLEObject Type="Embed" ProgID="Equation.DSMT4" ShapeID="_x0000_i1452" DrawAspect="Content" ObjectID="_1702753008" r:id="rId855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C. </w:t>
      </w:r>
      <w:r w:rsidR="00DF1C2A" w:rsidRPr="000B2A56">
        <w:rPr>
          <w:rFonts w:ascii="Palatino Linotype" w:hAnsi="Palatino Linotype" w:cs="Chu Van An (Uni)"/>
          <w:position w:val="-4"/>
          <w:sz w:val="24"/>
          <w:lang w:val="fr-FR"/>
        </w:rPr>
        <w:object w:dxaOrig="600" w:dyaOrig="260" w14:anchorId="31C97B7D">
          <v:shape id="_x0000_i1453" type="#_x0000_t75" style="width:30pt;height:12pt" o:ole="">
            <v:imagedata r:id="rId856" o:title=""/>
          </v:shape>
          <o:OLEObject Type="Embed" ProgID="Equation.DSMT4" ShapeID="_x0000_i1453" DrawAspect="Content" ObjectID="_1702753009" r:id="rId857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và </w:t>
      </w:r>
      <w:r w:rsidR="00DF1C2A" w:rsidRPr="000B2A56">
        <w:rPr>
          <w:rFonts w:ascii="Palatino Linotype" w:hAnsi="Palatino Linotype" w:cs="Chu Van An (Uni)"/>
          <w:position w:val="-4"/>
          <w:sz w:val="24"/>
          <w:lang w:val="fr-FR"/>
        </w:rPr>
        <w:object w:dxaOrig="580" w:dyaOrig="260" w14:anchorId="19932E39">
          <v:shape id="_x0000_i1454" type="#_x0000_t75" style="width:29pt;height:12pt" o:ole="">
            <v:imagedata r:id="rId858" o:title=""/>
          </v:shape>
          <o:OLEObject Type="Embed" ProgID="Equation.DSMT4" ShapeID="_x0000_i1454" DrawAspect="Content" ObjectID="_1702753010" r:id="rId859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D. </w:t>
      </w:r>
      <w:r w:rsidR="00DF1C2A" w:rsidRPr="000B2A56">
        <w:rPr>
          <w:rFonts w:ascii="Palatino Linotype" w:hAnsi="Palatino Linotype" w:cs="Chu Van An (Uni)"/>
          <w:position w:val="-4"/>
          <w:sz w:val="24"/>
          <w:lang w:val="fr-FR"/>
        </w:rPr>
        <w:object w:dxaOrig="800" w:dyaOrig="260" w14:anchorId="3E6102F2">
          <v:shape id="_x0000_i1455" type="#_x0000_t75" style="width:40pt;height:12pt" o:ole="">
            <v:imagedata r:id="rId860" o:title=""/>
          </v:shape>
          <o:OLEObject Type="Embed" ProgID="Equation.DSMT4" ShapeID="_x0000_i1455" DrawAspect="Content" ObjectID="_1702753011" r:id="rId861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và </w:t>
      </w:r>
      <w:r w:rsidR="00DF1C2A" w:rsidRPr="000B2A56">
        <w:rPr>
          <w:rFonts w:ascii="Palatino Linotype" w:hAnsi="Palatino Linotype" w:cs="Chu Van An (Uni)"/>
          <w:position w:val="-4"/>
          <w:sz w:val="24"/>
          <w:lang w:val="fr-FR"/>
        </w:rPr>
        <w:object w:dxaOrig="780" w:dyaOrig="260" w14:anchorId="2ABAC745">
          <v:shape id="_x0000_i1456" type="#_x0000_t75" style="width:38.5pt;height:12pt" o:ole="">
            <v:imagedata r:id="rId862" o:title=""/>
          </v:shape>
          <o:OLEObject Type="Embed" ProgID="Equation.DSMT4" ShapeID="_x0000_i1456" DrawAspect="Content" ObjectID="_1702753012" r:id="rId863"/>
        </w:object>
      </w:r>
    </w:p>
    <w:p w14:paraId="5B8C01EE" w14:textId="1642D7A6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szCs w:val="24"/>
        </w:rPr>
      </w:pPr>
      <w:r w:rsidRPr="000B2A56">
        <w:rPr>
          <w:rFonts w:ascii="Palatino Linotype" w:hAnsi="Palatino Linotype" w:cs="Chu Van An (Uni)"/>
          <w:color w:val="000000"/>
          <w:sz w:val="24"/>
          <w:szCs w:val="24"/>
        </w:rPr>
        <w:t>Không vẽ</w:t>
      </w:r>
      <w:r w:rsidRPr="000B2A56">
        <w:rPr>
          <w:rFonts w:ascii="Palatino Linotype" w:hAnsi="Palatino Linotype" w:cs="Chu Van An (Uni) CE"/>
          <w:color w:val="000000"/>
          <w:sz w:val="24"/>
          <w:szCs w:val="24"/>
        </w:rPr>
        <w:t xml:space="preserve"> đ</w:t>
      </w:r>
      <w:r w:rsidRPr="000B2A56">
        <w:rPr>
          <w:rFonts w:ascii="Palatino Linotype" w:hAnsi="Palatino Linotype" w:cs="Chu Van An (Uni)"/>
          <w:color w:val="000000"/>
          <w:sz w:val="24"/>
          <w:szCs w:val="24"/>
        </w:rPr>
        <w:t>ồ thị, hãy cho biết cặ</w:t>
      </w:r>
      <w:r w:rsidRPr="000B2A56">
        <w:rPr>
          <w:rFonts w:ascii="Palatino Linotype" w:hAnsi="Palatino Linotype" w:cs="Chu Van An (Uni) (Vietnamese)"/>
          <w:color w:val="000000"/>
          <w:sz w:val="24"/>
          <w:szCs w:val="24"/>
        </w:rPr>
        <w:t>p đư</w:t>
      </w:r>
      <w:r w:rsidRPr="000B2A56">
        <w:rPr>
          <w:rFonts w:ascii="Palatino Linotype" w:hAnsi="Palatino Linotype" w:cs="Chu Van An (Uni)"/>
          <w:color w:val="000000"/>
          <w:sz w:val="24"/>
          <w:szCs w:val="24"/>
        </w:rPr>
        <w:t>ờng thẳ</w:t>
      </w:r>
      <w:r w:rsidRPr="000B2A56">
        <w:rPr>
          <w:rFonts w:ascii="Palatino Linotype" w:hAnsi="Palatino Linotype" w:cs="Chu Van An (Uni) (Vietnamese)"/>
          <w:color w:val="000000"/>
          <w:sz w:val="24"/>
          <w:szCs w:val="24"/>
        </w:rPr>
        <w:t>ng nào sau đây c</w:t>
      </w:r>
      <w:r w:rsidRPr="000B2A56">
        <w:rPr>
          <w:rFonts w:ascii="Palatino Linotype" w:hAnsi="Palatino Linotype" w:cs="Chu Van An (Uni)"/>
          <w:color w:val="000000"/>
          <w:sz w:val="24"/>
          <w:szCs w:val="24"/>
        </w:rPr>
        <w:t>ắt nhau?</w:t>
      </w:r>
    </w:p>
    <w:p w14:paraId="143C3BC5" w14:textId="17C092A9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A. </w:t>
      </w:r>
      <w:r w:rsidR="00DF1C2A" w:rsidRPr="000B2A56">
        <w:rPr>
          <w:rFonts w:ascii="Palatino Linotype" w:hAnsi="Palatino Linotype" w:cs="Chu Van An (Uni)"/>
          <w:color w:val="000000" w:themeColor="text1"/>
          <w:position w:val="-10"/>
          <w:sz w:val="24"/>
          <w:lang w:val="fr-FR"/>
        </w:rPr>
        <w:object w:dxaOrig="1420" w:dyaOrig="420" w14:anchorId="5A7B753C">
          <v:shape id="_x0000_i1457" type="#_x0000_t75" style="width:71pt;height:21.5pt" o:ole="">
            <v:imagedata r:id="rId864" o:title=""/>
          </v:shape>
          <o:OLEObject Type="Embed" ProgID="Equation.DSMT4" ShapeID="_x0000_i1457" DrawAspect="Content" ObjectID="_1702753013" r:id="rId865"/>
        </w:object>
      </w:r>
      <w:r w:rsidR="00DF1C2A" w:rsidRPr="000B2A56">
        <w:rPr>
          <w:rFonts w:ascii="Palatino Linotype" w:hAnsi="Palatino Linotype" w:cs="Chu Van An (Uni)"/>
          <w:color w:val="000000" w:themeColor="text1"/>
          <w:sz w:val="24"/>
          <w:lang w:val="fr-FR"/>
        </w:rPr>
        <w:t xml:space="preserve"> </w: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và </w:t>
      </w:r>
      <w:r w:rsidR="00DF1C2A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1440" w:dyaOrig="420" w14:anchorId="4D4D7076">
          <v:shape id="_x0000_i1458" type="#_x0000_t75" style="width:72.5pt;height:21pt" o:ole="">
            <v:imagedata r:id="rId866" o:title=""/>
          </v:shape>
          <o:OLEObject Type="Embed" ProgID="Equation.DSMT4" ShapeID="_x0000_i1458" DrawAspect="Content" ObjectID="_1702753014" r:id="rId867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B. </w:t>
      </w:r>
      <w:r w:rsidR="00DF1C2A" w:rsidRPr="000B2A56">
        <w:rPr>
          <w:rFonts w:ascii="Palatino Linotype" w:hAnsi="Palatino Linotype" w:cs="Chu Van An (Uni)"/>
          <w:position w:val="-22"/>
          <w:sz w:val="24"/>
          <w:lang w:val="fr-FR"/>
        </w:rPr>
        <w:object w:dxaOrig="940" w:dyaOrig="520" w14:anchorId="2EE04DC3">
          <v:shape id="_x0000_i1459" type="#_x0000_t75" style="width:47pt;height:26.5pt" o:ole="">
            <v:imagedata r:id="rId868" o:title=""/>
          </v:shape>
          <o:OLEObject Type="Embed" ProgID="Equation.DSMT4" ShapeID="_x0000_i1459" DrawAspect="Content" ObjectID="_1702753015" r:id="rId869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và </w:t>
      </w:r>
      <w:r w:rsidR="00DF1C2A" w:rsidRPr="000B2A56">
        <w:rPr>
          <w:rFonts w:ascii="Palatino Linotype" w:hAnsi="Palatino Linotype" w:cs="Chu Van An (Uni)"/>
          <w:position w:val="-24"/>
          <w:sz w:val="24"/>
          <w:lang w:val="fr-FR"/>
        </w:rPr>
        <w:object w:dxaOrig="1380" w:dyaOrig="720" w14:anchorId="6E140515">
          <v:shape id="_x0000_i1460" type="#_x0000_t75" style="width:69.5pt;height:36pt" o:ole="">
            <v:imagedata r:id="rId870" o:title=""/>
          </v:shape>
          <o:OLEObject Type="Embed" ProgID="Equation.DSMT4" ShapeID="_x0000_i1460" DrawAspect="Content" ObjectID="_1702753016" r:id="rId871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</w:p>
    <w:p w14:paraId="07EA5E75" w14:textId="491CB639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C. </w:t>
      </w:r>
      <w:r w:rsidR="00DF1C2A" w:rsidRPr="000B2A56">
        <w:rPr>
          <w:rFonts w:ascii="Palatino Linotype" w:hAnsi="Palatino Linotype" w:cs="Chu Van An (Uni)"/>
          <w:position w:val="-22"/>
          <w:sz w:val="24"/>
          <w:lang w:val="fr-FR"/>
        </w:rPr>
        <w:object w:dxaOrig="1340" w:dyaOrig="520" w14:anchorId="1113EF44">
          <v:shape id="_x0000_i1461" type="#_x0000_t75" style="width:66.5pt;height:26.5pt" o:ole="">
            <v:imagedata r:id="rId872" o:title=""/>
          </v:shape>
          <o:OLEObject Type="Embed" ProgID="Equation.DSMT4" ShapeID="_x0000_i1461" DrawAspect="Content" ObjectID="_1702753017" r:id="rId873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và </w:t>
      </w:r>
      <w:r w:rsidR="00DF1C2A" w:rsidRPr="000B2A56">
        <w:rPr>
          <w:rFonts w:ascii="Palatino Linotype" w:hAnsi="Palatino Linotype" w:cs="Chu Van An (Uni)"/>
          <w:position w:val="-38"/>
          <w:sz w:val="24"/>
          <w:lang w:val="fr-FR"/>
        </w:rPr>
        <w:object w:dxaOrig="1740" w:dyaOrig="880" w14:anchorId="44CEC843">
          <v:shape id="_x0000_i1462" type="#_x0000_t75" style="width:87pt;height:44pt" o:ole="">
            <v:imagedata r:id="rId874" o:title=""/>
          </v:shape>
          <o:OLEObject Type="Embed" ProgID="Equation.DSMT4" ShapeID="_x0000_i1462" DrawAspect="Content" ObjectID="_1702753018" r:id="rId875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D. </w:t>
      </w:r>
      <w:r w:rsidR="00DF1C2A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1400" w:dyaOrig="420" w14:anchorId="4BE593E5">
          <v:shape id="_x0000_i1463" type="#_x0000_t75" style="width:70pt;height:21pt" o:ole="">
            <v:imagedata r:id="rId876" o:title=""/>
          </v:shape>
          <o:OLEObject Type="Embed" ProgID="Equation.DSMT4" ShapeID="_x0000_i1463" DrawAspect="Content" ObjectID="_1702753019" r:id="rId877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và </w:t>
      </w:r>
      <w:r w:rsidR="00DF1C2A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1460" w:dyaOrig="420" w14:anchorId="4167A510">
          <v:shape id="_x0000_i1464" type="#_x0000_t75" style="width:73.5pt;height:21pt" o:ole="">
            <v:imagedata r:id="rId878" o:title=""/>
          </v:shape>
          <o:OLEObject Type="Embed" ProgID="Equation.DSMT4" ShapeID="_x0000_i1464" DrawAspect="Content" ObjectID="_1702753020" r:id="rId879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</w:p>
    <w:p w14:paraId="2E5B7D3B" w14:textId="7FBDE55E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szCs w:val="24"/>
          <w:lang w:val="vi-VN"/>
        </w:rPr>
      </w:pP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 xml:space="preserve">Cho hàm số </w:t>
      </w:r>
      <w:r w:rsidRPr="000B2A56">
        <w:rPr>
          <w:position w:val="-10"/>
          <w:lang w:val="vi-VN"/>
        </w:rPr>
        <w:object w:dxaOrig="1160" w:dyaOrig="320" w14:anchorId="7D1817E3">
          <v:shape id="_x0000_i1465" type="#_x0000_t75" style="width:58pt;height:15.5pt" o:ole="">
            <v:imagedata r:id="rId880" o:title=""/>
          </v:shape>
          <o:OLEObject Type="Embed" ProgID="Equation.DSMT4" ShapeID="_x0000_i1465" DrawAspect="Content" ObjectID="_1702753021" r:id="rId881"/>
        </w:object>
      </w:r>
      <w:r w:rsidRPr="000B2A56">
        <w:rPr>
          <w:rFonts w:ascii="Palatino Linotype" w:hAnsi="Palatino Linotype" w:cs="Chu Van An (Uni) (Vietnamese)"/>
          <w:color w:val="000000"/>
          <w:sz w:val="24"/>
          <w:szCs w:val="24"/>
          <w:lang w:val="vi-VN"/>
        </w:rPr>
        <w:t xml:space="preserve"> có đ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>ồ thị</w:t>
      </w:r>
      <w:r w:rsidRPr="000B2A56">
        <w:rPr>
          <w:rFonts w:ascii="Palatino Linotype" w:hAnsi="Palatino Linotype" w:cs="Chu Van An (Uni) (Vietnamese)"/>
          <w:color w:val="000000"/>
          <w:sz w:val="24"/>
          <w:szCs w:val="24"/>
          <w:lang w:val="vi-VN"/>
        </w:rPr>
        <w:t xml:space="preserve"> là đư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 xml:space="preserve">ờng thẳng </w:t>
      </w:r>
      <w:r w:rsidRPr="000B2A56">
        <w:rPr>
          <w:position w:val="-4"/>
          <w:lang w:val="vi-VN"/>
        </w:rPr>
        <w:object w:dxaOrig="220" w:dyaOrig="260" w14:anchorId="2059631E">
          <v:shape id="_x0000_i1466" type="#_x0000_t75" style="width:11.5pt;height:12pt" o:ole="">
            <v:imagedata r:id="rId882" o:title=""/>
          </v:shape>
          <o:OLEObject Type="Embed" ProgID="Equation.DSMT4" ShapeID="_x0000_i1466" DrawAspect="Content" ObjectID="_1702753022" r:id="rId883"/>
        </w:object>
      </w:r>
      <w:r w:rsidRPr="000B2A56">
        <w:rPr>
          <w:rFonts w:ascii="Palatino Linotype" w:hAnsi="Palatino Linotype" w:cs="Chu Van An (Uni) (Vietnamese)"/>
          <w:color w:val="000000"/>
          <w:sz w:val="24"/>
          <w:szCs w:val="24"/>
          <w:lang w:val="vi-VN"/>
        </w:rPr>
        <w:t>. Đư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 xml:space="preserve">ờng thẳng </w:t>
      </w:r>
      <w:r w:rsidRPr="000B2A56">
        <w:rPr>
          <w:position w:val="-4"/>
          <w:lang w:val="vi-VN"/>
        </w:rPr>
        <w:object w:dxaOrig="220" w:dyaOrig="260" w14:anchorId="203C2EEC">
          <v:shape id="_x0000_i1467" type="#_x0000_t75" style="width:11.5pt;height:12pt" o:ole="">
            <v:imagedata r:id="rId884" o:title=""/>
          </v:shape>
          <o:OLEObject Type="Embed" ProgID="Equation.DSMT4" ShapeID="_x0000_i1467" DrawAspect="Content" ObjectID="_1702753023" r:id="rId885"/>
        </w:objec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 xml:space="preserve"> tạo với hai trục tọ</w:t>
      </w:r>
      <w:r w:rsidRPr="000B2A56">
        <w:rPr>
          <w:rFonts w:ascii="Palatino Linotype" w:hAnsi="Palatino Linotype" w:cs="Chu Van An (Uni) (Vietnamese)"/>
          <w:color w:val="000000"/>
          <w:sz w:val="24"/>
          <w:szCs w:val="24"/>
          <w:lang w:val="vi-VN"/>
        </w:rPr>
        <w:t>a đ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>ộ một tam giác có diện tích bằng:</w:t>
      </w:r>
    </w:p>
    <w:p w14:paraId="678668EC" w14:textId="48345D32" w:rsidR="00DF1C2A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szCs w:val="24"/>
          <w:lang w:val="vi-VN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A. </w:t>
      </w:r>
      <w:r w:rsidR="00DF1C2A" w:rsidRPr="000B2A56">
        <w:rPr>
          <w:rFonts w:ascii="Palatino Linotype" w:hAnsi="Palatino Linotype" w:cs="Chu Van An (Uni)"/>
          <w:position w:val="-24"/>
          <w:sz w:val="24"/>
          <w:szCs w:val="24"/>
          <w:lang w:val="vi-VN"/>
        </w:rPr>
        <w:object w:dxaOrig="220" w:dyaOrig="660" w14:anchorId="3FE0CFFA">
          <v:shape id="_x0000_i1468" type="#_x0000_t75" style="width:11.5pt;height:33.5pt" o:ole="">
            <v:imagedata r:id="rId886" o:title=""/>
          </v:shape>
          <o:OLEObject Type="Embed" ProgID="Equation.DSMT4" ShapeID="_x0000_i1468" DrawAspect="Content" ObjectID="_1702753024" r:id="rId887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B. </w:t>
      </w:r>
      <w:r w:rsidR="00DF1C2A" w:rsidRPr="000B2A56">
        <w:rPr>
          <w:rFonts w:ascii="Palatino Linotype" w:hAnsi="Palatino Linotype" w:cs="Chu Van An (Uni)"/>
          <w:position w:val="-24"/>
          <w:sz w:val="24"/>
          <w:szCs w:val="24"/>
          <w:lang w:val="vi-VN"/>
        </w:rPr>
        <w:object w:dxaOrig="240" w:dyaOrig="660" w14:anchorId="2E978529">
          <v:shape id="_x0000_i1469" type="#_x0000_t75" style="width:12.5pt;height:33.5pt" o:ole="">
            <v:imagedata r:id="rId888" o:title=""/>
          </v:shape>
          <o:OLEObject Type="Embed" ProgID="Equation.DSMT4" ShapeID="_x0000_i1469" DrawAspect="Content" ObjectID="_1702753025" r:id="rId889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C. </w:t>
      </w:r>
      <w:r w:rsidR="00DF1C2A" w:rsidRPr="000B2A56">
        <w:rPr>
          <w:rFonts w:ascii="Palatino Linotype" w:hAnsi="Palatino Linotype" w:cs="Chu Van An (Uni)"/>
          <w:position w:val="-24"/>
          <w:sz w:val="24"/>
          <w:szCs w:val="24"/>
          <w:lang w:val="vi-VN"/>
        </w:rPr>
        <w:object w:dxaOrig="220" w:dyaOrig="660" w14:anchorId="05DC397C">
          <v:shape id="_x0000_i1470" type="#_x0000_t75" style="width:11.5pt;height:33.5pt" o:ole="">
            <v:imagedata r:id="rId890" o:title=""/>
          </v:shape>
          <o:OLEObject Type="Embed" ProgID="Equation.DSMT4" ShapeID="_x0000_i1470" DrawAspect="Content" ObjectID="_1702753026" r:id="rId891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D. </w:t>
      </w:r>
      <w:r w:rsidR="00DF1C2A" w:rsidRPr="000B2A56">
        <w:rPr>
          <w:rFonts w:ascii="Palatino Linotype" w:hAnsi="Palatino Linotype" w:cs="Chu Van An (Uni)"/>
          <w:position w:val="-24"/>
          <w:sz w:val="24"/>
          <w:szCs w:val="24"/>
          <w:lang w:val="vi-VN"/>
        </w:rPr>
        <w:object w:dxaOrig="240" w:dyaOrig="660" w14:anchorId="6C95F760">
          <v:shape id="_x0000_i1471" type="#_x0000_t75" style="width:12.5pt;height:33.5pt" o:ole="">
            <v:imagedata r:id="rId892" o:title=""/>
          </v:shape>
          <o:OLEObject Type="Embed" ProgID="Equation.DSMT4" ShapeID="_x0000_i1471" DrawAspect="Content" ObjectID="_1702753027" r:id="rId893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>.</w:t>
      </w:r>
    </w:p>
    <w:p w14:paraId="59D93517" w14:textId="7893B529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szCs w:val="24"/>
          <w:lang w:val="fr-FR"/>
        </w:rPr>
      </w:pPr>
      <w:r w:rsidRPr="000B2A56">
        <w:rPr>
          <w:rFonts w:ascii="Palatino Linotype" w:hAnsi="Palatino Linotype" w:cs="Chu Van An (Uni)"/>
          <w:color w:val="000000"/>
          <w:sz w:val="24"/>
          <w:szCs w:val="24"/>
          <w:lang w:val="fr-FR"/>
        </w:rPr>
        <w:t>Hàm số</w:t>
      </w:r>
      <w:r w:rsidRPr="000B2A56">
        <w:rPr>
          <w:rFonts w:ascii="Palatino Linotype" w:hAnsi="Palatino Linotype" w:cs="Chu Van An (Uni) (Vietnamese)"/>
          <w:color w:val="000000"/>
          <w:sz w:val="24"/>
          <w:szCs w:val="24"/>
          <w:lang w:val="fr-FR"/>
        </w:rPr>
        <w:t xml:space="preserve"> nào sau đây có giá tr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fr-FR"/>
        </w:rPr>
        <w:t xml:space="preserve">ị nhỏ nhất tại </w:t>
      </w:r>
      <w:r w:rsidRPr="000B2A56">
        <w:rPr>
          <w:position w:val="-24"/>
          <w:lang w:val="fr-FR"/>
        </w:rPr>
        <w:object w:dxaOrig="600" w:dyaOrig="620" w14:anchorId="504019F5">
          <v:shape id="_x0000_i1472" type="#_x0000_t75" style="width:30pt;height:31pt" o:ole="">
            <v:imagedata r:id="rId894" o:title=""/>
          </v:shape>
          <o:OLEObject Type="Embed" ProgID="Equation.DSMT4" ShapeID="_x0000_i1472" DrawAspect="Content" ObjectID="_1702753028" r:id="rId895"/>
        </w:objec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fr-FR"/>
        </w:rPr>
        <w:t>?</w:t>
      </w:r>
    </w:p>
    <w:p w14:paraId="43A6E7F5" w14:textId="58123C8F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A. </w:t>
      </w:r>
      <w:r w:rsidR="00DF1C2A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1620" w:dyaOrig="360" w14:anchorId="46309E0D">
          <v:shape id="_x0000_i1473" type="#_x0000_t75" style="width:81pt;height:18.5pt" o:ole="">
            <v:imagedata r:id="rId896" o:title=""/>
          </v:shape>
          <o:OLEObject Type="Embed" ProgID="Equation.DSMT4" ShapeID="_x0000_i1473" DrawAspect="Content" ObjectID="_1702753029" r:id="rId897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B. </w:t>
      </w:r>
      <w:r w:rsidR="00DF1C2A" w:rsidRPr="000B2A56">
        <w:rPr>
          <w:rFonts w:ascii="Palatino Linotype" w:hAnsi="Palatino Linotype" w:cs="Chu Van An (Uni)"/>
          <w:position w:val="-24"/>
          <w:sz w:val="24"/>
          <w:lang w:val="fr-FR"/>
        </w:rPr>
        <w:object w:dxaOrig="1640" w:dyaOrig="620" w14:anchorId="522C2E97">
          <v:shape id="_x0000_i1474" type="#_x0000_t75" style="width:82pt;height:31pt" o:ole="">
            <v:imagedata r:id="rId898" o:title=""/>
          </v:shape>
          <o:OLEObject Type="Embed" ProgID="Equation.DSMT4" ShapeID="_x0000_i1474" DrawAspect="Content" ObjectID="_1702753030" r:id="rId899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C. </w:t>
      </w:r>
      <w:r w:rsidR="00DF1C2A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1660" w:dyaOrig="360" w14:anchorId="040436D8">
          <v:shape id="_x0000_i1475" type="#_x0000_t75" style="width:82pt;height:18.5pt" o:ole="">
            <v:imagedata r:id="rId900" o:title=""/>
          </v:shape>
          <o:OLEObject Type="Embed" ProgID="Equation.DSMT4" ShapeID="_x0000_i1475" DrawAspect="Content" ObjectID="_1702753031" r:id="rId901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D. </w:t>
      </w:r>
      <w:r w:rsidR="00DF1C2A" w:rsidRPr="000B2A56">
        <w:rPr>
          <w:rFonts w:ascii="Palatino Linotype" w:hAnsi="Palatino Linotype" w:cs="Chu Van An (Uni)"/>
          <w:position w:val="-24"/>
          <w:sz w:val="24"/>
          <w:lang w:val="fr-FR"/>
        </w:rPr>
        <w:object w:dxaOrig="1480" w:dyaOrig="620" w14:anchorId="30B8A3BC">
          <v:shape id="_x0000_i1476" type="#_x0000_t75" style="width:73.5pt;height:31pt" o:ole="">
            <v:imagedata r:id="rId902" o:title=""/>
          </v:shape>
          <o:OLEObject Type="Embed" ProgID="Equation.DSMT4" ShapeID="_x0000_i1476" DrawAspect="Content" ObjectID="_1702753032" r:id="rId903"/>
        </w:object>
      </w:r>
      <w:r w:rsidR="00DF1C2A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</w:p>
    <w:p w14:paraId="67EF247D" w14:textId="67C86AA0" w:rsidR="00DF1C2A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szCs w:val="24"/>
          <w:lang w:val="sv-SE"/>
        </w:rPr>
      </w:pPr>
      <w:r w:rsidRPr="000B2A5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CA481" wp14:editId="758FD80E">
                <wp:simplePos x="0" y="0"/>
                <wp:positionH relativeFrom="column">
                  <wp:posOffset>800100</wp:posOffset>
                </wp:positionH>
                <wp:positionV relativeFrom="paragraph">
                  <wp:posOffset>8589010</wp:posOffset>
                </wp:positionV>
                <wp:extent cx="12065" cy="23495"/>
                <wp:effectExtent l="0" t="0" r="26035" b="14605"/>
                <wp:wrapNone/>
                <wp:docPr id="155" name="Straight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234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BDB24" id="Straight Connector 15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676.3pt" to="63.95pt,6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" strokecolor="purple" strokeweight=".25pt"/>
            </w:pict>
          </mc:Fallback>
        </mc:AlternateContent>
      </w:r>
      <w:r w:rsidRPr="000B2A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08035" wp14:editId="5323331D">
                <wp:simplePos x="0" y="0"/>
                <wp:positionH relativeFrom="column">
                  <wp:posOffset>812165</wp:posOffset>
                </wp:positionH>
                <wp:positionV relativeFrom="paragraph">
                  <wp:posOffset>8589010</wp:posOffset>
                </wp:positionV>
                <wp:extent cx="12065" cy="23495"/>
                <wp:effectExtent l="0" t="0" r="26035" b="14605"/>
                <wp:wrapNone/>
                <wp:docPr id="154" name="Straight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" cy="234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2770F" id="Straight Connector 15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95pt,676.3pt" to="64.9pt,6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" strokecolor="purple" strokeweight=".25pt"/>
            </w:pict>
          </mc:Fallback>
        </mc:AlternateConten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sv-SE"/>
        </w:rPr>
        <w:t xml:space="preserve">Nếu 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nl-NL"/>
        </w:rPr>
        <w:t>hàm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sv-SE"/>
        </w:rPr>
        <w:t xml:space="preserve"> số </w:t>
      </w:r>
      <w:r w:rsidRPr="000B2A56">
        <w:rPr>
          <w:position w:val="-10"/>
          <w:lang w:val="sv-SE"/>
        </w:rPr>
        <w:object w:dxaOrig="1540" w:dyaOrig="360" w14:anchorId="47672FCB">
          <v:shape id="_x0000_i1477" type="#_x0000_t75" style="width:76pt;height:18.5pt" o:ole="">
            <v:imagedata r:id="rId904" o:title=""/>
          </v:shape>
          <o:OLEObject Type="Embed" ProgID="Equation.DSMT4" ShapeID="_x0000_i1477" DrawAspect="Content" ObjectID="_1702753033" r:id="rId905"/>
        </w:object>
      </w:r>
      <w:r w:rsidRPr="000B2A56">
        <w:rPr>
          <w:rFonts w:ascii="Palatino Linotype" w:hAnsi="Palatino Linotype" w:cs="Chu Van An (Uni) CE"/>
          <w:color w:val="000000"/>
          <w:sz w:val="24"/>
          <w:szCs w:val="24"/>
          <w:lang w:val="sv-SE"/>
        </w:rPr>
        <w:t xml:space="preserve"> có đ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sv-SE"/>
        </w:rPr>
        <w:t>ồ thị</w:t>
      </w:r>
      <w:r w:rsidRPr="000B2A56">
        <w:rPr>
          <w:rFonts w:ascii="Palatino Linotype" w:hAnsi="Palatino Linotype" w:cs="Chu Van An (Uni) (Vietnamese)"/>
          <w:color w:val="000000"/>
          <w:sz w:val="24"/>
          <w:szCs w:val="24"/>
          <w:lang w:val="sv-SE"/>
        </w:rPr>
        <w:t xml:space="preserve"> như sau th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sv-SE"/>
        </w:rPr>
        <w:t>ì dấu các hệ số của nó là:</w:t>
      </w:r>
    </w:p>
    <w:p w14:paraId="4EF07D74" w14:textId="77777777" w:rsidR="005E66A8" w:rsidRPr="000B2A56" w:rsidRDefault="00DF1C2A" w:rsidP="005E66A8">
      <w:pPr>
        <w:pStyle w:val="ListParagraph"/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szCs w:val="24"/>
          <w:lang w:val="sv-SE"/>
        </w:rPr>
      </w:pPr>
      <w:r w:rsidRPr="000B2A56">
        <w:rPr>
          <w:rFonts w:ascii="Palatino Linotype" w:hAnsi="Palatino Linotype"/>
          <w:noProof/>
          <w:sz w:val="24"/>
        </w:rPr>
        <mc:AlternateContent>
          <mc:Choice Requires="wpg">
            <w:drawing>
              <wp:inline distT="0" distB="0" distL="0" distR="0" wp14:anchorId="086CD2C7" wp14:editId="51DEDDB4">
                <wp:extent cx="1079500" cy="944880"/>
                <wp:effectExtent l="0" t="19050" r="25400" b="26670"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944880"/>
                          <a:chOff x="1314" y="4194"/>
                          <a:chExt cx="1875" cy="1725"/>
                        </a:xfrm>
                      </wpg:grpSpPr>
                      <wps:wsp>
                        <wps:cNvPr id="157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1314" y="5169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8" name="Group 673"/>
                        <wpg:cNvGrpSpPr>
                          <a:grpSpLocks/>
                        </wpg:cNvGrpSpPr>
                        <wpg:grpSpPr bwMode="auto">
                          <a:xfrm>
                            <a:off x="1554" y="4194"/>
                            <a:ext cx="1635" cy="1725"/>
                            <a:chOff x="1659" y="4194"/>
                            <a:chExt cx="1635" cy="1725"/>
                          </a:xfrm>
                        </wpg:grpSpPr>
                        <wpg:grpSp>
                          <wpg:cNvPr id="159" name="Group 674"/>
                          <wpg:cNvGrpSpPr>
                            <a:grpSpLocks/>
                          </wpg:cNvGrpSpPr>
                          <wpg:grpSpPr bwMode="auto">
                            <a:xfrm flipV="1">
                              <a:off x="1659" y="4644"/>
                              <a:ext cx="872" cy="1002"/>
                              <a:chOff x="3955" y="6174"/>
                              <a:chExt cx="872" cy="1002"/>
                            </a:xfrm>
                          </wpg:grpSpPr>
                          <wps:wsp>
                            <wps:cNvPr id="160" name="Freeform 675"/>
                            <wps:cNvSpPr>
                              <a:spLocks/>
                            </wps:cNvSpPr>
                            <wps:spPr bwMode="auto">
                              <a:xfrm>
                                <a:off x="3955" y="6174"/>
                                <a:ext cx="747" cy="1002"/>
                              </a:xfrm>
                              <a:custGeom>
                                <a:avLst/>
                                <a:gdLst>
                                  <a:gd name="T0" fmla="*/ 10 w 747"/>
                                  <a:gd name="T1" fmla="*/ 969 h 1002"/>
                                  <a:gd name="T2" fmla="*/ 19 w 747"/>
                                  <a:gd name="T3" fmla="*/ 932 h 1002"/>
                                  <a:gd name="T4" fmla="*/ 24 w 747"/>
                                  <a:gd name="T5" fmla="*/ 895 h 1002"/>
                                  <a:gd name="T6" fmla="*/ 34 w 747"/>
                                  <a:gd name="T7" fmla="*/ 858 h 1002"/>
                                  <a:gd name="T8" fmla="*/ 43 w 747"/>
                                  <a:gd name="T9" fmla="*/ 826 h 1002"/>
                                  <a:gd name="T10" fmla="*/ 53 w 747"/>
                                  <a:gd name="T11" fmla="*/ 789 h 1002"/>
                                  <a:gd name="T12" fmla="*/ 58 w 747"/>
                                  <a:gd name="T13" fmla="*/ 756 h 1002"/>
                                  <a:gd name="T14" fmla="*/ 68 w 747"/>
                                  <a:gd name="T15" fmla="*/ 724 h 1002"/>
                                  <a:gd name="T16" fmla="*/ 77 w 747"/>
                                  <a:gd name="T17" fmla="*/ 691 h 1002"/>
                                  <a:gd name="T18" fmla="*/ 87 w 747"/>
                                  <a:gd name="T19" fmla="*/ 659 h 1002"/>
                                  <a:gd name="T20" fmla="*/ 92 w 747"/>
                                  <a:gd name="T21" fmla="*/ 626 h 1002"/>
                                  <a:gd name="T22" fmla="*/ 101 w 747"/>
                                  <a:gd name="T23" fmla="*/ 594 h 1002"/>
                                  <a:gd name="T24" fmla="*/ 111 w 747"/>
                                  <a:gd name="T25" fmla="*/ 561 h 1002"/>
                                  <a:gd name="T26" fmla="*/ 121 w 747"/>
                                  <a:gd name="T27" fmla="*/ 529 h 1002"/>
                                  <a:gd name="T28" fmla="*/ 130 w 747"/>
                                  <a:gd name="T29" fmla="*/ 496 h 1002"/>
                                  <a:gd name="T30" fmla="*/ 140 w 747"/>
                                  <a:gd name="T31" fmla="*/ 464 h 1002"/>
                                  <a:gd name="T32" fmla="*/ 150 w 747"/>
                                  <a:gd name="T33" fmla="*/ 436 h 1002"/>
                                  <a:gd name="T34" fmla="*/ 159 w 747"/>
                                  <a:gd name="T35" fmla="*/ 404 h 1002"/>
                                  <a:gd name="T36" fmla="*/ 174 w 747"/>
                                  <a:gd name="T37" fmla="*/ 371 h 1002"/>
                                  <a:gd name="T38" fmla="*/ 183 w 747"/>
                                  <a:gd name="T39" fmla="*/ 343 h 1002"/>
                                  <a:gd name="T40" fmla="*/ 193 w 747"/>
                                  <a:gd name="T41" fmla="*/ 311 h 1002"/>
                                  <a:gd name="T42" fmla="*/ 207 w 747"/>
                                  <a:gd name="T43" fmla="*/ 283 h 1002"/>
                                  <a:gd name="T44" fmla="*/ 217 w 747"/>
                                  <a:gd name="T45" fmla="*/ 255 h 1002"/>
                                  <a:gd name="T46" fmla="*/ 227 w 747"/>
                                  <a:gd name="T47" fmla="*/ 232 h 1002"/>
                                  <a:gd name="T48" fmla="*/ 241 w 747"/>
                                  <a:gd name="T49" fmla="*/ 204 h 1002"/>
                                  <a:gd name="T50" fmla="*/ 251 w 747"/>
                                  <a:gd name="T51" fmla="*/ 181 h 1002"/>
                                  <a:gd name="T52" fmla="*/ 265 w 747"/>
                                  <a:gd name="T53" fmla="*/ 162 h 1002"/>
                                  <a:gd name="T54" fmla="*/ 275 w 747"/>
                                  <a:gd name="T55" fmla="*/ 139 h 1002"/>
                                  <a:gd name="T56" fmla="*/ 294 w 747"/>
                                  <a:gd name="T57" fmla="*/ 111 h 1002"/>
                                  <a:gd name="T58" fmla="*/ 309 w 747"/>
                                  <a:gd name="T59" fmla="*/ 93 h 1002"/>
                                  <a:gd name="T60" fmla="*/ 323 w 747"/>
                                  <a:gd name="T61" fmla="*/ 70 h 1002"/>
                                  <a:gd name="T62" fmla="*/ 342 w 747"/>
                                  <a:gd name="T63" fmla="*/ 51 h 1002"/>
                                  <a:gd name="T64" fmla="*/ 357 w 747"/>
                                  <a:gd name="T65" fmla="*/ 33 h 1002"/>
                                  <a:gd name="T66" fmla="*/ 381 w 747"/>
                                  <a:gd name="T67" fmla="*/ 19 h 1002"/>
                                  <a:gd name="T68" fmla="*/ 400 w 747"/>
                                  <a:gd name="T69" fmla="*/ 5 h 1002"/>
                                  <a:gd name="T70" fmla="*/ 429 w 747"/>
                                  <a:gd name="T71" fmla="*/ 0 h 1002"/>
                                  <a:gd name="T72" fmla="*/ 458 w 747"/>
                                  <a:gd name="T73" fmla="*/ 5 h 1002"/>
                                  <a:gd name="T74" fmla="*/ 487 w 747"/>
                                  <a:gd name="T75" fmla="*/ 14 h 1002"/>
                                  <a:gd name="T76" fmla="*/ 506 w 747"/>
                                  <a:gd name="T77" fmla="*/ 28 h 1002"/>
                                  <a:gd name="T78" fmla="*/ 530 w 747"/>
                                  <a:gd name="T79" fmla="*/ 42 h 1002"/>
                                  <a:gd name="T80" fmla="*/ 550 w 747"/>
                                  <a:gd name="T81" fmla="*/ 65 h 1002"/>
                                  <a:gd name="T82" fmla="*/ 564 w 747"/>
                                  <a:gd name="T83" fmla="*/ 88 h 1002"/>
                                  <a:gd name="T84" fmla="*/ 583 w 747"/>
                                  <a:gd name="T85" fmla="*/ 107 h 1002"/>
                                  <a:gd name="T86" fmla="*/ 598 w 747"/>
                                  <a:gd name="T87" fmla="*/ 130 h 1002"/>
                                  <a:gd name="T88" fmla="*/ 612 w 747"/>
                                  <a:gd name="T89" fmla="*/ 158 h 1002"/>
                                  <a:gd name="T90" fmla="*/ 622 w 747"/>
                                  <a:gd name="T91" fmla="*/ 186 h 1002"/>
                                  <a:gd name="T92" fmla="*/ 636 w 747"/>
                                  <a:gd name="T93" fmla="*/ 204 h 1002"/>
                                  <a:gd name="T94" fmla="*/ 651 w 747"/>
                                  <a:gd name="T95" fmla="*/ 237 h 1002"/>
                                  <a:gd name="T96" fmla="*/ 660 w 747"/>
                                  <a:gd name="T97" fmla="*/ 264 h 1002"/>
                                  <a:gd name="T98" fmla="*/ 670 w 747"/>
                                  <a:gd name="T99" fmla="*/ 292 h 1002"/>
                                  <a:gd name="T100" fmla="*/ 684 w 747"/>
                                  <a:gd name="T101" fmla="*/ 320 h 1002"/>
                                  <a:gd name="T102" fmla="*/ 694 w 747"/>
                                  <a:gd name="T103" fmla="*/ 348 h 1002"/>
                                  <a:gd name="T104" fmla="*/ 704 w 747"/>
                                  <a:gd name="T105" fmla="*/ 380 h 1002"/>
                                  <a:gd name="T106" fmla="*/ 718 w 747"/>
                                  <a:gd name="T107" fmla="*/ 413 h 1002"/>
                                  <a:gd name="T108" fmla="*/ 728 w 747"/>
                                  <a:gd name="T109" fmla="*/ 445 h 1002"/>
                                  <a:gd name="T110" fmla="*/ 737 w 747"/>
                                  <a:gd name="T111" fmla="*/ 478 h 1002"/>
                                  <a:gd name="T112" fmla="*/ 747 w 747"/>
                                  <a:gd name="T113" fmla="*/ 506 h 10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47" h="1002">
                                    <a:moveTo>
                                      <a:pt x="0" y="1002"/>
                                    </a:moveTo>
                                    <a:lnTo>
                                      <a:pt x="5" y="997"/>
                                    </a:lnTo>
                                    <a:lnTo>
                                      <a:pt x="5" y="993"/>
                                    </a:lnTo>
                                    <a:lnTo>
                                      <a:pt x="5" y="988"/>
                                    </a:lnTo>
                                    <a:lnTo>
                                      <a:pt x="5" y="983"/>
                                    </a:lnTo>
                                    <a:lnTo>
                                      <a:pt x="10" y="974"/>
                                    </a:lnTo>
                                    <a:lnTo>
                                      <a:pt x="10" y="969"/>
                                    </a:lnTo>
                                    <a:lnTo>
                                      <a:pt x="10" y="965"/>
                                    </a:lnTo>
                                    <a:lnTo>
                                      <a:pt x="10" y="960"/>
                                    </a:lnTo>
                                    <a:lnTo>
                                      <a:pt x="15" y="955"/>
                                    </a:lnTo>
                                    <a:lnTo>
                                      <a:pt x="15" y="951"/>
                                    </a:lnTo>
                                    <a:lnTo>
                                      <a:pt x="15" y="942"/>
                                    </a:lnTo>
                                    <a:lnTo>
                                      <a:pt x="15" y="937"/>
                                    </a:lnTo>
                                    <a:lnTo>
                                      <a:pt x="19" y="932"/>
                                    </a:lnTo>
                                    <a:lnTo>
                                      <a:pt x="19" y="928"/>
                                    </a:lnTo>
                                    <a:lnTo>
                                      <a:pt x="19" y="923"/>
                                    </a:lnTo>
                                    <a:lnTo>
                                      <a:pt x="19" y="918"/>
                                    </a:lnTo>
                                    <a:lnTo>
                                      <a:pt x="24" y="909"/>
                                    </a:lnTo>
                                    <a:lnTo>
                                      <a:pt x="24" y="904"/>
                                    </a:lnTo>
                                    <a:lnTo>
                                      <a:pt x="24" y="900"/>
                                    </a:lnTo>
                                    <a:lnTo>
                                      <a:pt x="24" y="895"/>
                                    </a:lnTo>
                                    <a:lnTo>
                                      <a:pt x="29" y="891"/>
                                    </a:lnTo>
                                    <a:lnTo>
                                      <a:pt x="29" y="886"/>
                                    </a:lnTo>
                                    <a:lnTo>
                                      <a:pt x="29" y="881"/>
                                    </a:lnTo>
                                    <a:lnTo>
                                      <a:pt x="29" y="877"/>
                                    </a:lnTo>
                                    <a:lnTo>
                                      <a:pt x="34" y="872"/>
                                    </a:lnTo>
                                    <a:lnTo>
                                      <a:pt x="34" y="863"/>
                                    </a:lnTo>
                                    <a:lnTo>
                                      <a:pt x="34" y="858"/>
                                    </a:lnTo>
                                    <a:lnTo>
                                      <a:pt x="34" y="853"/>
                                    </a:lnTo>
                                    <a:lnTo>
                                      <a:pt x="39" y="849"/>
                                    </a:lnTo>
                                    <a:lnTo>
                                      <a:pt x="39" y="844"/>
                                    </a:lnTo>
                                    <a:lnTo>
                                      <a:pt x="39" y="840"/>
                                    </a:lnTo>
                                    <a:lnTo>
                                      <a:pt x="39" y="835"/>
                                    </a:lnTo>
                                    <a:lnTo>
                                      <a:pt x="43" y="830"/>
                                    </a:lnTo>
                                    <a:lnTo>
                                      <a:pt x="43" y="826"/>
                                    </a:lnTo>
                                    <a:lnTo>
                                      <a:pt x="43" y="821"/>
                                    </a:lnTo>
                                    <a:lnTo>
                                      <a:pt x="43" y="816"/>
                                    </a:lnTo>
                                    <a:lnTo>
                                      <a:pt x="48" y="80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48" y="798"/>
                                    </a:lnTo>
                                    <a:lnTo>
                                      <a:pt x="48" y="793"/>
                                    </a:lnTo>
                                    <a:lnTo>
                                      <a:pt x="53" y="789"/>
                                    </a:lnTo>
                                    <a:lnTo>
                                      <a:pt x="53" y="784"/>
                                    </a:lnTo>
                                    <a:lnTo>
                                      <a:pt x="53" y="779"/>
                                    </a:lnTo>
                                    <a:lnTo>
                                      <a:pt x="53" y="775"/>
                                    </a:lnTo>
                                    <a:lnTo>
                                      <a:pt x="58" y="770"/>
                                    </a:lnTo>
                                    <a:lnTo>
                                      <a:pt x="58" y="765"/>
                                    </a:lnTo>
                                    <a:lnTo>
                                      <a:pt x="58" y="761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63" y="751"/>
                                    </a:lnTo>
                                    <a:lnTo>
                                      <a:pt x="63" y="747"/>
                                    </a:lnTo>
                                    <a:lnTo>
                                      <a:pt x="63" y="742"/>
                                    </a:lnTo>
                                    <a:lnTo>
                                      <a:pt x="63" y="738"/>
                                    </a:lnTo>
                                    <a:lnTo>
                                      <a:pt x="68" y="733"/>
                                    </a:lnTo>
                                    <a:lnTo>
                                      <a:pt x="68" y="728"/>
                                    </a:lnTo>
                                    <a:lnTo>
                                      <a:pt x="68" y="724"/>
                                    </a:lnTo>
                                    <a:lnTo>
                                      <a:pt x="68" y="719"/>
                                    </a:lnTo>
                                    <a:lnTo>
                                      <a:pt x="72" y="714"/>
                                    </a:lnTo>
                                    <a:lnTo>
                                      <a:pt x="72" y="710"/>
                                    </a:lnTo>
                                    <a:lnTo>
                                      <a:pt x="72" y="705"/>
                                    </a:lnTo>
                                    <a:lnTo>
                                      <a:pt x="72" y="700"/>
                                    </a:lnTo>
                                    <a:lnTo>
                                      <a:pt x="77" y="696"/>
                                    </a:lnTo>
                                    <a:lnTo>
                                      <a:pt x="77" y="691"/>
                                    </a:lnTo>
                                    <a:lnTo>
                                      <a:pt x="77" y="686"/>
                                    </a:lnTo>
                                    <a:lnTo>
                                      <a:pt x="77" y="682"/>
                                    </a:lnTo>
                                    <a:lnTo>
                                      <a:pt x="82" y="677"/>
                                    </a:lnTo>
                                    <a:lnTo>
                                      <a:pt x="82" y="673"/>
                                    </a:lnTo>
                                    <a:lnTo>
                                      <a:pt x="82" y="668"/>
                                    </a:lnTo>
                                    <a:lnTo>
                                      <a:pt x="82" y="663"/>
                                    </a:lnTo>
                                    <a:lnTo>
                                      <a:pt x="87" y="659"/>
                                    </a:lnTo>
                                    <a:lnTo>
                                      <a:pt x="87" y="654"/>
                                    </a:lnTo>
                                    <a:lnTo>
                                      <a:pt x="87" y="649"/>
                                    </a:lnTo>
                                    <a:lnTo>
                                      <a:pt x="87" y="645"/>
                                    </a:lnTo>
                                    <a:lnTo>
                                      <a:pt x="92" y="640"/>
                                    </a:lnTo>
                                    <a:lnTo>
                                      <a:pt x="92" y="635"/>
                                    </a:lnTo>
                                    <a:lnTo>
                                      <a:pt x="92" y="631"/>
                                    </a:lnTo>
                                    <a:lnTo>
                                      <a:pt x="92" y="626"/>
                                    </a:lnTo>
                                    <a:lnTo>
                                      <a:pt x="97" y="622"/>
                                    </a:lnTo>
                                    <a:lnTo>
                                      <a:pt x="97" y="617"/>
                                    </a:lnTo>
                                    <a:lnTo>
                                      <a:pt x="97" y="612"/>
                                    </a:lnTo>
                                    <a:lnTo>
                                      <a:pt x="101" y="608"/>
                                    </a:lnTo>
                                    <a:lnTo>
                                      <a:pt x="101" y="603"/>
                                    </a:lnTo>
                                    <a:lnTo>
                                      <a:pt x="101" y="598"/>
                                    </a:lnTo>
                                    <a:lnTo>
                                      <a:pt x="101" y="594"/>
                                    </a:lnTo>
                                    <a:lnTo>
                                      <a:pt x="106" y="589"/>
                                    </a:lnTo>
                                    <a:lnTo>
                                      <a:pt x="106" y="584"/>
                                    </a:lnTo>
                                    <a:lnTo>
                                      <a:pt x="106" y="580"/>
                                    </a:lnTo>
                                    <a:lnTo>
                                      <a:pt x="106" y="575"/>
                                    </a:lnTo>
                                    <a:lnTo>
                                      <a:pt x="111" y="571"/>
                                    </a:lnTo>
                                    <a:lnTo>
                                      <a:pt x="111" y="566"/>
                                    </a:lnTo>
                                    <a:lnTo>
                                      <a:pt x="111" y="561"/>
                                    </a:lnTo>
                                    <a:lnTo>
                                      <a:pt x="116" y="557"/>
                                    </a:lnTo>
                                    <a:lnTo>
                                      <a:pt x="116" y="552"/>
                                    </a:lnTo>
                                    <a:lnTo>
                                      <a:pt x="116" y="547"/>
                                    </a:lnTo>
                                    <a:lnTo>
                                      <a:pt x="116" y="543"/>
                                    </a:lnTo>
                                    <a:lnTo>
                                      <a:pt x="121" y="538"/>
                                    </a:lnTo>
                                    <a:lnTo>
                                      <a:pt x="121" y="533"/>
                                    </a:lnTo>
                                    <a:lnTo>
                                      <a:pt x="121" y="529"/>
                                    </a:lnTo>
                                    <a:lnTo>
                                      <a:pt x="125" y="524"/>
                                    </a:lnTo>
                                    <a:lnTo>
                                      <a:pt x="125" y="520"/>
                                    </a:lnTo>
                                    <a:lnTo>
                                      <a:pt x="125" y="515"/>
                                    </a:lnTo>
                                    <a:lnTo>
                                      <a:pt x="125" y="510"/>
                                    </a:lnTo>
                                    <a:lnTo>
                                      <a:pt x="130" y="506"/>
                                    </a:lnTo>
                                    <a:lnTo>
                                      <a:pt x="130" y="501"/>
                                    </a:lnTo>
                                    <a:lnTo>
                                      <a:pt x="130" y="496"/>
                                    </a:lnTo>
                                    <a:lnTo>
                                      <a:pt x="135" y="492"/>
                                    </a:lnTo>
                                    <a:lnTo>
                                      <a:pt x="135" y="487"/>
                                    </a:lnTo>
                                    <a:lnTo>
                                      <a:pt x="135" y="482"/>
                                    </a:lnTo>
                                    <a:lnTo>
                                      <a:pt x="135" y="478"/>
                                    </a:lnTo>
                                    <a:lnTo>
                                      <a:pt x="140" y="473"/>
                                    </a:lnTo>
                                    <a:lnTo>
                                      <a:pt x="140" y="469"/>
                                    </a:lnTo>
                                    <a:lnTo>
                                      <a:pt x="140" y="464"/>
                                    </a:lnTo>
                                    <a:lnTo>
                                      <a:pt x="140" y="459"/>
                                    </a:lnTo>
                                    <a:lnTo>
                                      <a:pt x="145" y="459"/>
                                    </a:lnTo>
                                    <a:lnTo>
                                      <a:pt x="145" y="455"/>
                                    </a:lnTo>
                                    <a:lnTo>
                                      <a:pt x="145" y="450"/>
                                    </a:lnTo>
                                    <a:lnTo>
                                      <a:pt x="145" y="445"/>
                                    </a:lnTo>
                                    <a:lnTo>
                                      <a:pt x="150" y="441"/>
                                    </a:lnTo>
                                    <a:lnTo>
                                      <a:pt x="150" y="436"/>
                                    </a:lnTo>
                                    <a:lnTo>
                                      <a:pt x="150" y="431"/>
                                    </a:lnTo>
                                    <a:lnTo>
                                      <a:pt x="154" y="427"/>
                                    </a:lnTo>
                                    <a:lnTo>
                                      <a:pt x="154" y="422"/>
                                    </a:lnTo>
                                    <a:lnTo>
                                      <a:pt x="154" y="418"/>
                                    </a:lnTo>
                                    <a:lnTo>
                                      <a:pt x="159" y="413"/>
                                    </a:lnTo>
                                    <a:lnTo>
                                      <a:pt x="159" y="408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64" y="399"/>
                                    </a:lnTo>
                                    <a:lnTo>
                                      <a:pt x="164" y="394"/>
                                    </a:lnTo>
                                    <a:lnTo>
                                      <a:pt x="164" y="390"/>
                                    </a:lnTo>
                                    <a:lnTo>
                                      <a:pt x="169" y="385"/>
                                    </a:lnTo>
                                    <a:lnTo>
                                      <a:pt x="169" y="380"/>
                                    </a:lnTo>
                                    <a:lnTo>
                                      <a:pt x="169" y="376"/>
                                    </a:lnTo>
                                    <a:lnTo>
                                      <a:pt x="174" y="371"/>
                                    </a:lnTo>
                                    <a:lnTo>
                                      <a:pt x="174" y="366"/>
                                    </a:lnTo>
                                    <a:lnTo>
                                      <a:pt x="174" y="362"/>
                                    </a:lnTo>
                                    <a:lnTo>
                                      <a:pt x="178" y="357"/>
                                    </a:lnTo>
                                    <a:lnTo>
                                      <a:pt x="178" y="353"/>
                                    </a:lnTo>
                                    <a:lnTo>
                                      <a:pt x="178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3" y="343"/>
                                    </a:lnTo>
                                    <a:lnTo>
                                      <a:pt x="183" y="339"/>
                                    </a:lnTo>
                                    <a:lnTo>
                                      <a:pt x="188" y="334"/>
                                    </a:lnTo>
                                    <a:lnTo>
                                      <a:pt x="188" y="329"/>
                                    </a:lnTo>
                                    <a:lnTo>
                                      <a:pt x="188" y="325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15"/>
                                    </a:lnTo>
                                    <a:lnTo>
                                      <a:pt x="193" y="311"/>
                                    </a:lnTo>
                                    <a:lnTo>
                                      <a:pt x="198" y="306"/>
                                    </a:lnTo>
                                    <a:lnTo>
                                      <a:pt x="198" y="302"/>
                                    </a:lnTo>
                                    <a:lnTo>
                                      <a:pt x="198" y="297"/>
                                    </a:lnTo>
                                    <a:lnTo>
                                      <a:pt x="203" y="297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07" y="283"/>
                                    </a:lnTo>
                                    <a:lnTo>
                                      <a:pt x="207" y="278"/>
                                    </a:lnTo>
                                    <a:lnTo>
                                      <a:pt x="207" y="274"/>
                                    </a:lnTo>
                                    <a:lnTo>
                                      <a:pt x="212" y="274"/>
                                    </a:lnTo>
                                    <a:lnTo>
                                      <a:pt x="212" y="269"/>
                                    </a:lnTo>
                                    <a:lnTo>
                                      <a:pt x="212" y="264"/>
                                    </a:lnTo>
                                    <a:lnTo>
                                      <a:pt x="217" y="260"/>
                                    </a:lnTo>
                                    <a:lnTo>
                                      <a:pt x="217" y="255"/>
                                    </a:lnTo>
                                    <a:lnTo>
                                      <a:pt x="217" y="251"/>
                                    </a:lnTo>
                                    <a:lnTo>
                                      <a:pt x="222" y="251"/>
                                    </a:lnTo>
                                    <a:lnTo>
                                      <a:pt x="222" y="246"/>
                                    </a:lnTo>
                                    <a:lnTo>
                                      <a:pt x="222" y="241"/>
                                    </a:lnTo>
                                    <a:lnTo>
                                      <a:pt x="227" y="241"/>
                                    </a:lnTo>
                                    <a:lnTo>
                                      <a:pt x="227" y="237"/>
                                    </a:lnTo>
                                    <a:lnTo>
                                      <a:pt x="227" y="232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36" y="218"/>
                                    </a:lnTo>
                                    <a:lnTo>
                                      <a:pt x="236" y="213"/>
                                    </a:lnTo>
                                    <a:lnTo>
                                      <a:pt x="236" y="209"/>
                                    </a:lnTo>
                                    <a:lnTo>
                                      <a:pt x="241" y="209"/>
                                    </a:lnTo>
                                    <a:lnTo>
                                      <a:pt x="241" y="204"/>
                                    </a:lnTo>
                                    <a:lnTo>
                                      <a:pt x="241" y="200"/>
                                    </a:lnTo>
                                    <a:lnTo>
                                      <a:pt x="246" y="200"/>
                                    </a:lnTo>
                                    <a:lnTo>
                                      <a:pt x="246" y="195"/>
                                    </a:lnTo>
                                    <a:lnTo>
                                      <a:pt x="246" y="190"/>
                                    </a:lnTo>
                                    <a:lnTo>
                                      <a:pt x="251" y="190"/>
                                    </a:lnTo>
                                    <a:lnTo>
                                      <a:pt x="251" y="186"/>
                                    </a:lnTo>
                                    <a:lnTo>
                                      <a:pt x="251" y="181"/>
                                    </a:lnTo>
                                    <a:lnTo>
                                      <a:pt x="256" y="181"/>
                                    </a:lnTo>
                                    <a:lnTo>
                                      <a:pt x="256" y="176"/>
                                    </a:lnTo>
                                    <a:lnTo>
                                      <a:pt x="256" y="172"/>
                                    </a:lnTo>
                                    <a:lnTo>
                                      <a:pt x="260" y="172"/>
                                    </a:lnTo>
                                    <a:lnTo>
                                      <a:pt x="260" y="167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65" y="162"/>
                                    </a:lnTo>
                                    <a:lnTo>
                                      <a:pt x="265" y="158"/>
                                    </a:lnTo>
                                    <a:lnTo>
                                      <a:pt x="265" y="153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49"/>
                                    </a:lnTo>
                                    <a:lnTo>
                                      <a:pt x="270" y="144"/>
                                    </a:lnTo>
                                    <a:lnTo>
                                      <a:pt x="275" y="144"/>
                                    </a:lnTo>
                                    <a:lnTo>
                                      <a:pt x="275" y="139"/>
                                    </a:lnTo>
                                    <a:lnTo>
                                      <a:pt x="280" y="135"/>
                                    </a:lnTo>
                                    <a:lnTo>
                                      <a:pt x="280" y="130"/>
                                    </a:lnTo>
                                    <a:lnTo>
                                      <a:pt x="284" y="125"/>
                                    </a:lnTo>
                                    <a:lnTo>
                                      <a:pt x="284" y="121"/>
                                    </a:lnTo>
                                    <a:lnTo>
                                      <a:pt x="289" y="121"/>
                                    </a:lnTo>
                                    <a:lnTo>
                                      <a:pt x="289" y="116"/>
                                    </a:lnTo>
                                    <a:lnTo>
                                      <a:pt x="294" y="111"/>
                                    </a:lnTo>
                                    <a:lnTo>
                                      <a:pt x="294" y="107"/>
                                    </a:lnTo>
                                    <a:lnTo>
                                      <a:pt x="299" y="107"/>
                                    </a:lnTo>
                                    <a:lnTo>
                                      <a:pt x="299" y="102"/>
                                    </a:lnTo>
                                    <a:lnTo>
                                      <a:pt x="299" y="97"/>
                                    </a:lnTo>
                                    <a:lnTo>
                                      <a:pt x="304" y="97"/>
                                    </a:lnTo>
                                    <a:lnTo>
                                      <a:pt x="304" y="93"/>
                                    </a:lnTo>
                                    <a:lnTo>
                                      <a:pt x="309" y="93"/>
                                    </a:lnTo>
                                    <a:lnTo>
                                      <a:pt x="309" y="88"/>
                                    </a:lnTo>
                                    <a:lnTo>
                                      <a:pt x="313" y="84"/>
                                    </a:lnTo>
                                    <a:lnTo>
                                      <a:pt x="313" y="79"/>
                                    </a:lnTo>
                                    <a:lnTo>
                                      <a:pt x="318" y="79"/>
                                    </a:lnTo>
                                    <a:lnTo>
                                      <a:pt x="318" y="74"/>
                                    </a:lnTo>
                                    <a:lnTo>
                                      <a:pt x="323" y="74"/>
                                    </a:lnTo>
                                    <a:lnTo>
                                      <a:pt x="323" y="70"/>
                                    </a:lnTo>
                                    <a:lnTo>
                                      <a:pt x="328" y="65"/>
                                    </a:lnTo>
                                    <a:lnTo>
                                      <a:pt x="328" y="60"/>
                                    </a:lnTo>
                                    <a:lnTo>
                                      <a:pt x="333" y="60"/>
                                    </a:lnTo>
                                    <a:lnTo>
                                      <a:pt x="333" y="56"/>
                                    </a:lnTo>
                                    <a:lnTo>
                                      <a:pt x="337" y="56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42" y="51"/>
                                    </a:lnTo>
                                    <a:lnTo>
                                      <a:pt x="342" y="46"/>
                                    </a:lnTo>
                                    <a:lnTo>
                                      <a:pt x="347" y="46"/>
                                    </a:lnTo>
                                    <a:lnTo>
                                      <a:pt x="347" y="42"/>
                                    </a:lnTo>
                                    <a:lnTo>
                                      <a:pt x="352" y="42"/>
                                    </a:lnTo>
                                    <a:lnTo>
                                      <a:pt x="352" y="37"/>
                                    </a:lnTo>
                                    <a:lnTo>
                                      <a:pt x="357" y="37"/>
                                    </a:lnTo>
                                    <a:lnTo>
                                      <a:pt x="357" y="33"/>
                                    </a:lnTo>
                                    <a:lnTo>
                                      <a:pt x="362" y="33"/>
                                    </a:lnTo>
                                    <a:lnTo>
                                      <a:pt x="362" y="28"/>
                                    </a:lnTo>
                                    <a:lnTo>
                                      <a:pt x="366" y="28"/>
                                    </a:lnTo>
                                    <a:lnTo>
                                      <a:pt x="371" y="23"/>
                                    </a:lnTo>
                                    <a:lnTo>
                                      <a:pt x="376" y="23"/>
                                    </a:lnTo>
                                    <a:lnTo>
                                      <a:pt x="376" y="19"/>
                                    </a:lnTo>
                                    <a:lnTo>
                                      <a:pt x="381" y="19"/>
                                    </a:lnTo>
                                    <a:lnTo>
                                      <a:pt x="381" y="14"/>
                                    </a:lnTo>
                                    <a:lnTo>
                                      <a:pt x="386" y="14"/>
                                    </a:lnTo>
                                    <a:lnTo>
                                      <a:pt x="390" y="14"/>
                                    </a:lnTo>
                                    <a:lnTo>
                                      <a:pt x="390" y="9"/>
                                    </a:lnTo>
                                    <a:lnTo>
                                      <a:pt x="395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0" y="5"/>
                                    </a:lnTo>
                                    <a:lnTo>
                                      <a:pt x="405" y="5"/>
                                    </a:lnTo>
                                    <a:lnTo>
                                      <a:pt x="410" y="5"/>
                                    </a:lnTo>
                                    <a:lnTo>
                                      <a:pt x="415" y="5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4" y="0"/>
                                    </a:lnTo>
                                    <a:lnTo>
                                      <a:pt x="429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8" y="0"/>
                                    </a:lnTo>
                                    <a:lnTo>
                                      <a:pt x="458" y="5"/>
                                    </a:lnTo>
                                    <a:lnTo>
                                      <a:pt x="463" y="5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72" y="5"/>
                                    </a:lnTo>
                                    <a:lnTo>
                                      <a:pt x="472" y="9"/>
                                    </a:lnTo>
                                    <a:lnTo>
                                      <a:pt x="477" y="9"/>
                                    </a:lnTo>
                                    <a:lnTo>
                                      <a:pt x="482" y="9"/>
                                    </a:lnTo>
                                    <a:lnTo>
                                      <a:pt x="487" y="14"/>
                                    </a:lnTo>
                                    <a:lnTo>
                                      <a:pt x="492" y="1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6" y="19"/>
                                    </a:lnTo>
                                    <a:lnTo>
                                      <a:pt x="501" y="19"/>
                                    </a:lnTo>
                                    <a:lnTo>
                                      <a:pt x="501" y="23"/>
                                    </a:lnTo>
                                    <a:lnTo>
                                      <a:pt x="506" y="23"/>
                                    </a:lnTo>
                                    <a:lnTo>
                                      <a:pt x="506" y="28"/>
                                    </a:lnTo>
                                    <a:lnTo>
                                      <a:pt x="511" y="28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21" y="33"/>
                                    </a:lnTo>
                                    <a:lnTo>
                                      <a:pt x="521" y="37"/>
                                    </a:lnTo>
                                    <a:lnTo>
                                      <a:pt x="525" y="37"/>
                                    </a:lnTo>
                                    <a:lnTo>
                                      <a:pt x="525" y="42"/>
                                    </a:lnTo>
                                    <a:lnTo>
                                      <a:pt x="530" y="42"/>
                                    </a:lnTo>
                                    <a:lnTo>
                                      <a:pt x="530" y="46"/>
                                    </a:lnTo>
                                    <a:lnTo>
                                      <a:pt x="535" y="46"/>
                                    </a:lnTo>
                                    <a:lnTo>
                                      <a:pt x="535" y="51"/>
                                    </a:lnTo>
                                    <a:lnTo>
                                      <a:pt x="540" y="51"/>
                                    </a:lnTo>
                                    <a:lnTo>
                                      <a:pt x="540" y="56"/>
                                    </a:lnTo>
                                    <a:lnTo>
                                      <a:pt x="545" y="60"/>
                                    </a:lnTo>
                                    <a:lnTo>
                                      <a:pt x="550" y="65"/>
                                    </a:lnTo>
                                    <a:lnTo>
                                      <a:pt x="550" y="70"/>
                                    </a:lnTo>
                                    <a:lnTo>
                                      <a:pt x="554" y="70"/>
                                    </a:lnTo>
                                    <a:lnTo>
                                      <a:pt x="554" y="74"/>
                                    </a:lnTo>
                                    <a:lnTo>
                                      <a:pt x="559" y="74"/>
                                    </a:lnTo>
                                    <a:lnTo>
                                      <a:pt x="559" y="79"/>
                                    </a:lnTo>
                                    <a:lnTo>
                                      <a:pt x="564" y="84"/>
                                    </a:lnTo>
                                    <a:lnTo>
                                      <a:pt x="564" y="88"/>
                                    </a:lnTo>
                                    <a:lnTo>
                                      <a:pt x="569" y="88"/>
                                    </a:lnTo>
                                    <a:lnTo>
                                      <a:pt x="569" y="93"/>
                                    </a:lnTo>
                                    <a:lnTo>
                                      <a:pt x="574" y="93"/>
                                    </a:lnTo>
                                    <a:lnTo>
                                      <a:pt x="574" y="97"/>
                                    </a:lnTo>
                                    <a:lnTo>
                                      <a:pt x="578" y="102"/>
                                    </a:lnTo>
                                    <a:lnTo>
                                      <a:pt x="578" y="107"/>
                                    </a:lnTo>
                                    <a:lnTo>
                                      <a:pt x="583" y="107"/>
                                    </a:lnTo>
                                    <a:lnTo>
                                      <a:pt x="583" y="111"/>
                                    </a:lnTo>
                                    <a:lnTo>
                                      <a:pt x="583" y="116"/>
                                    </a:lnTo>
                                    <a:lnTo>
                                      <a:pt x="588" y="116"/>
                                    </a:lnTo>
                                    <a:lnTo>
                                      <a:pt x="588" y="121"/>
                                    </a:lnTo>
                                    <a:lnTo>
                                      <a:pt x="593" y="125"/>
                                    </a:lnTo>
                                    <a:lnTo>
                                      <a:pt x="593" y="130"/>
                                    </a:lnTo>
                                    <a:lnTo>
                                      <a:pt x="598" y="130"/>
                                    </a:lnTo>
                                    <a:lnTo>
                                      <a:pt x="598" y="135"/>
                                    </a:lnTo>
                                    <a:lnTo>
                                      <a:pt x="598" y="139"/>
                                    </a:lnTo>
                                    <a:lnTo>
                                      <a:pt x="603" y="139"/>
                                    </a:lnTo>
                                    <a:lnTo>
                                      <a:pt x="603" y="144"/>
                                    </a:lnTo>
                                    <a:lnTo>
                                      <a:pt x="607" y="149"/>
                                    </a:lnTo>
                                    <a:lnTo>
                                      <a:pt x="607" y="153"/>
                                    </a:lnTo>
                                    <a:lnTo>
                                      <a:pt x="612" y="158"/>
                                    </a:lnTo>
                                    <a:lnTo>
                                      <a:pt x="612" y="162"/>
                                    </a:lnTo>
                                    <a:lnTo>
                                      <a:pt x="617" y="167"/>
                                    </a:lnTo>
                                    <a:lnTo>
                                      <a:pt x="617" y="172"/>
                                    </a:lnTo>
                                    <a:lnTo>
                                      <a:pt x="617" y="176"/>
                                    </a:lnTo>
                                    <a:lnTo>
                                      <a:pt x="622" y="176"/>
                                    </a:lnTo>
                                    <a:lnTo>
                                      <a:pt x="622" y="181"/>
                                    </a:lnTo>
                                    <a:lnTo>
                                      <a:pt x="622" y="186"/>
                                    </a:lnTo>
                                    <a:lnTo>
                                      <a:pt x="627" y="186"/>
                                    </a:lnTo>
                                    <a:lnTo>
                                      <a:pt x="627" y="190"/>
                                    </a:lnTo>
                                    <a:lnTo>
                                      <a:pt x="627" y="195"/>
                                    </a:lnTo>
                                    <a:lnTo>
                                      <a:pt x="631" y="195"/>
                                    </a:lnTo>
                                    <a:lnTo>
                                      <a:pt x="631" y="200"/>
                                    </a:lnTo>
                                    <a:lnTo>
                                      <a:pt x="631" y="204"/>
                                    </a:lnTo>
                                    <a:lnTo>
                                      <a:pt x="636" y="204"/>
                                    </a:lnTo>
                                    <a:lnTo>
                                      <a:pt x="636" y="209"/>
                                    </a:lnTo>
                                    <a:lnTo>
                                      <a:pt x="636" y="213"/>
                                    </a:lnTo>
                                    <a:lnTo>
                                      <a:pt x="641" y="218"/>
                                    </a:lnTo>
                                    <a:lnTo>
                                      <a:pt x="641" y="223"/>
                                    </a:lnTo>
                                    <a:lnTo>
                                      <a:pt x="646" y="227"/>
                                    </a:lnTo>
                                    <a:lnTo>
                                      <a:pt x="646" y="232"/>
                                    </a:lnTo>
                                    <a:lnTo>
                                      <a:pt x="651" y="237"/>
                                    </a:lnTo>
                                    <a:lnTo>
                                      <a:pt x="651" y="241"/>
                                    </a:lnTo>
                                    <a:lnTo>
                                      <a:pt x="651" y="246"/>
                                    </a:lnTo>
                                    <a:lnTo>
                                      <a:pt x="656" y="246"/>
                                    </a:lnTo>
                                    <a:lnTo>
                                      <a:pt x="656" y="251"/>
                                    </a:lnTo>
                                    <a:lnTo>
                                      <a:pt x="656" y="255"/>
                                    </a:lnTo>
                                    <a:lnTo>
                                      <a:pt x="660" y="260"/>
                                    </a:lnTo>
                                    <a:lnTo>
                                      <a:pt x="660" y="264"/>
                                    </a:lnTo>
                                    <a:lnTo>
                                      <a:pt x="660" y="269"/>
                                    </a:lnTo>
                                    <a:lnTo>
                                      <a:pt x="665" y="269"/>
                                    </a:lnTo>
                                    <a:lnTo>
                                      <a:pt x="665" y="274"/>
                                    </a:lnTo>
                                    <a:lnTo>
                                      <a:pt x="665" y="278"/>
                                    </a:lnTo>
                                    <a:lnTo>
                                      <a:pt x="670" y="283"/>
                                    </a:lnTo>
                                    <a:lnTo>
                                      <a:pt x="670" y="288"/>
                                    </a:lnTo>
                                    <a:lnTo>
                                      <a:pt x="670" y="292"/>
                                    </a:lnTo>
                                    <a:lnTo>
                                      <a:pt x="675" y="292"/>
                                    </a:lnTo>
                                    <a:lnTo>
                                      <a:pt x="675" y="297"/>
                                    </a:lnTo>
                                    <a:lnTo>
                                      <a:pt x="675" y="302"/>
                                    </a:lnTo>
                                    <a:lnTo>
                                      <a:pt x="680" y="306"/>
                                    </a:lnTo>
                                    <a:lnTo>
                                      <a:pt x="680" y="311"/>
                                    </a:lnTo>
                                    <a:lnTo>
                                      <a:pt x="680" y="315"/>
                                    </a:lnTo>
                                    <a:lnTo>
                                      <a:pt x="684" y="320"/>
                                    </a:lnTo>
                                    <a:lnTo>
                                      <a:pt x="684" y="325"/>
                                    </a:lnTo>
                                    <a:lnTo>
                                      <a:pt x="684" y="329"/>
                                    </a:lnTo>
                                    <a:lnTo>
                                      <a:pt x="689" y="329"/>
                                    </a:lnTo>
                                    <a:lnTo>
                                      <a:pt x="689" y="334"/>
                                    </a:lnTo>
                                    <a:lnTo>
                                      <a:pt x="689" y="339"/>
                                    </a:lnTo>
                                    <a:lnTo>
                                      <a:pt x="694" y="343"/>
                                    </a:lnTo>
                                    <a:lnTo>
                                      <a:pt x="694" y="348"/>
                                    </a:lnTo>
                                    <a:lnTo>
                                      <a:pt x="694" y="353"/>
                                    </a:lnTo>
                                    <a:lnTo>
                                      <a:pt x="699" y="357"/>
                                    </a:lnTo>
                                    <a:lnTo>
                                      <a:pt x="699" y="362"/>
                                    </a:lnTo>
                                    <a:lnTo>
                                      <a:pt x="699" y="366"/>
                                    </a:lnTo>
                                    <a:lnTo>
                                      <a:pt x="704" y="371"/>
                                    </a:lnTo>
                                    <a:lnTo>
                                      <a:pt x="704" y="376"/>
                                    </a:lnTo>
                                    <a:lnTo>
                                      <a:pt x="704" y="380"/>
                                    </a:lnTo>
                                    <a:lnTo>
                                      <a:pt x="709" y="385"/>
                                    </a:lnTo>
                                    <a:lnTo>
                                      <a:pt x="709" y="390"/>
                                    </a:lnTo>
                                    <a:lnTo>
                                      <a:pt x="709" y="394"/>
                                    </a:lnTo>
                                    <a:lnTo>
                                      <a:pt x="713" y="399"/>
                                    </a:lnTo>
                                    <a:lnTo>
                                      <a:pt x="713" y="404"/>
                                    </a:lnTo>
                                    <a:lnTo>
                                      <a:pt x="713" y="408"/>
                                    </a:lnTo>
                                    <a:lnTo>
                                      <a:pt x="718" y="413"/>
                                    </a:lnTo>
                                    <a:lnTo>
                                      <a:pt x="718" y="418"/>
                                    </a:lnTo>
                                    <a:lnTo>
                                      <a:pt x="718" y="422"/>
                                    </a:lnTo>
                                    <a:lnTo>
                                      <a:pt x="723" y="427"/>
                                    </a:lnTo>
                                    <a:lnTo>
                                      <a:pt x="723" y="431"/>
                                    </a:lnTo>
                                    <a:lnTo>
                                      <a:pt x="723" y="436"/>
                                    </a:lnTo>
                                    <a:lnTo>
                                      <a:pt x="728" y="441"/>
                                    </a:lnTo>
                                    <a:lnTo>
                                      <a:pt x="728" y="445"/>
                                    </a:lnTo>
                                    <a:lnTo>
                                      <a:pt x="728" y="450"/>
                                    </a:lnTo>
                                    <a:lnTo>
                                      <a:pt x="733" y="455"/>
                                    </a:lnTo>
                                    <a:lnTo>
                                      <a:pt x="733" y="459"/>
                                    </a:lnTo>
                                    <a:lnTo>
                                      <a:pt x="733" y="464"/>
                                    </a:lnTo>
                                    <a:lnTo>
                                      <a:pt x="737" y="469"/>
                                    </a:lnTo>
                                    <a:lnTo>
                                      <a:pt x="737" y="473"/>
                                    </a:lnTo>
                                    <a:lnTo>
                                      <a:pt x="737" y="478"/>
                                    </a:lnTo>
                                    <a:lnTo>
                                      <a:pt x="737" y="482"/>
                                    </a:lnTo>
                                    <a:lnTo>
                                      <a:pt x="742" y="482"/>
                                    </a:lnTo>
                                    <a:lnTo>
                                      <a:pt x="742" y="487"/>
                                    </a:lnTo>
                                    <a:lnTo>
                                      <a:pt x="742" y="492"/>
                                    </a:lnTo>
                                    <a:lnTo>
                                      <a:pt x="742" y="496"/>
                                    </a:lnTo>
                                    <a:lnTo>
                                      <a:pt x="747" y="501"/>
                                    </a:lnTo>
                                    <a:lnTo>
                                      <a:pt x="747" y="506"/>
                                    </a:lnTo>
                                    <a:lnTo>
                                      <a:pt x="747" y="510"/>
                                    </a:ln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800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Freeform 676"/>
                            <wps:cNvSpPr>
                              <a:spLocks/>
                            </wps:cNvSpPr>
                            <wps:spPr bwMode="auto">
                              <a:xfrm>
                                <a:off x="4702" y="6684"/>
                                <a:ext cx="125" cy="492"/>
                              </a:xfrm>
                              <a:custGeom>
                                <a:avLst/>
                                <a:gdLst>
                                  <a:gd name="T0" fmla="*/ 5 w 125"/>
                                  <a:gd name="T1" fmla="*/ 5 h 492"/>
                                  <a:gd name="T2" fmla="*/ 5 w 125"/>
                                  <a:gd name="T3" fmla="*/ 14 h 492"/>
                                  <a:gd name="T4" fmla="*/ 10 w 125"/>
                                  <a:gd name="T5" fmla="*/ 23 h 492"/>
                                  <a:gd name="T6" fmla="*/ 10 w 125"/>
                                  <a:gd name="T7" fmla="*/ 33 h 492"/>
                                  <a:gd name="T8" fmla="*/ 15 w 125"/>
                                  <a:gd name="T9" fmla="*/ 42 h 492"/>
                                  <a:gd name="T10" fmla="*/ 15 w 125"/>
                                  <a:gd name="T11" fmla="*/ 51 h 492"/>
                                  <a:gd name="T12" fmla="*/ 19 w 125"/>
                                  <a:gd name="T13" fmla="*/ 61 h 492"/>
                                  <a:gd name="T14" fmla="*/ 24 w 125"/>
                                  <a:gd name="T15" fmla="*/ 70 h 492"/>
                                  <a:gd name="T16" fmla="*/ 24 w 125"/>
                                  <a:gd name="T17" fmla="*/ 79 h 492"/>
                                  <a:gd name="T18" fmla="*/ 29 w 125"/>
                                  <a:gd name="T19" fmla="*/ 88 h 492"/>
                                  <a:gd name="T20" fmla="*/ 29 w 125"/>
                                  <a:gd name="T21" fmla="*/ 98 h 492"/>
                                  <a:gd name="T22" fmla="*/ 34 w 125"/>
                                  <a:gd name="T23" fmla="*/ 107 h 492"/>
                                  <a:gd name="T24" fmla="*/ 34 w 125"/>
                                  <a:gd name="T25" fmla="*/ 116 h 492"/>
                                  <a:gd name="T26" fmla="*/ 39 w 125"/>
                                  <a:gd name="T27" fmla="*/ 125 h 492"/>
                                  <a:gd name="T28" fmla="*/ 39 w 125"/>
                                  <a:gd name="T29" fmla="*/ 135 h 492"/>
                                  <a:gd name="T30" fmla="*/ 43 w 125"/>
                                  <a:gd name="T31" fmla="*/ 144 h 492"/>
                                  <a:gd name="T32" fmla="*/ 43 w 125"/>
                                  <a:gd name="T33" fmla="*/ 153 h 492"/>
                                  <a:gd name="T34" fmla="*/ 48 w 125"/>
                                  <a:gd name="T35" fmla="*/ 163 h 492"/>
                                  <a:gd name="T36" fmla="*/ 48 w 125"/>
                                  <a:gd name="T37" fmla="*/ 172 h 492"/>
                                  <a:gd name="T38" fmla="*/ 53 w 125"/>
                                  <a:gd name="T39" fmla="*/ 181 h 492"/>
                                  <a:gd name="T40" fmla="*/ 53 w 125"/>
                                  <a:gd name="T41" fmla="*/ 190 h 492"/>
                                  <a:gd name="T42" fmla="*/ 58 w 125"/>
                                  <a:gd name="T43" fmla="*/ 200 h 492"/>
                                  <a:gd name="T44" fmla="*/ 58 w 125"/>
                                  <a:gd name="T45" fmla="*/ 209 h 492"/>
                                  <a:gd name="T46" fmla="*/ 63 w 125"/>
                                  <a:gd name="T47" fmla="*/ 218 h 492"/>
                                  <a:gd name="T48" fmla="*/ 63 w 125"/>
                                  <a:gd name="T49" fmla="*/ 228 h 492"/>
                                  <a:gd name="T50" fmla="*/ 68 w 125"/>
                                  <a:gd name="T51" fmla="*/ 237 h 492"/>
                                  <a:gd name="T52" fmla="*/ 68 w 125"/>
                                  <a:gd name="T53" fmla="*/ 246 h 492"/>
                                  <a:gd name="T54" fmla="*/ 72 w 125"/>
                                  <a:gd name="T55" fmla="*/ 255 h 492"/>
                                  <a:gd name="T56" fmla="*/ 72 w 125"/>
                                  <a:gd name="T57" fmla="*/ 265 h 492"/>
                                  <a:gd name="T58" fmla="*/ 77 w 125"/>
                                  <a:gd name="T59" fmla="*/ 274 h 492"/>
                                  <a:gd name="T60" fmla="*/ 77 w 125"/>
                                  <a:gd name="T61" fmla="*/ 283 h 492"/>
                                  <a:gd name="T62" fmla="*/ 82 w 125"/>
                                  <a:gd name="T63" fmla="*/ 297 h 492"/>
                                  <a:gd name="T64" fmla="*/ 82 w 125"/>
                                  <a:gd name="T65" fmla="*/ 306 h 492"/>
                                  <a:gd name="T66" fmla="*/ 87 w 125"/>
                                  <a:gd name="T67" fmla="*/ 316 h 492"/>
                                  <a:gd name="T68" fmla="*/ 87 w 125"/>
                                  <a:gd name="T69" fmla="*/ 325 h 492"/>
                                  <a:gd name="T70" fmla="*/ 92 w 125"/>
                                  <a:gd name="T71" fmla="*/ 334 h 492"/>
                                  <a:gd name="T72" fmla="*/ 92 w 125"/>
                                  <a:gd name="T73" fmla="*/ 343 h 492"/>
                                  <a:gd name="T74" fmla="*/ 96 w 125"/>
                                  <a:gd name="T75" fmla="*/ 357 h 492"/>
                                  <a:gd name="T76" fmla="*/ 96 w 125"/>
                                  <a:gd name="T77" fmla="*/ 367 h 492"/>
                                  <a:gd name="T78" fmla="*/ 101 w 125"/>
                                  <a:gd name="T79" fmla="*/ 376 h 492"/>
                                  <a:gd name="T80" fmla="*/ 101 w 125"/>
                                  <a:gd name="T81" fmla="*/ 385 h 492"/>
                                  <a:gd name="T82" fmla="*/ 106 w 125"/>
                                  <a:gd name="T83" fmla="*/ 394 h 492"/>
                                  <a:gd name="T84" fmla="*/ 106 w 125"/>
                                  <a:gd name="T85" fmla="*/ 408 h 492"/>
                                  <a:gd name="T86" fmla="*/ 111 w 125"/>
                                  <a:gd name="T87" fmla="*/ 418 h 492"/>
                                  <a:gd name="T88" fmla="*/ 111 w 125"/>
                                  <a:gd name="T89" fmla="*/ 427 h 492"/>
                                  <a:gd name="T90" fmla="*/ 116 w 125"/>
                                  <a:gd name="T91" fmla="*/ 441 h 492"/>
                                  <a:gd name="T92" fmla="*/ 116 w 125"/>
                                  <a:gd name="T93" fmla="*/ 450 h 492"/>
                                  <a:gd name="T94" fmla="*/ 121 w 125"/>
                                  <a:gd name="T95" fmla="*/ 459 h 492"/>
                                  <a:gd name="T96" fmla="*/ 121 w 125"/>
                                  <a:gd name="T97" fmla="*/ 473 h 492"/>
                                  <a:gd name="T98" fmla="*/ 125 w 125"/>
                                  <a:gd name="T99" fmla="*/ 483 h 492"/>
                                  <a:gd name="T100" fmla="*/ 125 w 125"/>
                                  <a:gd name="T101" fmla="*/ 492 h 4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25" h="492">
                                    <a:moveTo>
                                      <a:pt x="0" y="0"/>
                                    </a:moveTo>
                                    <a:lnTo>
                                      <a:pt x="5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1"/>
                                    </a:lnTo>
                                    <a:lnTo>
                                      <a:pt x="19" y="56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5"/>
                                    </a:lnTo>
                                    <a:lnTo>
                                      <a:pt x="24" y="70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29" y="8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29" y="98"/>
                                    </a:lnTo>
                                    <a:lnTo>
                                      <a:pt x="29" y="102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2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39" y="125"/>
                                    </a:lnTo>
                                    <a:lnTo>
                                      <a:pt x="39" y="130"/>
                                    </a:lnTo>
                                    <a:lnTo>
                                      <a:pt x="39" y="135"/>
                                    </a:lnTo>
                                    <a:lnTo>
                                      <a:pt x="43" y="139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9"/>
                                    </a:lnTo>
                                    <a:lnTo>
                                      <a:pt x="43" y="153"/>
                                    </a:lnTo>
                                    <a:lnTo>
                                      <a:pt x="48" y="158"/>
                                    </a:lnTo>
                                    <a:lnTo>
                                      <a:pt x="48" y="163"/>
                                    </a:lnTo>
                                    <a:lnTo>
                                      <a:pt x="48" y="167"/>
                                    </a:lnTo>
                                    <a:lnTo>
                                      <a:pt x="48" y="172"/>
                                    </a:lnTo>
                                    <a:lnTo>
                                      <a:pt x="53" y="176"/>
                                    </a:lnTo>
                                    <a:lnTo>
                                      <a:pt x="53" y="181"/>
                                    </a:lnTo>
                                    <a:lnTo>
                                      <a:pt x="53" y="186"/>
                                    </a:lnTo>
                                    <a:lnTo>
                                      <a:pt x="53" y="190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58" y="200"/>
                                    </a:lnTo>
                                    <a:lnTo>
                                      <a:pt x="58" y="204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63" y="214"/>
                                    </a:lnTo>
                                    <a:lnTo>
                                      <a:pt x="63" y="218"/>
                                    </a:lnTo>
                                    <a:lnTo>
                                      <a:pt x="63" y="223"/>
                                    </a:lnTo>
                                    <a:lnTo>
                                      <a:pt x="63" y="228"/>
                                    </a:lnTo>
                                    <a:lnTo>
                                      <a:pt x="68" y="232"/>
                                    </a:lnTo>
                                    <a:lnTo>
                                      <a:pt x="68" y="237"/>
                                    </a:lnTo>
                                    <a:lnTo>
                                      <a:pt x="68" y="241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72" y="255"/>
                                    </a:lnTo>
                                    <a:lnTo>
                                      <a:pt x="72" y="260"/>
                                    </a:lnTo>
                                    <a:lnTo>
                                      <a:pt x="72" y="265"/>
                                    </a:lnTo>
                                    <a:lnTo>
                                      <a:pt x="77" y="269"/>
                                    </a:lnTo>
                                    <a:lnTo>
                                      <a:pt x="77" y="274"/>
                                    </a:lnTo>
                                    <a:lnTo>
                                      <a:pt x="77" y="279"/>
                                    </a:lnTo>
                                    <a:lnTo>
                                      <a:pt x="77" y="283"/>
                                    </a:lnTo>
                                    <a:lnTo>
                                      <a:pt x="82" y="288"/>
                                    </a:lnTo>
                                    <a:lnTo>
                                      <a:pt x="82" y="297"/>
                                    </a:lnTo>
                                    <a:lnTo>
                                      <a:pt x="82" y="302"/>
                                    </a:lnTo>
                                    <a:lnTo>
                                      <a:pt x="82" y="306"/>
                                    </a:lnTo>
                                    <a:lnTo>
                                      <a:pt x="87" y="311"/>
                                    </a:lnTo>
                                    <a:lnTo>
                                      <a:pt x="87" y="316"/>
                                    </a:lnTo>
                                    <a:lnTo>
                                      <a:pt x="87" y="320"/>
                                    </a:lnTo>
                                    <a:lnTo>
                                      <a:pt x="87" y="325"/>
                                    </a:lnTo>
                                    <a:lnTo>
                                      <a:pt x="92" y="330"/>
                                    </a:lnTo>
                                    <a:lnTo>
                                      <a:pt x="92" y="334"/>
                                    </a:lnTo>
                                    <a:lnTo>
                                      <a:pt x="92" y="339"/>
                                    </a:lnTo>
                                    <a:lnTo>
                                      <a:pt x="92" y="343"/>
                                    </a:lnTo>
                                    <a:lnTo>
                                      <a:pt x="96" y="348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96" y="362"/>
                                    </a:lnTo>
                                    <a:lnTo>
                                      <a:pt x="96" y="367"/>
                                    </a:lnTo>
                                    <a:lnTo>
                                      <a:pt x="101" y="371"/>
                                    </a:lnTo>
                                    <a:lnTo>
                                      <a:pt x="101" y="376"/>
                                    </a:lnTo>
                                    <a:lnTo>
                                      <a:pt x="101" y="381"/>
                                    </a:lnTo>
                                    <a:lnTo>
                                      <a:pt x="101" y="385"/>
                                    </a:lnTo>
                                    <a:lnTo>
                                      <a:pt x="106" y="390"/>
                                    </a:lnTo>
                                    <a:lnTo>
                                      <a:pt x="106" y="394"/>
                                    </a:lnTo>
                                    <a:lnTo>
                                      <a:pt x="106" y="404"/>
                                    </a:lnTo>
                                    <a:lnTo>
                                      <a:pt x="106" y="408"/>
                                    </a:lnTo>
                                    <a:lnTo>
                                      <a:pt x="106" y="413"/>
                                    </a:lnTo>
                                    <a:lnTo>
                                      <a:pt x="111" y="418"/>
                                    </a:lnTo>
                                    <a:lnTo>
                                      <a:pt x="111" y="422"/>
                                    </a:lnTo>
                                    <a:lnTo>
                                      <a:pt x="111" y="427"/>
                                    </a:lnTo>
                                    <a:lnTo>
                                      <a:pt x="111" y="432"/>
                                    </a:lnTo>
                                    <a:lnTo>
                                      <a:pt x="116" y="441"/>
                                    </a:lnTo>
                                    <a:lnTo>
                                      <a:pt x="116" y="445"/>
                                    </a:lnTo>
                                    <a:lnTo>
                                      <a:pt x="116" y="450"/>
                                    </a:lnTo>
                                    <a:lnTo>
                                      <a:pt x="116" y="455"/>
                                    </a:lnTo>
                                    <a:lnTo>
                                      <a:pt x="121" y="459"/>
                                    </a:lnTo>
                                    <a:lnTo>
                                      <a:pt x="121" y="464"/>
                                    </a:lnTo>
                                    <a:lnTo>
                                      <a:pt x="121" y="473"/>
                                    </a:lnTo>
                                    <a:lnTo>
                                      <a:pt x="121" y="478"/>
                                    </a:lnTo>
                                    <a:lnTo>
                                      <a:pt x="125" y="483"/>
                                    </a:lnTo>
                                    <a:lnTo>
                                      <a:pt x="125" y="487"/>
                                    </a:lnTo>
                                    <a:lnTo>
                                      <a:pt x="125" y="492"/>
                                    </a:ln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800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" name="Line 6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4" y="4299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Text Box 6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4" y="5139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19C5D2" w14:textId="77777777" w:rsidR="005E66A8" w:rsidRPr="009465C6" w:rsidRDefault="005E66A8" w:rsidP="00DF1C2A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164" name="Text Box 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4" y="419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FF28F6" w14:textId="77777777" w:rsidR="005E66A8" w:rsidRPr="009465C6" w:rsidRDefault="005E66A8" w:rsidP="00DF1C2A"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165" name="Text Box 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9" y="488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FC4AA7" w14:textId="77777777" w:rsidR="005E66A8" w:rsidRPr="009465C6" w:rsidRDefault="005E66A8" w:rsidP="00DF1C2A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6CD2C7" id="Group 156" o:spid="_x0000_s1026" style="width:85pt;height:74.4pt;mso-position-horizontal-relative:char;mso-position-vertical-relative:line" coordorigin="1314,4194" coordsize="187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">
                <v:line id="Line 672" o:spid="_x0000_s1027" style="position:absolute;visibility:visible;mso-wrap-style:square" from="1314,5169" to="3114,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">
                  <v:stroke endarrow="block"/>
                </v:line>
                <v:group id="Group 673" o:spid="_x0000_s1028" style="position:absolute;left:1554;top:4194;width:1635;height:1725" coordorigin="1659,4194" coordsize="1635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group id="Group 674" o:spid="_x0000_s1029" style="position:absolute;left:1659;top:4644;width:872;height:1002;flip:y" coordorigin="3955,6174" coordsize="87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">
                    <v:shape id="Freeform 675" o:spid="_x0000_s1030" style="position:absolute;left:3955;top:6174;width:747;height:1002;visibility:visible;mso-wrap-style:square;v-text-anchor:top" coordsize="747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" path="m,1002r5,-5l5,993r,-5l5,983r5,-9l10,969r,-4l10,960r5,-5l15,951r,-9l15,937r4,-5l19,928r,-5l19,918r5,-9l24,904r,-4l24,895r5,-4l29,886r,-5l29,877r5,-5l34,863r,-5l34,853r5,-4l39,844r,-4l39,835r4,-5l43,826r,-5l43,816r5,-9l48,802r,-4l48,793r5,-4l53,784r,-5l53,775r5,-5l58,765r,-4l58,756r5,-5l63,747r,-5l63,738r5,-5l68,728r,-4l68,719r4,-5l72,710r,-5l72,700r5,-4l77,691r,-5l77,682r5,-5l82,673r,-5l82,663r5,-4l87,654r,-5l87,645r5,-5l92,635r,-4l92,626r5,-4l97,617r,-5l101,608r,-5l101,598r,-4l106,589r,-5l106,580r,-5l111,571r,-5l111,561r5,-4l116,552r,-5l116,543r5,-5l121,533r,-4l125,524r,-4l125,515r,-5l130,506r,-5l130,496r5,-4l135,487r,-5l135,478r5,-5l140,469r,-5l140,459r5,l145,455r,-5l145,445r5,-4l150,436r,-5l154,427r,-5l154,418r5,-5l159,408r,-4l164,399r,-5l164,390r5,-5l169,380r,-4l174,371r,-5l174,362r4,-5l178,353r,-5l183,348r,-5l183,339r5,-5l188,329r,-4l193,320r,-5l193,311r5,-5l198,302r,-5l203,297r,-5l203,288r4,-5l207,278r,-4l212,274r,-5l212,264r5,-4l217,255r,-4l222,251r,-5l222,241r5,l227,237r,-5l231,227r,-4l236,218r,-5l236,209r5,l241,204r,-4l246,200r,-5l246,190r5,l251,186r,-5l256,181r,-5l256,172r4,l260,167r,-5l265,162r,-4l265,153r5,l270,149r,-5l275,144r,-5l280,135r,-5l284,125r,-4l289,121r,-5l294,111r,-4l299,107r,-5l299,97r5,l304,93r5,l309,88r4,-4l313,79r5,l318,74r5,l323,70r5,-5l328,60r5,l333,56r4,l337,51r5,l342,46r5,l347,42r5,l352,37r5,l357,33r5,l362,28r4,l371,23r5,l376,19r5,l381,14r5,l390,14r,-5l395,9r5,l400,5r5,l410,5r5,l415,r4,l424,r5,l434,r5,l443,r5,l453,r5,l458,5r5,l468,5r4,l472,9r5,l482,9r5,5l492,14r,5l496,19r5,l501,23r5,l506,28r5,l516,33r5,l521,37r4,l525,42r5,l530,46r5,l535,51r5,l540,56r5,4l550,65r,5l554,70r,4l559,74r,5l564,84r,4l569,88r,5l574,93r,4l578,102r,5l583,107r,4l583,116r5,l588,121r5,4l593,130r5,l598,135r,4l603,139r,5l607,149r,4l612,158r,4l617,167r,5l617,176r5,l622,181r,5l627,186r,4l627,195r4,l631,200r,4l636,204r,5l636,213r5,5l641,223r5,4l646,232r5,5l651,241r,5l656,246r,5l656,255r4,5l660,264r,5l665,269r,5l665,278r5,5l670,288r,4l675,292r,5l675,302r5,4l680,311r,4l684,320r,5l684,329r5,l689,334r,5l694,343r,5l694,353r5,4l699,362r,4l704,371r,5l704,380r5,5l709,390r,4l713,399r,5l713,408r5,5l718,418r,4l723,427r,4l723,436r5,5l728,445r,5l733,455r,4l733,464r4,5l737,473r,5l737,482r5,l742,487r,5l742,496r5,5l747,506r,4e" filled="f" strokecolor="purple" strokeweight="1.5pt">
                      <v:path arrowok="t" o:connecttype="custom" o:connectlocs="10,969;19,932;24,895;34,858;43,826;53,789;58,756;68,724;77,691;87,659;92,626;101,594;111,561;121,529;130,496;140,464;150,436;159,404;174,371;183,343;193,311;207,283;217,255;227,232;241,204;251,181;265,162;275,139;294,111;309,93;323,70;342,51;357,33;381,19;400,5;429,0;458,5;487,14;506,28;530,42;550,65;564,88;583,107;598,130;612,158;622,186;636,204;651,237;660,264;670,292;684,320;694,348;704,380;718,413;728,445;737,478;747,506" o:connectangles="0,0,0,0,0,0,0,0,0,0,0,0,0,0,0,0,0,0,0,0,0,0,0,0,0,0,0,0,0,0,0,0,0,0,0,0,0,0,0,0,0,0,0,0,0,0,0,0,0,0,0,0,0,0,0,0,0"/>
                    </v:shape>
                    <v:shape id="Freeform 676" o:spid="_x0000_s1031" style="position:absolute;left:4702;top:6684;width:125;height:492;visibility:visible;mso-wrap-style:square;v-text-anchor:top" coordsize="12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" path="m,l5,5r,5l5,14r,5l10,23r,5l10,33r5,4l15,42r,5l15,51r4,5l19,61r,4l24,70r,4l24,79r,5l29,88r,5l29,98r,4l34,107r,5l34,116r5,5l39,125r,5l39,135r4,4l43,144r,5l43,153r5,5l48,163r,4l48,172r5,4l53,181r,5l53,190r5,5l58,200r,4l58,209r5,5l63,218r,5l63,228r5,4l68,237r,4l68,246r4,5l72,255r,5l72,265r5,4l77,274r,5l77,283r5,5l82,297r,5l82,306r5,5l87,316r,4l87,325r5,5l92,334r,5l92,343r4,5l96,357r,5l96,367r5,4l101,376r,5l101,385r5,5l106,394r,10l106,408r,5l111,418r,4l111,427r,5l116,441r,4l116,450r,5l121,459r,5l121,473r,5l125,483r,4l125,492e" filled="f" strokecolor="purple" strokeweight="1.5pt">
                      <v:path arrowok="t" o:connecttype="custom" o:connectlocs="5,5;5,14;10,23;10,33;15,42;15,51;19,61;24,70;24,79;29,88;29,98;34,107;34,116;39,125;39,135;43,144;43,153;48,163;48,172;53,181;53,190;58,200;58,209;63,218;63,228;68,237;68,246;72,255;72,265;77,274;77,283;82,297;82,306;87,316;87,325;92,334;92,343;96,357;96,367;101,376;101,385;106,394;106,408;111,418;111,427;116,441;116,450;121,459;121,473;125,483;125,492" o:connectangles="0,0,0,0,0,0,0,0,0,0,0,0,0,0,0,0,0,0,0,0,0,0,0,0,0,0,0,0,0,0,0,0,0,0,0,0,0,0,0,0,0,0,0,0,0,0,0,0,0,0,0"/>
                    </v:shape>
                  </v:group>
                  <v:line id="Line 677" o:spid="_x0000_s1032" style="position:absolute;visibility:visible;mso-wrap-style:square" from="2294,4299" to="2294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">
                    <v:stroke start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78" o:spid="_x0000_s1033" type="#_x0000_t202" style="position:absolute;left:2934;top:513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" filled="f" stroked="f">
                    <v:textbox inset=".5mm,0,.5mm,0">
                      <w:txbxContent>
                        <w:p w14:paraId="2019C5D2" w14:textId="77777777" w:rsidR="005E66A8" w:rsidRPr="009465C6" w:rsidRDefault="005E66A8" w:rsidP="00DF1C2A"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679" o:spid="_x0000_s1034" type="#_x0000_t202" style="position:absolute;left:2064;top:419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" filled="f" stroked="f">
                    <v:textbox inset=".5mm,0,.5mm,0">
                      <w:txbxContent>
                        <w:p w14:paraId="3FFF28F6" w14:textId="77777777" w:rsidR="005E66A8" w:rsidRPr="009465C6" w:rsidRDefault="005E66A8" w:rsidP="00DF1C2A">
                          <w:r>
                            <w:t>y</w:t>
                          </w:r>
                        </w:p>
                      </w:txbxContent>
                    </v:textbox>
                  </v:shape>
                  <v:shape id="Text Box 680" o:spid="_x0000_s1035" type="#_x0000_t202" style="position:absolute;left:2049;top:488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" filled="f" stroked="f">
                    <v:textbox inset=".5mm,0,.5mm,0">
                      <w:txbxContent>
                        <w:p w14:paraId="51FC4AA7" w14:textId="77777777" w:rsidR="005E66A8" w:rsidRPr="009465C6" w:rsidRDefault="005E66A8" w:rsidP="00DF1C2A">
                          <w: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6F003E" w14:textId="301C649E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lang w:val="sv-SE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sv-SE"/>
        </w:rPr>
        <w:t xml:space="preserve">A. </w:t>
      </w:r>
      <w:r w:rsidR="00DF1C2A" w:rsidRPr="000B2A56">
        <w:rPr>
          <w:rFonts w:ascii="Palatino Linotype" w:hAnsi="Palatino Linotype" w:cs="Chu Van An (Uni)"/>
          <w:position w:val="-10"/>
          <w:sz w:val="24"/>
          <w:lang w:val="sv-SE"/>
        </w:rPr>
        <w:object w:dxaOrig="1860" w:dyaOrig="320" w14:anchorId="5CA14A92">
          <v:shape id="_x0000_i1478" type="#_x0000_t75" style="width:93pt;height:16.5pt" o:ole="">
            <v:imagedata r:id="rId906" o:title=""/>
          </v:shape>
          <o:OLEObject Type="Embed" ProgID="Equation.DSMT4" ShapeID="_x0000_i1478" DrawAspect="Content" ObjectID="_1702753034" r:id="rId907"/>
        </w:object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ab/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sv-SE"/>
        </w:rPr>
        <w:t xml:space="preserve">B. </w:t>
      </w:r>
      <w:r w:rsidR="00DF1C2A" w:rsidRPr="000B2A56">
        <w:rPr>
          <w:rFonts w:ascii="Palatino Linotype" w:hAnsi="Palatino Linotype" w:cs="Chu Van An (Uni)"/>
          <w:position w:val="-10"/>
          <w:sz w:val="24"/>
          <w:lang w:val="sv-SE"/>
        </w:rPr>
        <w:object w:dxaOrig="1860" w:dyaOrig="320" w14:anchorId="32B6BC59">
          <v:shape id="_x0000_i1479" type="#_x0000_t75" style="width:93pt;height:16.5pt" o:ole="">
            <v:imagedata r:id="rId908" o:title=""/>
          </v:shape>
          <o:OLEObject Type="Embed" ProgID="Equation.DSMT4" ShapeID="_x0000_i1479" DrawAspect="Content" ObjectID="_1702753035" r:id="rId909"/>
        </w:object>
      </w:r>
    </w:p>
    <w:p w14:paraId="22CC09AE" w14:textId="44861A4F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lang w:val="sv-SE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sv-SE"/>
        </w:rPr>
        <w:t xml:space="preserve">C. </w:t>
      </w:r>
      <w:r w:rsidR="00DF1C2A" w:rsidRPr="000B2A56">
        <w:rPr>
          <w:rFonts w:ascii="Palatino Linotype" w:hAnsi="Palatino Linotype" w:cs="Chu Van An (Uni)"/>
          <w:position w:val="-10"/>
          <w:sz w:val="24"/>
          <w:lang w:val="sv-SE"/>
        </w:rPr>
        <w:object w:dxaOrig="1860" w:dyaOrig="320" w14:anchorId="27647F18">
          <v:shape id="_x0000_i1480" type="#_x0000_t75" style="width:93pt;height:16.5pt" o:ole="">
            <v:imagedata r:id="rId910" o:title=""/>
          </v:shape>
          <o:OLEObject Type="Embed" ProgID="Equation.DSMT4" ShapeID="_x0000_i1480" DrawAspect="Content" ObjectID="_1702753036" r:id="rId911"/>
        </w:object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ab/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sv-SE"/>
        </w:rPr>
        <w:t xml:space="preserve">D. </w:t>
      </w:r>
      <w:r w:rsidR="00DF1C2A" w:rsidRPr="000B2A56">
        <w:rPr>
          <w:rFonts w:ascii="Palatino Linotype" w:hAnsi="Palatino Linotype" w:cs="Chu Van An (Uni)"/>
          <w:position w:val="-10"/>
          <w:sz w:val="24"/>
          <w:lang w:val="sv-SE"/>
        </w:rPr>
        <w:object w:dxaOrig="1840" w:dyaOrig="320" w14:anchorId="556C909D">
          <v:shape id="_x0000_i1481" type="#_x0000_t75" style="width:91pt;height:16.5pt" o:ole="">
            <v:imagedata r:id="rId912" o:title=""/>
          </v:shape>
          <o:OLEObject Type="Embed" ProgID="Equation.DSMT4" ShapeID="_x0000_i1481" DrawAspect="Content" ObjectID="_1702753037" r:id="rId913"/>
        </w:object>
      </w:r>
    </w:p>
    <w:p w14:paraId="3F245F29" w14:textId="71BCB917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 CE"/>
          <w:color w:val="000000"/>
          <w:sz w:val="24"/>
          <w:szCs w:val="24"/>
        </w:rPr>
      </w:pPr>
      <w:r w:rsidRPr="000B2A56">
        <w:rPr>
          <w:rFonts w:ascii="Palatino Linotype" w:hAnsi="Palatino Linotype" w:cs="Chu Van An (Uni)"/>
          <w:color w:val="000000"/>
          <w:sz w:val="24"/>
          <w:szCs w:val="24"/>
        </w:rPr>
        <w:t xml:space="preserve">Cho hàm số </w:t>
      </w:r>
      <w:r w:rsidRPr="000B2A56">
        <w:rPr>
          <w:position w:val="-14"/>
        </w:rPr>
        <w:object w:dxaOrig="2220" w:dyaOrig="400" w14:anchorId="40F4A928">
          <v:shape id="_x0000_i1482" type="#_x0000_t75" style="width:110.5pt;height:19.5pt" o:ole="">
            <v:imagedata r:id="rId914" o:title=""/>
          </v:shape>
          <o:OLEObject Type="Embed" ProgID="Equation.DSMT4" ShapeID="_x0000_i1482" DrawAspect="Content" ObjectID="_1702753038" r:id="rId915"/>
        </w:object>
      </w:r>
      <w:r w:rsidRPr="000B2A56">
        <w:rPr>
          <w:rFonts w:ascii="Palatino Linotype" w:hAnsi="Palatino Linotype" w:cs="Chu Van An (Uni) CE"/>
          <w:color w:val="000000"/>
          <w:sz w:val="24"/>
          <w:szCs w:val="24"/>
        </w:rPr>
        <w:t>. Khi đó:</w:t>
      </w:r>
    </w:p>
    <w:p w14:paraId="24FB3D17" w14:textId="3A857798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A. </w:t>
      </w:r>
      <w:r w:rsidR="00DF1C2A" w:rsidRPr="000B2A56">
        <w:rPr>
          <w:rFonts w:ascii="Palatino Linotype" w:hAnsi="Palatino Linotype" w:cs="Chu Van An (Uni) (Vietnamese)"/>
          <w:color w:val="000000"/>
          <w:sz w:val="24"/>
        </w:rPr>
        <w:t xml:space="preserve">Hàm số </w:t>
      </w:r>
      <w:r w:rsidR="00DF1C2A" w:rsidRPr="000B2A56">
        <w:rPr>
          <w:rFonts w:ascii="Palatino Linotype" w:hAnsi="Palatino Linotype" w:cs="Chu Van An (Uni)"/>
          <w:color w:val="000000"/>
          <w:sz w:val="24"/>
        </w:rPr>
        <w:t>giảm</w:t>
      </w:r>
      <w:r w:rsidR="00DF1C2A" w:rsidRPr="000B2A56">
        <w:rPr>
          <w:rFonts w:ascii="Palatino Linotype" w:hAnsi="Palatino Linotype" w:cs="Chu Van An (Uni) (Vietnamese)"/>
          <w:color w:val="000000"/>
          <w:sz w:val="24"/>
        </w:rPr>
        <w:t xml:space="preserve"> trên khoảng </w:t>
      </w:r>
      <w:r w:rsidR="00DF1C2A" w:rsidRPr="000B2A56">
        <w:rPr>
          <w:rFonts w:ascii="Palatino Linotype" w:hAnsi="Palatino Linotype" w:cs="Chu Van An (Uni)"/>
          <w:position w:val="-14"/>
          <w:sz w:val="24"/>
        </w:rPr>
        <w:object w:dxaOrig="760" w:dyaOrig="400" w14:anchorId="050A405F">
          <v:shape id="_x0000_i1483" type="#_x0000_t75" style="width:37.5pt;height:19.5pt" o:ole="">
            <v:imagedata r:id="rId916" o:title=""/>
          </v:shape>
          <o:OLEObject Type="Embed" ProgID="Equation.DSMT4" ShapeID="_x0000_i1483" DrawAspect="Content" ObjectID="_1702753039" r:id="rId917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B. </w:t>
      </w:r>
      <w:r w:rsidR="00DF1C2A" w:rsidRPr="000B2A56">
        <w:rPr>
          <w:rFonts w:ascii="Palatino Linotype" w:hAnsi="Palatino Linotype" w:cs="Chu Van An (Uni)"/>
          <w:color w:val="000000"/>
          <w:sz w:val="24"/>
        </w:rPr>
        <w:t xml:space="preserve">Hàm số </w:t>
      </w:r>
      <w:r w:rsidR="00DF1C2A" w:rsidRPr="000B2A56">
        <w:rPr>
          <w:rFonts w:ascii="Palatino Linotype" w:hAnsi="Palatino Linotype" w:cs="Chu Van An (Uni) (Vietnamese)"/>
          <w:color w:val="000000"/>
          <w:sz w:val="24"/>
        </w:rPr>
        <w:t>tăng</w:t>
      </w:r>
      <w:r w:rsidR="00DF1C2A" w:rsidRPr="000B2A56">
        <w:rPr>
          <w:rFonts w:ascii="Palatino Linotype" w:hAnsi="Palatino Linotype" w:cs="Chu Van An (Uni)"/>
          <w:color w:val="000000"/>
          <w:sz w:val="24"/>
        </w:rPr>
        <w:t xml:space="preserve"> trên khoảng </w:t>
      </w:r>
      <w:r w:rsidR="00DF1C2A" w:rsidRPr="000B2A56">
        <w:rPr>
          <w:rFonts w:ascii="Palatino Linotype" w:hAnsi="Palatino Linotype" w:cs="Chu Van An (Uni)"/>
          <w:position w:val="-14"/>
          <w:sz w:val="24"/>
        </w:rPr>
        <w:object w:dxaOrig="720" w:dyaOrig="400" w14:anchorId="75543202">
          <v:shape id="_x0000_i1484" type="#_x0000_t75" style="width:35.5pt;height:19.5pt" o:ole="">
            <v:imagedata r:id="rId918" o:title=""/>
          </v:shape>
          <o:OLEObject Type="Embed" ProgID="Equation.DSMT4" ShapeID="_x0000_i1484" DrawAspect="Content" ObjectID="_1702753040" r:id="rId919"/>
        </w:object>
      </w:r>
    </w:p>
    <w:p w14:paraId="670184C2" w14:textId="60175688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C. </w:t>
      </w:r>
      <w:r w:rsidR="00DF1C2A" w:rsidRPr="000B2A56">
        <w:rPr>
          <w:rFonts w:ascii="Palatino Linotype" w:hAnsi="Palatino Linotype" w:cs="Chu Van An (Uni) (Vietnamese)"/>
          <w:color w:val="000000"/>
          <w:sz w:val="24"/>
        </w:rPr>
        <w:t>Hàm số tăng t</w:t>
      </w:r>
      <w:r w:rsidR="00DF1C2A" w:rsidRPr="000B2A56">
        <w:rPr>
          <w:rFonts w:ascii="Palatino Linotype" w:hAnsi="Palatino Linotype" w:cs="Chu Van An (Uni)"/>
          <w:color w:val="000000"/>
          <w:sz w:val="24"/>
        </w:rPr>
        <w:t xml:space="preserve">rên khoảng </w:t>
      </w:r>
      <w:r w:rsidR="00DF1C2A" w:rsidRPr="000B2A56">
        <w:rPr>
          <w:rFonts w:ascii="Palatino Linotype" w:hAnsi="Palatino Linotype" w:cs="Chu Van An (Uni)"/>
          <w:position w:val="-14"/>
          <w:sz w:val="24"/>
        </w:rPr>
        <w:object w:dxaOrig="780" w:dyaOrig="400" w14:anchorId="3A0F6B17">
          <v:shape id="_x0000_i1485" type="#_x0000_t75" style="width:38.5pt;height:19.5pt" o:ole="">
            <v:imagedata r:id="rId920" o:title=""/>
          </v:shape>
          <o:OLEObject Type="Embed" ProgID="Equation.DSMT4" ShapeID="_x0000_i1485" DrawAspect="Content" ObjectID="_1702753041" r:id="rId921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D. </w:t>
      </w:r>
      <w:r w:rsidR="00DF1C2A" w:rsidRPr="000B2A56">
        <w:rPr>
          <w:rFonts w:ascii="Palatino Linotype" w:hAnsi="Palatino Linotype" w:cs="Chu Van An (Uni)"/>
          <w:color w:val="000000"/>
          <w:sz w:val="24"/>
        </w:rPr>
        <w:t xml:space="preserve">Hàm số giảm trên khoảng </w:t>
      </w:r>
      <w:r w:rsidR="00DF1C2A" w:rsidRPr="000B2A56">
        <w:rPr>
          <w:rFonts w:ascii="Palatino Linotype" w:hAnsi="Palatino Linotype" w:cs="Chu Van An (Uni)"/>
          <w:position w:val="-14"/>
          <w:sz w:val="24"/>
        </w:rPr>
        <w:object w:dxaOrig="880" w:dyaOrig="400" w14:anchorId="7C8C2EA3">
          <v:shape id="_x0000_i1486" type="#_x0000_t75" style="width:43.5pt;height:19.5pt" o:ole="">
            <v:imagedata r:id="rId922" o:title=""/>
          </v:shape>
          <o:OLEObject Type="Embed" ProgID="Equation.DSMT4" ShapeID="_x0000_i1486" DrawAspect="Content" ObjectID="_1702753042" r:id="rId923"/>
        </w:object>
      </w:r>
    </w:p>
    <w:p w14:paraId="136EC436" w14:textId="544E4318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color w:val="000000"/>
          <w:sz w:val="24"/>
          <w:szCs w:val="24"/>
        </w:rPr>
        <w:t xml:space="preserve">Cho parabol </w:t>
      </w:r>
      <w:r w:rsidRPr="000B2A56">
        <w:rPr>
          <w:position w:val="-14"/>
        </w:rPr>
        <w:object w:dxaOrig="2020" w:dyaOrig="400" w14:anchorId="50958CE7">
          <v:shape id="_x0000_i1487" type="#_x0000_t75" style="width:101pt;height:20pt" o:ole="">
            <v:imagedata r:id="rId924" o:title=""/>
          </v:shape>
          <o:OLEObject Type="Embed" ProgID="Equation.DSMT4" ShapeID="_x0000_i1487" DrawAspect="Content" ObjectID="_1702753043" r:id="rId925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 xml:space="preserve"> và đường thẳng </w:t>
      </w:r>
      <w:r w:rsidRPr="000B2A56">
        <w:rPr>
          <w:position w:val="-10"/>
        </w:rPr>
        <w:object w:dxaOrig="1240" w:dyaOrig="320" w14:anchorId="144B637F">
          <v:shape id="_x0000_i1488" type="#_x0000_t75" style="width:62pt;height:16pt" o:ole="">
            <v:imagedata r:id="rId926" o:title=""/>
          </v:shape>
          <o:OLEObject Type="Embed" ProgID="Equation.DSMT4" ShapeID="_x0000_i1488" DrawAspect="Content" ObjectID="_1702753044" r:id="rId927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 xml:space="preserve">, với bao nhiêu giá trị nguyên của </w:t>
      </w:r>
      <w:r w:rsidRPr="000B2A56">
        <w:rPr>
          <w:position w:val="-14"/>
        </w:rPr>
        <w:object w:dxaOrig="1080" w:dyaOrig="400" w14:anchorId="2B34AFFE">
          <v:shape id="_x0000_i1489" type="#_x0000_t75" style="width:55pt;height:20pt" o:ole="">
            <v:imagedata r:id="rId928" o:title=""/>
          </v:shape>
          <o:OLEObject Type="Embed" ProgID="Equation.DSMT4" ShapeID="_x0000_i1489" DrawAspect="Content" ObjectID="_1702753045" r:id="rId929"/>
        </w:object>
      </w:r>
      <w:r w:rsidRPr="000B2A56">
        <w:rPr>
          <w:rFonts w:ascii="Palatino Linotype" w:hAnsi="Palatino Linotype"/>
          <w:i/>
          <w:iCs/>
          <w:color w:val="000000"/>
          <w:sz w:val="24"/>
          <w:szCs w:val="24"/>
        </w:rPr>
        <w:t xml:space="preserve"> </w:t>
      </w:r>
      <w:r w:rsidRPr="000B2A56">
        <w:rPr>
          <w:rFonts w:ascii="Palatino Linotype" w:hAnsi="Palatino Linotype"/>
          <w:color w:val="000000"/>
          <w:sz w:val="24"/>
          <w:szCs w:val="24"/>
        </w:rPr>
        <w:t xml:space="preserve">thì </w:t>
      </w:r>
      <w:r w:rsidRPr="000B2A56">
        <w:rPr>
          <w:position w:val="-6"/>
        </w:rPr>
        <w:object w:dxaOrig="220" w:dyaOrig="279" w14:anchorId="1F50673C">
          <v:shape id="_x0000_i1490" type="#_x0000_t75" style="width:11pt;height:14pt" o:ole="">
            <v:imagedata r:id="rId930" o:title=""/>
          </v:shape>
          <o:OLEObject Type="Embed" ProgID="Equation.DSMT4" ShapeID="_x0000_i1490" DrawAspect="Content" ObjectID="_1702753046" r:id="rId931"/>
        </w:object>
      </w:r>
      <w:r w:rsidRPr="000B2A56">
        <w:rPr>
          <w:rFonts w:ascii="Palatino Linotype" w:hAnsi="Palatino Linotype"/>
          <w:i/>
          <w:iCs/>
          <w:color w:val="000000"/>
          <w:sz w:val="24"/>
          <w:szCs w:val="24"/>
        </w:rPr>
        <w:t xml:space="preserve"> </w:t>
      </w:r>
      <w:r w:rsidRPr="000B2A56">
        <w:rPr>
          <w:rFonts w:ascii="Palatino Linotype" w:hAnsi="Palatino Linotype"/>
          <w:color w:val="000000"/>
          <w:sz w:val="24"/>
          <w:szCs w:val="24"/>
        </w:rPr>
        <w:t xml:space="preserve">cắt </w:t>
      </w:r>
      <w:r w:rsidRPr="000B2A56">
        <w:rPr>
          <w:position w:val="-14"/>
        </w:rPr>
        <w:object w:dxaOrig="420" w:dyaOrig="400" w14:anchorId="6A9538F8">
          <v:shape id="_x0000_i1491" type="#_x0000_t75" style="width:20.5pt;height:20pt" o:ole="">
            <v:imagedata r:id="rId932" o:title=""/>
          </v:shape>
          <o:OLEObject Type="Embed" ProgID="Equation.DSMT4" ShapeID="_x0000_i1491" DrawAspect="Content" ObjectID="_1702753047" r:id="rId933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 xml:space="preserve"> tại hai điểm phân biệt?</w:t>
      </w:r>
    </w:p>
    <w:p w14:paraId="78B855D3" w14:textId="37895077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bCs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 w:cs="Times New Roman"/>
          <w:b/>
          <w:bCs/>
          <w:color w:val="008000"/>
          <w:position w:val="-4"/>
          <w:sz w:val="24"/>
          <w:szCs w:val="24"/>
        </w:rPr>
        <w:object w:dxaOrig="200" w:dyaOrig="260" w14:anchorId="79B76991">
          <v:shape id="_x0000_i1492" type="#_x0000_t75" style="width:10pt;height:13pt" o:ole="">
            <v:imagedata r:id="rId934" o:title=""/>
          </v:shape>
          <o:OLEObject Type="Embed" ProgID="Equation.DSMT4" ShapeID="_x0000_i1492" DrawAspect="Content" ObjectID="_1702753048" r:id="rId935"/>
        </w:object>
      </w:r>
      <w:r w:rsidR="00DF1C2A" w:rsidRPr="000B2A56">
        <w:rPr>
          <w:rFonts w:ascii="Palatino Linotype" w:hAnsi="Palatino Linotype" w:cs="Times New Roman"/>
          <w:color w:val="000000"/>
          <w:sz w:val="24"/>
          <w:szCs w:val="24"/>
        </w:rPr>
        <w:t>.</w: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bCs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 w:cs="Times New Roman"/>
          <w:b/>
          <w:bCs/>
          <w:color w:val="008000"/>
          <w:position w:val="-6"/>
          <w:sz w:val="24"/>
          <w:szCs w:val="24"/>
        </w:rPr>
        <w:object w:dxaOrig="180" w:dyaOrig="279" w14:anchorId="0C59D9F6">
          <v:shape id="_x0000_i1493" type="#_x0000_t75" style="width:9pt;height:14pt" o:ole="">
            <v:imagedata r:id="rId936" o:title=""/>
          </v:shape>
          <o:OLEObject Type="Embed" ProgID="Equation.DSMT4" ShapeID="_x0000_i1493" DrawAspect="Content" ObjectID="_1702753049" r:id="rId937"/>
        </w:object>
      </w:r>
      <w:r w:rsidR="00DF1C2A" w:rsidRPr="000B2A56">
        <w:rPr>
          <w:rFonts w:ascii="Palatino Linotype" w:hAnsi="Palatino Linotype" w:cs="Times New Roman"/>
          <w:color w:val="000000"/>
          <w:sz w:val="24"/>
          <w:szCs w:val="24"/>
        </w:rPr>
        <w:t>.</w: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bCs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 w:cs="Times New Roman"/>
          <w:b/>
          <w:bCs/>
          <w:color w:val="008000"/>
          <w:position w:val="-4"/>
          <w:sz w:val="24"/>
          <w:szCs w:val="24"/>
        </w:rPr>
        <w:object w:dxaOrig="200" w:dyaOrig="260" w14:anchorId="6E0B76A0">
          <v:shape id="_x0000_i1494" type="#_x0000_t75" style="width:10pt;height:13pt" o:ole="">
            <v:imagedata r:id="rId938" o:title=""/>
          </v:shape>
          <o:OLEObject Type="Embed" ProgID="Equation.DSMT4" ShapeID="_x0000_i1494" DrawAspect="Content" ObjectID="_1702753050" r:id="rId939"/>
        </w:object>
      </w:r>
      <w:r w:rsidR="00DF1C2A" w:rsidRPr="000B2A56">
        <w:rPr>
          <w:rFonts w:ascii="Palatino Linotype" w:hAnsi="Palatino Linotype" w:cs="Times New Roman"/>
          <w:color w:val="000000"/>
          <w:sz w:val="24"/>
          <w:szCs w:val="24"/>
        </w:rPr>
        <w:t>.</w:t>
      </w:r>
      <w:r w:rsidRPr="000B2A56">
        <w:rPr>
          <w:rFonts w:ascii="Palatino Linotype" w:hAnsi="Palatino Linotype" w:cs="Times New Roman"/>
          <w:color w:val="000000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bCs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 w:cs="Times New Roman"/>
          <w:b/>
          <w:bCs/>
          <w:color w:val="008000"/>
          <w:position w:val="-6"/>
          <w:sz w:val="24"/>
          <w:szCs w:val="24"/>
        </w:rPr>
        <w:object w:dxaOrig="180" w:dyaOrig="279" w14:anchorId="48D2C42C">
          <v:shape id="_x0000_i1495" type="#_x0000_t75" style="width:9pt;height:14pt" o:ole="">
            <v:imagedata r:id="rId940" o:title=""/>
          </v:shape>
          <o:OLEObject Type="Embed" ProgID="Equation.DSMT4" ShapeID="_x0000_i1495" DrawAspect="Content" ObjectID="_1702753051" r:id="rId941"/>
        </w:object>
      </w:r>
      <w:r w:rsidR="00DF1C2A" w:rsidRPr="000B2A56">
        <w:rPr>
          <w:rFonts w:ascii="Palatino Linotype" w:hAnsi="Palatino Linotype" w:cs="Times New Roman"/>
          <w:color w:val="000000"/>
          <w:sz w:val="24"/>
          <w:szCs w:val="24"/>
        </w:rPr>
        <w:t>.</w:t>
      </w:r>
    </w:p>
    <w:p w14:paraId="4CEA87B3" w14:textId="2AA914CF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 xml:space="preserve">Điều kiện </w:t>
      </w:r>
      <w:r w:rsidRPr="000B2A56">
        <w:rPr>
          <w:rFonts w:ascii="Palatino Linotype" w:hAnsi="Palatino Linotype"/>
          <w:sz w:val="24"/>
          <w:szCs w:val="24"/>
          <w:lang w:val="vi-VN" w:eastAsia="x-none"/>
        </w:rPr>
        <w:t>xác định của phương trình</w:t>
      </w:r>
      <w:r w:rsidRPr="000B2A56">
        <w:rPr>
          <w:position w:val="-8"/>
        </w:rPr>
        <w:object w:dxaOrig="2600" w:dyaOrig="380" w14:anchorId="58BCA320">
          <v:shape id="_x0000_i1496" type="#_x0000_t75" style="width:128.5pt;height:18.5pt" o:ole="">
            <v:imagedata r:id="rId942" o:title=""/>
          </v:shape>
          <o:OLEObject Type="Embed" ProgID="Equation.DSMT4" ShapeID="_x0000_i1496" DrawAspect="Content" ObjectID="_1702753052" r:id="rId943"/>
        </w:object>
      </w:r>
      <w:r w:rsidRPr="000B2A56">
        <w:rPr>
          <w:rFonts w:ascii="Palatino Linotype" w:hAnsi="Palatino Linotype"/>
          <w:sz w:val="24"/>
          <w:szCs w:val="24"/>
          <w:lang w:val="vi-VN" w:eastAsia="x-none"/>
        </w:rPr>
        <w:t xml:space="preserve"> là:</w:t>
      </w:r>
    </w:p>
    <w:p w14:paraId="637B2FEE" w14:textId="3FB3C4CC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/>
          <w:position w:val="-14"/>
          <w:sz w:val="24"/>
          <w:szCs w:val="24"/>
        </w:rPr>
        <w:object w:dxaOrig="800" w:dyaOrig="400" w14:anchorId="57CAE5FB">
          <v:shape id="_x0000_i1497" type="#_x0000_t75" style="width:39.5pt;height:20.5pt" o:ole="">
            <v:imagedata r:id="rId944" o:title=""/>
          </v:shape>
          <o:OLEObject Type="Embed" ProgID="Equation.DSMT4" ShapeID="_x0000_i1497" DrawAspect="Content" ObjectID="_1702753053" r:id="rId945"/>
        </w:object>
      </w:r>
      <w:r w:rsidR="00DF1C2A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/>
          <w:position w:val="-14"/>
          <w:sz w:val="24"/>
          <w:szCs w:val="24"/>
        </w:rPr>
        <w:object w:dxaOrig="800" w:dyaOrig="420" w14:anchorId="1DE5A27B">
          <v:shape id="_x0000_i1498" type="#_x0000_t75" style="width:39.5pt;height:21pt" o:ole="">
            <v:imagedata r:id="rId946" o:title=""/>
          </v:shape>
          <o:OLEObject Type="Embed" ProgID="Equation.DSMT4" ShapeID="_x0000_i1498" DrawAspect="Content" ObjectID="_1702753054" r:id="rId947"/>
        </w:object>
      </w:r>
      <w:r w:rsidR="00DF1C2A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/>
          <w:position w:val="-14"/>
          <w:sz w:val="24"/>
          <w:szCs w:val="24"/>
        </w:rPr>
        <w:object w:dxaOrig="760" w:dyaOrig="420" w14:anchorId="0D97096D">
          <v:shape id="_x0000_i1499" type="#_x0000_t75" style="width:38.5pt;height:21pt" o:ole="">
            <v:imagedata r:id="rId948" o:title=""/>
          </v:shape>
          <o:OLEObject Type="Embed" ProgID="Equation.DSMT4" ShapeID="_x0000_i1499" DrawAspect="Content" ObjectID="_1702753055" r:id="rId949"/>
        </w:object>
      </w:r>
      <w:r w:rsidR="00DF1C2A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/>
          <w:position w:val="-14"/>
          <w:sz w:val="24"/>
          <w:szCs w:val="24"/>
        </w:rPr>
        <w:object w:dxaOrig="740" w:dyaOrig="400" w14:anchorId="76514BAC">
          <v:shape id="_x0000_i1500" type="#_x0000_t75" style="width:36.5pt;height:20.5pt" o:ole="">
            <v:imagedata r:id="rId950" o:title=""/>
          </v:shape>
          <o:OLEObject Type="Embed" ProgID="Equation.DSMT4" ShapeID="_x0000_i1500" DrawAspect="Content" ObjectID="_1702753056" r:id="rId951"/>
        </w:object>
      </w:r>
      <w:r w:rsidR="00DF1C2A" w:rsidRPr="000B2A56">
        <w:rPr>
          <w:rFonts w:ascii="Palatino Linotype" w:hAnsi="Palatino Linotype"/>
          <w:sz w:val="24"/>
          <w:szCs w:val="24"/>
        </w:rPr>
        <w:t>.</w:t>
      </w:r>
    </w:p>
    <w:p w14:paraId="206FBFFE" w14:textId="5EFAA284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>Trong các khẳng định sau, khẳng định nào đúng?</w:t>
      </w:r>
    </w:p>
    <w:p w14:paraId="5FB41D74" w14:textId="795D6AF9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="00DF1C2A" w:rsidRPr="000B2A56">
        <w:rPr>
          <w:rFonts w:ascii="Palatino Linotype" w:hAnsi="Palatino Linotype"/>
          <w:position w:val="-8"/>
          <w:sz w:val="24"/>
          <w:szCs w:val="24"/>
        </w:rPr>
        <w:object w:dxaOrig="1760" w:dyaOrig="380" w14:anchorId="27D104B7">
          <v:shape id="_x0000_i1501" type="#_x0000_t75" style="width:87pt;height:18.5pt" o:ole="">
            <v:imagedata r:id="rId952" o:title=""/>
          </v:shape>
          <o:OLEObject Type="Embed" ProgID="Equation.DSMT4" ShapeID="_x0000_i1501" DrawAspect="Content" ObjectID="_1702753057" r:id="rId953"/>
        </w:object>
      </w:r>
      <w:r w:rsidR="00DF1C2A" w:rsidRPr="000B2A56">
        <w:rPr>
          <w:rFonts w:ascii="Palatino Linotype" w:hAnsi="Palatino Linotype"/>
          <w:position w:val="-26"/>
          <w:sz w:val="24"/>
          <w:szCs w:val="24"/>
        </w:rPr>
        <w:object w:dxaOrig="2040" w:dyaOrig="720" w14:anchorId="18AEA471">
          <v:shape id="_x0000_i1502" type="#_x0000_t75" style="width:101.5pt;height:35.5pt" o:ole="">
            <v:imagedata r:id="rId954" o:title=""/>
          </v:shape>
          <o:OLEObject Type="Embed" ProgID="Equation.DSMT4" ShapeID="_x0000_i1502" DrawAspect="Content" ObjectID="_1702753058" r:id="rId955"/>
        </w:object>
      </w:r>
      <w:r w:rsidR="00DF1C2A" w:rsidRPr="000B2A56">
        <w:rPr>
          <w:rFonts w:ascii="Palatino Linotype" w:hAnsi="Palatino Linotype"/>
          <w:sz w:val="24"/>
          <w:szCs w:val="24"/>
          <w:lang w:val="fr-FR"/>
        </w:rPr>
        <w:t>.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DF1C2A" w:rsidRPr="000B2A56">
        <w:rPr>
          <w:rFonts w:ascii="Palatino Linotype" w:hAnsi="Palatino Linotype"/>
          <w:position w:val="-8"/>
          <w:sz w:val="24"/>
          <w:szCs w:val="24"/>
        </w:rPr>
        <w:object w:dxaOrig="1240" w:dyaOrig="380" w14:anchorId="7EE75338">
          <v:shape id="_x0000_i1503" type="#_x0000_t75" style="width:62pt;height:18.5pt" o:ole="">
            <v:imagedata r:id="rId956" o:title=""/>
          </v:shape>
          <o:OLEObject Type="Embed" ProgID="Equation.DSMT4" ShapeID="_x0000_i1503" DrawAspect="Content" ObjectID="_1702753059" r:id="rId957"/>
        </w:object>
      </w:r>
      <w:r w:rsidR="00DF1C2A" w:rsidRPr="000B2A56">
        <w:rPr>
          <w:rFonts w:ascii="Palatino Linotype" w:hAnsi="Palatino Linotype"/>
          <w:position w:val="-6"/>
          <w:sz w:val="24"/>
          <w:szCs w:val="24"/>
        </w:rPr>
        <w:object w:dxaOrig="1480" w:dyaOrig="360" w14:anchorId="0B709930">
          <v:shape id="_x0000_i1504" type="#_x0000_t75" style="width:74pt;height:18.5pt" o:ole="">
            <v:imagedata r:id="rId958" o:title=""/>
          </v:shape>
          <o:OLEObject Type="Embed" ProgID="Equation.DSMT4" ShapeID="_x0000_i1504" DrawAspect="Content" ObjectID="_1702753060" r:id="rId959"/>
        </w:object>
      </w:r>
      <w:r w:rsidR="00DF1C2A" w:rsidRPr="000B2A56">
        <w:rPr>
          <w:rFonts w:ascii="Palatino Linotype" w:hAnsi="Palatino Linotype"/>
          <w:sz w:val="24"/>
          <w:szCs w:val="24"/>
          <w:lang w:val="fr-FR"/>
        </w:rPr>
        <w:t>.</w:t>
      </w:r>
    </w:p>
    <w:p w14:paraId="0A7FB4D2" w14:textId="055E341F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C. </w:t>
      </w:r>
      <w:r w:rsidR="00DF1C2A" w:rsidRPr="000B2A56">
        <w:rPr>
          <w:rFonts w:ascii="Palatino Linotype" w:hAnsi="Palatino Linotype"/>
          <w:position w:val="-8"/>
          <w:sz w:val="24"/>
          <w:szCs w:val="24"/>
        </w:rPr>
        <w:object w:dxaOrig="2720" w:dyaOrig="380" w14:anchorId="79B17411">
          <v:shape id="_x0000_i1505" type="#_x0000_t75" style="width:134.5pt;height:18.5pt" o:ole="">
            <v:imagedata r:id="rId960" o:title=""/>
          </v:shape>
          <o:OLEObject Type="Embed" ProgID="Equation.DSMT4" ShapeID="_x0000_i1505" DrawAspect="Content" ObjectID="_1702753061" r:id="rId961"/>
        </w:object>
      </w:r>
      <w:r w:rsidR="00DF1C2A" w:rsidRPr="000B2A56">
        <w:rPr>
          <w:rFonts w:ascii="Palatino Linotype" w:hAnsi="Palatino Linotype"/>
          <w:position w:val="-6"/>
          <w:sz w:val="24"/>
          <w:szCs w:val="24"/>
        </w:rPr>
        <w:object w:dxaOrig="1160" w:dyaOrig="360" w14:anchorId="27BEA1C5">
          <v:shape id="_x0000_i1506" type="#_x0000_t75" style="width:57.5pt;height:18.5pt" o:ole="">
            <v:imagedata r:id="rId962" o:title=""/>
          </v:shape>
          <o:OLEObject Type="Embed" ProgID="Equation.DSMT4" ShapeID="_x0000_i1506" DrawAspect="Content" ObjectID="_1702753062" r:id="rId963"/>
        </w:object>
      </w:r>
      <w:r w:rsidR="00DF1C2A" w:rsidRPr="000B2A56">
        <w:rPr>
          <w:rFonts w:ascii="Palatino Linotype" w:hAnsi="Palatino Linotype"/>
          <w:b/>
          <w:color w:val="0000FF"/>
          <w:sz w:val="24"/>
          <w:szCs w:val="24"/>
          <w:lang w:val="fr-FR"/>
        </w:rPr>
        <w:t>.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D. </w:t>
      </w:r>
      <w:r w:rsidR="00DF1C2A" w:rsidRPr="000B2A56">
        <w:rPr>
          <w:rFonts w:ascii="Palatino Linotype" w:hAnsi="Palatino Linotype"/>
          <w:sz w:val="24"/>
          <w:szCs w:val="24"/>
          <w:lang w:val="fr-FR"/>
        </w:rPr>
        <w:t>Cả A, B, C đều sai.</w:t>
      </w:r>
    </w:p>
    <w:p w14:paraId="01B63E1C" w14:textId="4D3FE4AC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color w:val="000000"/>
          <w:sz w:val="24"/>
          <w:szCs w:val="24"/>
        </w:rPr>
        <w:t xml:space="preserve">Phương </w:t>
      </w:r>
      <w:r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trình </w:t>
      </w:r>
      <w:r w:rsidRPr="000B2A56">
        <w:rPr>
          <w:position w:val="-18"/>
        </w:rPr>
        <w:object w:dxaOrig="3060" w:dyaOrig="540" w14:anchorId="5750C421">
          <v:shape id="_x0000_i1507" type="#_x0000_t75" style="width:153.5pt;height:27pt" o:ole="">
            <v:imagedata r:id="rId964" o:title=""/>
          </v:shape>
          <o:OLEObject Type="Embed" ProgID="Equation.DSMT4" ShapeID="_x0000_i1507" DrawAspect="Content" ObjectID="_1702753063" r:id="rId965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>:</w:t>
      </w:r>
    </w:p>
    <w:p w14:paraId="330B7FA0" w14:textId="788A6EE2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Có </w:t>
      </w:r>
      <w:r w:rsidR="00DF1C2A" w:rsidRPr="000B2A56">
        <w:rPr>
          <w:rFonts w:ascii="Palatino Linotype" w:hAnsi="Palatino Linotype"/>
          <w:iCs/>
          <w:color w:val="000000"/>
          <w:position w:val="-4"/>
          <w:sz w:val="24"/>
          <w:szCs w:val="24"/>
        </w:rPr>
        <w:object w:dxaOrig="200" w:dyaOrig="260" w14:anchorId="5080FD5B">
          <v:shape id="_x0000_i1508" type="#_x0000_t75" style="width:9.5pt;height:13pt" o:ole="">
            <v:imagedata r:id="rId966" o:title=""/>
          </v:shape>
          <o:OLEObject Type="Embed" ProgID="Equation.DSMT4" ShapeID="_x0000_i1508" DrawAspect="Content" ObjectID="_1702753064" r:id="rId967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 nghiệm trái dấu.</w:t>
      </w:r>
      <w:r w:rsidRPr="000B2A56">
        <w:rPr>
          <w:rFonts w:ascii="Palatino Linotype" w:hAnsi="Palatino Linotype"/>
          <w:iCs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Có </w:t>
      </w:r>
      <w:r w:rsidR="00DF1C2A" w:rsidRPr="000B2A56">
        <w:rPr>
          <w:rFonts w:ascii="Palatino Linotype" w:hAnsi="Palatino Linotype"/>
          <w:iCs/>
          <w:color w:val="000000"/>
          <w:position w:val="-4"/>
          <w:sz w:val="24"/>
          <w:szCs w:val="24"/>
        </w:rPr>
        <w:object w:dxaOrig="200" w:dyaOrig="260" w14:anchorId="7F845DF4">
          <v:shape id="_x0000_i1509" type="#_x0000_t75" style="width:9.5pt;height:13pt" o:ole="">
            <v:imagedata r:id="rId968" o:title=""/>
          </v:shape>
          <o:OLEObject Type="Embed" ProgID="Equation.DSMT4" ShapeID="_x0000_i1509" DrawAspect="Content" ObjectID="_1702753065" r:id="rId969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>nghiệm âm phân biệt.</w:t>
      </w:r>
    </w:p>
    <w:p w14:paraId="5D2C9623" w14:textId="7C1D5056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iCs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Có </w:t>
      </w:r>
      <w:r w:rsidR="00DF1C2A" w:rsidRPr="000B2A56">
        <w:rPr>
          <w:rFonts w:ascii="Palatino Linotype" w:hAnsi="Palatino Linotype"/>
          <w:iCs/>
          <w:color w:val="000000"/>
          <w:position w:val="-4"/>
          <w:sz w:val="24"/>
          <w:szCs w:val="24"/>
        </w:rPr>
        <w:object w:dxaOrig="200" w:dyaOrig="260" w14:anchorId="141547F0">
          <v:shape id="_x0000_i1510" type="#_x0000_t75" style="width:9.5pt;height:13pt" o:ole="">
            <v:imagedata r:id="rId970" o:title=""/>
          </v:shape>
          <o:OLEObject Type="Embed" ProgID="Equation.DSMT4" ShapeID="_x0000_i1510" DrawAspect="Content" ObjectID="_1702753066" r:id="rId971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 nghiệm dương phân biệt.</w:t>
      </w:r>
      <w:r w:rsidRPr="000B2A56">
        <w:rPr>
          <w:rFonts w:ascii="Palatino Linotype" w:hAnsi="Palatino Linotype"/>
          <w:iCs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>Vô nghiệm.</w:t>
      </w:r>
    </w:p>
    <w:p w14:paraId="1A11FABD" w14:textId="2C1DC9F2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0B2A56">
        <w:rPr>
          <w:rFonts w:ascii="Palatino Linotype" w:hAnsi="Palatino Linotype"/>
          <w:color w:val="000000"/>
          <w:sz w:val="24"/>
          <w:szCs w:val="24"/>
          <w:lang w:val="vi-VN"/>
        </w:rPr>
        <w:t xml:space="preserve">Cho </w:t>
      </w:r>
      <w:r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 xml:space="preserve">phương trình </w:t>
      </w:r>
      <w:r w:rsidRPr="000B2A56">
        <w:rPr>
          <w:position w:val="-18"/>
          <w:lang w:val="vi-VN"/>
        </w:rPr>
        <w:object w:dxaOrig="3140" w:dyaOrig="540" w14:anchorId="0F75840E">
          <v:shape id="_x0000_i1511" type="#_x0000_t75" style="width:155.5pt;height:27pt" o:ole="">
            <v:imagedata r:id="rId972" o:title=""/>
          </v:shape>
          <o:OLEObject Type="Embed" ProgID="Equation.DSMT4" ShapeID="_x0000_i1511" DrawAspect="Content" ObjectID="_1702753067" r:id="rId973"/>
        </w:object>
      </w:r>
      <w:r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>. Hãy chọn khẳng định đúng trong các khẳng định sau:</w:t>
      </w:r>
    </w:p>
    <w:p w14:paraId="3CAC0192" w14:textId="036C972A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>Phương trình vô nghiệm.</w:t>
      </w:r>
      <w:r w:rsidRPr="000B2A56">
        <w:rPr>
          <w:rFonts w:ascii="Palatino Linotype" w:hAnsi="Palatino Linotype"/>
          <w:color w:val="000000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>Phương trình có</w:t>
      </w:r>
      <w:r w:rsidR="00DF1C2A" w:rsidRPr="000B2A56">
        <w:rPr>
          <w:rFonts w:ascii="Palatino Linotype" w:hAnsi="Palatino Linotype"/>
          <w:iCs/>
          <w:color w:val="000000"/>
          <w:position w:val="-4"/>
          <w:sz w:val="24"/>
          <w:szCs w:val="24"/>
          <w:lang w:val="vi-VN"/>
        </w:rPr>
        <w:object w:dxaOrig="200" w:dyaOrig="260" w14:anchorId="2A57B39A">
          <v:shape id="_x0000_i1512" type="#_x0000_t75" style="width:9.5pt;height:13pt" o:ole="">
            <v:imagedata r:id="rId974" o:title=""/>
          </v:shape>
          <o:OLEObject Type="Embed" ProgID="Equation.DSMT4" ShapeID="_x0000_i1512" DrawAspect="Content" ObjectID="_1702753068" r:id="rId975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 xml:space="preserve"> nghiệm dương.</w:t>
      </w:r>
    </w:p>
    <w:p w14:paraId="755A8932" w14:textId="0A13077C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iCs/>
          <w:color w:val="000000"/>
          <w:sz w:val="24"/>
          <w:szCs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 xml:space="preserve">Phương trình có </w:t>
      </w:r>
      <w:r w:rsidR="00DF1C2A" w:rsidRPr="000B2A56">
        <w:rPr>
          <w:rFonts w:ascii="Palatino Linotype" w:hAnsi="Palatino Linotype"/>
          <w:iCs/>
          <w:color w:val="000000"/>
          <w:position w:val="-4"/>
          <w:sz w:val="24"/>
          <w:szCs w:val="24"/>
          <w:lang w:val="vi-VN"/>
        </w:rPr>
        <w:object w:dxaOrig="200" w:dyaOrig="260" w14:anchorId="0191DC5D">
          <v:shape id="_x0000_i1513" type="#_x0000_t75" style="width:9.5pt;height:13pt" o:ole="">
            <v:imagedata r:id="rId976" o:title=""/>
          </v:shape>
          <o:OLEObject Type="Embed" ProgID="Equation.DSMT4" ShapeID="_x0000_i1513" DrawAspect="Content" ObjectID="_1702753069" r:id="rId977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 xml:space="preserve"> nghiệm trái dấu.</w:t>
      </w:r>
      <w:r w:rsidRPr="000B2A56">
        <w:rPr>
          <w:rFonts w:ascii="Palatino Linotype" w:hAnsi="Palatino Linotype"/>
          <w:color w:val="000000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 xml:space="preserve">Phương trình có </w:t>
      </w:r>
      <w:r w:rsidR="00DF1C2A" w:rsidRPr="000B2A56">
        <w:rPr>
          <w:rFonts w:ascii="Palatino Linotype" w:hAnsi="Palatino Linotype"/>
          <w:iCs/>
          <w:color w:val="000000"/>
          <w:position w:val="-4"/>
          <w:sz w:val="24"/>
          <w:szCs w:val="24"/>
          <w:lang w:val="vi-VN"/>
        </w:rPr>
        <w:object w:dxaOrig="200" w:dyaOrig="260" w14:anchorId="53BF7EDA">
          <v:shape id="_x0000_i1514" type="#_x0000_t75" style="width:9.5pt;height:13pt" o:ole="">
            <v:imagedata r:id="rId978" o:title=""/>
          </v:shape>
          <o:OLEObject Type="Embed" ProgID="Equation.DSMT4" ShapeID="_x0000_i1514" DrawAspect="Content" ObjectID="_1702753070" r:id="rId979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 xml:space="preserve"> nghiệm âm.</w:t>
      </w:r>
    </w:p>
    <w:p w14:paraId="54306104" w14:textId="5ABFF060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color w:val="000000"/>
          <w:sz w:val="24"/>
          <w:szCs w:val="24"/>
        </w:rPr>
        <w:t>Tìm</w:t>
      </w:r>
      <w:r w:rsidRPr="000B2A56">
        <w:rPr>
          <w:position w:val="-6"/>
        </w:rPr>
        <w:object w:dxaOrig="260" w:dyaOrig="220" w14:anchorId="74724B55">
          <v:shape id="_x0000_i1515" type="#_x0000_t75" style="width:13pt;height:11pt" o:ole="">
            <v:imagedata r:id="rId980" o:title=""/>
          </v:shape>
          <o:OLEObject Type="Embed" ProgID="Equation.DSMT4" ShapeID="_x0000_i1515" DrawAspect="Content" ObjectID="_1702753071" r:id="rId981"/>
        </w:object>
      </w:r>
      <w:r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 để phương trình </w:t>
      </w:r>
      <w:r w:rsidRPr="000B2A56">
        <w:rPr>
          <w:position w:val="-16"/>
        </w:rPr>
        <w:object w:dxaOrig="2160" w:dyaOrig="440" w14:anchorId="5FC0F4E3">
          <v:shape id="_x0000_i1516" type="#_x0000_t75" style="width:108pt;height:21.5pt" o:ole="">
            <v:imagedata r:id="rId982" o:title=""/>
          </v:shape>
          <o:OLEObject Type="Embed" ProgID="Equation.DSMT4" ShapeID="_x0000_i1516" DrawAspect="Content" ObjectID="_1702753072" r:id="rId983"/>
        </w:object>
      </w:r>
      <w:r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 có tập nghiệm là </w:t>
      </w:r>
      <w:r w:rsidRPr="000B2A56">
        <w:rPr>
          <w:position w:val="-4"/>
        </w:rPr>
        <w:object w:dxaOrig="240" w:dyaOrig="260" w14:anchorId="087F8FCB">
          <v:shape id="_x0000_i1517" type="#_x0000_t75" style="width:11.5pt;height:13pt" o:ole="">
            <v:imagedata r:id="rId984" o:title=""/>
          </v:shape>
          <o:OLEObject Type="Embed" ProgID="Equation.DSMT4" ShapeID="_x0000_i1517" DrawAspect="Content" ObjectID="_1702753073" r:id="rId985"/>
        </w:object>
      </w:r>
      <w:r w:rsidRPr="000B2A56">
        <w:rPr>
          <w:rFonts w:ascii="Palatino Linotype" w:hAnsi="Palatino Linotype"/>
          <w:iCs/>
          <w:color w:val="000000"/>
          <w:sz w:val="24"/>
          <w:szCs w:val="24"/>
        </w:rPr>
        <w:t>:</w:t>
      </w:r>
    </w:p>
    <w:p w14:paraId="2FCE6FA3" w14:textId="3D5E3DB4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620" w:dyaOrig="279" w14:anchorId="20BC24BB">
          <v:shape id="_x0000_i1518" type="#_x0000_t75" style="width:30.5pt;height:14.5pt" o:ole="">
            <v:imagedata r:id="rId986" o:title=""/>
          </v:shape>
          <o:OLEObject Type="Embed" ProgID="Equation.DSMT4" ShapeID="_x0000_i1518" DrawAspect="Content" ObjectID="_1702753074" r:id="rId987"/>
        </w:object>
      </w:r>
      <w:r w:rsidR="00DF1C2A" w:rsidRPr="000B2A56">
        <w:rPr>
          <w:rFonts w:ascii="Palatino Linotype" w:hAnsi="Palatino Linotype"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740" w:dyaOrig="279" w14:anchorId="6CD9E66F">
          <v:shape id="_x0000_i1519" type="#_x0000_t75" style="width:36.5pt;height:14.5pt" o:ole="">
            <v:imagedata r:id="rId988" o:title=""/>
          </v:shape>
          <o:OLEObject Type="Embed" ProgID="Equation.DSMT4" ShapeID="_x0000_i1519" DrawAspect="Content" ObjectID="_1702753075" r:id="rId989"/>
        </w:object>
      </w:r>
      <w:r w:rsidR="00DF1C2A" w:rsidRPr="000B2A56">
        <w:rPr>
          <w:rFonts w:ascii="Palatino Linotype" w:hAnsi="Palatino Linotype"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600" w:dyaOrig="279" w14:anchorId="7E6A1B9E">
          <v:shape id="_x0000_i1520" type="#_x0000_t75" style="width:30pt;height:14.5pt" o:ole="">
            <v:imagedata r:id="rId990" o:title=""/>
          </v:shape>
          <o:OLEObject Type="Embed" ProgID="Equation.DSMT4" ShapeID="_x0000_i1520" DrawAspect="Content" ObjectID="_1702753076" r:id="rId991"/>
        </w:object>
      </w:r>
      <w:r w:rsidR="00DF1C2A" w:rsidRPr="000B2A56">
        <w:rPr>
          <w:rFonts w:ascii="Palatino Linotype" w:hAnsi="Palatino Linotype"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740" w:dyaOrig="279" w14:anchorId="47B280CC">
          <v:shape id="_x0000_i1521" type="#_x0000_t75" style="width:36.5pt;height:14.5pt" o:ole="">
            <v:imagedata r:id="rId992" o:title=""/>
          </v:shape>
          <o:OLEObject Type="Embed" ProgID="Equation.DSMT4" ShapeID="_x0000_i1521" DrawAspect="Content" ObjectID="_1702753077" r:id="rId993"/>
        </w:object>
      </w:r>
      <w:r w:rsidR="00DF1C2A" w:rsidRPr="000B2A56">
        <w:rPr>
          <w:rFonts w:ascii="Palatino Linotype" w:hAnsi="Palatino Linotype"/>
          <w:color w:val="000000"/>
          <w:sz w:val="24"/>
          <w:szCs w:val="24"/>
        </w:rPr>
        <w:t xml:space="preserve"> và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620" w:dyaOrig="279" w14:anchorId="2603EA74">
          <v:shape id="_x0000_i1522" type="#_x0000_t75" style="width:30.5pt;height:14.5pt" o:ole="">
            <v:imagedata r:id="rId994" o:title=""/>
          </v:shape>
          <o:OLEObject Type="Embed" ProgID="Equation.DSMT4" ShapeID="_x0000_i1522" DrawAspect="Content" ObjectID="_1702753078" r:id="rId995"/>
        </w:object>
      </w:r>
      <w:r w:rsidR="00DF1C2A" w:rsidRPr="000B2A56">
        <w:rPr>
          <w:rFonts w:ascii="Palatino Linotype" w:hAnsi="Palatino Linotype"/>
          <w:color w:val="000000"/>
          <w:sz w:val="24"/>
          <w:szCs w:val="24"/>
        </w:rPr>
        <w:t>.</w:t>
      </w:r>
    </w:p>
    <w:p w14:paraId="1DDFA7D8" w14:textId="2F1B65EA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0B2A56">
        <w:rPr>
          <w:rFonts w:ascii="Palatino Linotype" w:hAnsi="Palatino Linotype"/>
          <w:color w:val="000000"/>
          <w:sz w:val="24"/>
          <w:szCs w:val="24"/>
          <w:lang w:val="vi-VN"/>
        </w:rPr>
        <w:t xml:space="preserve">Với </w:t>
      </w:r>
      <w:r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 xml:space="preserve">giá trị nào của </w:t>
      </w:r>
      <w:r w:rsidRPr="000B2A56">
        <w:rPr>
          <w:position w:val="-6"/>
          <w:lang w:val="vi-VN"/>
        </w:rPr>
        <w:object w:dxaOrig="260" w:dyaOrig="220" w14:anchorId="7F461D88">
          <v:shape id="_x0000_i1523" type="#_x0000_t75" style="width:13pt;height:11pt" o:ole="">
            <v:imagedata r:id="rId996" o:title=""/>
          </v:shape>
          <o:OLEObject Type="Embed" ProgID="Equation.DSMT4" ShapeID="_x0000_i1523" DrawAspect="Content" ObjectID="_1702753079" r:id="rId997"/>
        </w:object>
      </w:r>
      <w:r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 xml:space="preserve"> thì phương trình: </w:t>
      </w:r>
      <w:r w:rsidRPr="000B2A56">
        <w:rPr>
          <w:position w:val="-14"/>
          <w:lang w:val="vi-VN"/>
        </w:rPr>
        <w:object w:dxaOrig="2920" w:dyaOrig="400" w14:anchorId="3FE7EFDB">
          <v:shape id="_x0000_i1524" type="#_x0000_t75" style="width:2in;height:20.5pt" o:ole="">
            <v:imagedata r:id="rId998" o:title=""/>
          </v:shape>
          <o:OLEObject Type="Embed" ProgID="Equation.DSMT4" ShapeID="_x0000_i1524" DrawAspect="Content" ObjectID="_1702753080" r:id="rId999"/>
        </w:object>
      </w:r>
      <w:r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 xml:space="preserve"> có </w:t>
      </w:r>
      <w:r w:rsidRPr="000B2A56">
        <w:rPr>
          <w:position w:val="-4"/>
          <w:lang w:val="vi-VN"/>
        </w:rPr>
        <w:object w:dxaOrig="200" w:dyaOrig="260" w14:anchorId="3FE96B5E">
          <v:shape id="_x0000_i1525" type="#_x0000_t75" style="width:9.5pt;height:13pt" o:ole="">
            <v:imagedata r:id="rId1000" o:title=""/>
          </v:shape>
          <o:OLEObject Type="Embed" ProgID="Equation.DSMT4" ShapeID="_x0000_i1525" DrawAspect="Content" ObjectID="_1702753081" r:id="rId1001"/>
        </w:object>
      </w:r>
      <w:r w:rsidRPr="000B2A56">
        <w:rPr>
          <w:rFonts w:ascii="Palatino Linotype" w:hAnsi="Palatino Linotype"/>
          <w:iCs/>
          <w:color w:val="000000"/>
          <w:sz w:val="24"/>
          <w:szCs w:val="24"/>
          <w:lang w:val="vi-VN"/>
        </w:rPr>
        <w:t xml:space="preserve"> nghiệm phân biệt?</w:t>
      </w:r>
    </w:p>
    <w:p w14:paraId="3F435E41" w14:textId="1D087A5E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600" w:dyaOrig="279" w14:anchorId="78C8C192">
          <v:shape id="_x0000_i1526" type="#_x0000_t75" style="width:30pt;height:14.5pt" o:ole="">
            <v:imagedata r:id="rId1002" o:title=""/>
          </v:shape>
          <o:OLEObject Type="Embed" ProgID="Equation.DSMT4" ShapeID="_x0000_i1526" DrawAspect="Content" ObjectID="_1702753082" r:id="rId1003"/>
        </w:object>
      </w:r>
      <w:r w:rsidR="00DF1C2A" w:rsidRPr="000B2A56">
        <w:rPr>
          <w:rFonts w:ascii="Palatino Linotype" w:hAnsi="Palatino Linotype"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1400" w:dyaOrig="279" w14:anchorId="48B708BB">
          <v:shape id="_x0000_i1527" type="#_x0000_t75" style="width:70pt;height:14.5pt" o:ole="">
            <v:imagedata r:id="rId1004" o:title=""/>
          </v:shape>
          <o:OLEObject Type="Embed" ProgID="Equation.DSMT4" ShapeID="_x0000_i1527" DrawAspect="Content" ObjectID="_1702753083" r:id="rId1005"/>
        </w:object>
      </w:r>
      <w:r w:rsidR="00DF1C2A" w:rsidRPr="000B2A56">
        <w:rPr>
          <w:rFonts w:ascii="Palatino Linotype" w:hAnsi="Palatino Linotype"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600" w:dyaOrig="279" w14:anchorId="30D6D02A">
          <v:shape id="_x0000_i1528" type="#_x0000_t75" style="width:30pt;height:14.5pt" o:ole="">
            <v:imagedata r:id="rId1006" o:title=""/>
          </v:shape>
          <o:OLEObject Type="Embed" ProgID="Equation.DSMT4" ShapeID="_x0000_i1528" DrawAspect="Content" ObjectID="_1702753084" r:id="rId1007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 và </w:t>
      </w:r>
      <w:r w:rsidR="00DF1C2A" w:rsidRPr="000B2A56">
        <w:rPr>
          <w:rFonts w:ascii="Palatino Linotype" w:hAnsi="Palatino Linotype"/>
          <w:iCs/>
          <w:color w:val="000000"/>
          <w:position w:val="-6"/>
          <w:sz w:val="24"/>
          <w:szCs w:val="24"/>
        </w:rPr>
        <w:object w:dxaOrig="620" w:dyaOrig="279" w14:anchorId="3BFCBA1E">
          <v:shape id="_x0000_i1529" type="#_x0000_t75" style="width:30.5pt;height:14.5pt" o:ole="">
            <v:imagedata r:id="rId1008" o:title=""/>
          </v:shape>
          <o:OLEObject Type="Embed" ProgID="Equation.DSMT4" ShapeID="_x0000_i1529" DrawAspect="Content" ObjectID="_1702753085" r:id="rId1009"/>
        </w:object>
      </w:r>
      <w:r w:rsidR="00DF1C2A" w:rsidRPr="000B2A56">
        <w:rPr>
          <w:rFonts w:ascii="Palatino Linotype" w:hAnsi="Palatino Linotype"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600" w:dyaOrig="279" w14:anchorId="697CE916">
          <v:shape id="_x0000_i1530" type="#_x0000_t75" style="width:29.5pt;height:14.5pt" o:ole="">
            <v:imagedata r:id="rId1010" o:title=""/>
          </v:shape>
          <o:OLEObject Type="Embed" ProgID="Equation.DSMT4" ShapeID="_x0000_i1530" DrawAspect="Content" ObjectID="_1702753086" r:id="rId1011"/>
        </w:object>
      </w:r>
      <w:r w:rsidR="00DF1C2A" w:rsidRPr="000B2A56">
        <w:rPr>
          <w:rFonts w:ascii="Palatino Linotype" w:hAnsi="Palatino Linotype"/>
          <w:color w:val="000000"/>
          <w:sz w:val="24"/>
          <w:szCs w:val="24"/>
        </w:rPr>
        <w:t>.</w:t>
      </w:r>
    </w:p>
    <w:p w14:paraId="5948A713" w14:textId="7245FA02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color w:val="000000"/>
          <w:sz w:val="24"/>
          <w:szCs w:val="24"/>
        </w:rPr>
        <w:t xml:space="preserve">Gọi </w:t>
      </w:r>
      <w:r w:rsidRPr="000B2A56">
        <w:rPr>
          <w:position w:val="-12"/>
        </w:rPr>
        <w:object w:dxaOrig="580" w:dyaOrig="360" w14:anchorId="7806E92D">
          <v:shape id="_x0000_i1531" type="#_x0000_t75" style="width:29pt;height:18.5pt" o:ole="">
            <v:imagedata r:id="rId1012" o:title=""/>
          </v:shape>
          <o:OLEObject Type="Embed" ProgID="Equation.DSMT4" ShapeID="_x0000_i1531" DrawAspect="Content" ObjectID="_1702753087" r:id="rId1013"/>
        </w:object>
      </w:r>
      <w:r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là các nghiệm của phương trình </w:t>
      </w:r>
      <w:r w:rsidRPr="000B2A56">
        <w:rPr>
          <w:position w:val="-6"/>
        </w:rPr>
        <w:object w:dxaOrig="1980" w:dyaOrig="320" w14:anchorId="3C2C4AAD">
          <v:shape id="_x0000_i1532" type="#_x0000_t75" style="width:99pt;height:15.5pt" o:ole="">
            <v:imagedata r:id="rId1014" o:title=""/>
          </v:shape>
          <o:OLEObject Type="Embed" ProgID="Equation.DSMT4" ShapeID="_x0000_i1532" DrawAspect="Content" ObjectID="_1702753088" r:id="rId1015"/>
        </w:object>
      </w:r>
      <w:r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. Ta có tổng </w:t>
      </w:r>
      <w:r w:rsidRPr="000B2A56">
        <w:rPr>
          <w:position w:val="-30"/>
        </w:rPr>
        <w:object w:dxaOrig="760" w:dyaOrig="680" w14:anchorId="0A3994E9">
          <v:shape id="_x0000_i1533" type="#_x0000_t75" style="width:38pt;height:33.5pt" o:ole="">
            <v:imagedata r:id="rId1016" o:title=""/>
          </v:shape>
          <o:OLEObject Type="Embed" ProgID="Equation.DSMT4" ShapeID="_x0000_i1533" DrawAspect="Content" ObjectID="_1702753089" r:id="rId1017"/>
        </w:object>
      </w:r>
      <w:r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 bằng:</w:t>
      </w:r>
    </w:p>
    <w:p w14:paraId="55F1095B" w14:textId="5FB65E8D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iCs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/>
          <w:color w:val="000000"/>
          <w:position w:val="-24"/>
          <w:sz w:val="24"/>
          <w:szCs w:val="24"/>
        </w:rPr>
        <w:object w:dxaOrig="620" w:dyaOrig="660" w14:anchorId="5E125BC0">
          <v:shape id="_x0000_i1534" type="#_x0000_t75" style="width:31.5pt;height:33.5pt" o:ole="">
            <v:imagedata r:id="rId1018" o:title=""/>
          </v:shape>
          <o:OLEObject Type="Embed" ProgID="Equation.DSMT4" ShapeID="_x0000_i1534" DrawAspect="Content" ObjectID="_1702753090" r:id="rId1019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/>
          <w:color w:val="000000"/>
          <w:position w:val="-24"/>
          <w:sz w:val="24"/>
          <w:szCs w:val="24"/>
        </w:rPr>
        <w:object w:dxaOrig="440" w:dyaOrig="660" w14:anchorId="0156BBEE">
          <v:shape id="_x0000_i1535" type="#_x0000_t75" style="width:22.5pt;height:33.5pt" o:ole="">
            <v:imagedata r:id="rId1020" o:title=""/>
          </v:shape>
          <o:OLEObject Type="Embed" ProgID="Equation.DSMT4" ShapeID="_x0000_i1535" DrawAspect="Content" ObjectID="_1702753091" r:id="rId1021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520" w:dyaOrig="320" w14:anchorId="77745181">
          <v:shape id="_x0000_i1536" type="#_x0000_t75" style="width:26.5pt;height:16pt" o:ole="">
            <v:imagedata r:id="rId1022" o:title=""/>
          </v:shape>
          <o:OLEObject Type="Embed" ProgID="Equation.DSMT4" ShapeID="_x0000_i1536" DrawAspect="Content" ObjectID="_1702753092" r:id="rId1023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380" w:dyaOrig="320" w14:anchorId="4467BCF9">
          <v:shape id="_x0000_i1537" type="#_x0000_t75" style="width:19.5pt;height:16pt" o:ole="">
            <v:imagedata r:id="rId1024" o:title=""/>
          </v:shape>
          <o:OLEObject Type="Embed" ProgID="Equation.DSMT4" ShapeID="_x0000_i1537" DrawAspect="Content" ObjectID="_1702753093" r:id="rId1025"/>
        </w:object>
      </w:r>
      <w:r w:rsidR="00DF1C2A" w:rsidRPr="000B2A56">
        <w:rPr>
          <w:rFonts w:ascii="Palatino Linotype" w:hAnsi="Palatino Linotype"/>
          <w:iCs/>
          <w:color w:val="000000"/>
          <w:sz w:val="24"/>
          <w:szCs w:val="24"/>
        </w:rPr>
        <w:t>.</w:t>
      </w:r>
    </w:p>
    <w:p w14:paraId="1A6E35E5" w14:textId="0ADF91AC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 xml:space="preserve">Gọi </w:t>
      </w:r>
      <w:r w:rsidRPr="000B2A56">
        <w:rPr>
          <w:position w:val="-12"/>
        </w:rPr>
        <w:object w:dxaOrig="540" w:dyaOrig="360" w14:anchorId="5AC96C41">
          <v:shape id="_x0000_i1538" type="#_x0000_t75" style="width:27pt;height:18pt" o:ole="">
            <v:imagedata r:id="rId1026" o:title=""/>
          </v:shape>
          <o:OLEObject Type="Embed" ProgID="Equation.DSMT4" ShapeID="_x0000_i1538" DrawAspect="Content" ObjectID="_1702753094" r:id="rId1027"/>
        </w:object>
      </w:r>
      <w:r w:rsidRPr="000B2A56">
        <w:rPr>
          <w:rFonts w:ascii="Palatino Linotype" w:hAnsi="Palatino Linotype"/>
          <w:sz w:val="24"/>
          <w:szCs w:val="24"/>
        </w:rPr>
        <w:t xml:space="preserve"> là nghiệm của phương trình </w:t>
      </w:r>
      <w:r w:rsidRPr="000B2A56">
        <w:rPr>
          <w:position w:val="-6"/>
        </w:rPr>
        <w:object w:dxaOrig="1800" w:dyaOrig="320" w14:anchorId="7C4AE49C">
          <v:shape id="_x0000_i1539" type="#_x0000_t75" style="width:90pt;height:16pt" o:ole="">
            <v:imagedata r:id="rId1028" o:title=""/>
          </v:shape>
          <o:OLEObject Type="Embed" ProgID="Equation.DSMT4" ShapeID="_x0000_i1539" DrawAspect="Content" ObjectID="_1702753095" r:id="rId1029"/>
        </w:object>
      </w:r>
      <w:r w:rsidRPr="000B2A56">
        <w:rPr>
          <w:rFonts w:ascii="Palatino Linotype" w:hAnsi="Palatino Linotype"/>
          <w:sz w:val="24"/>
          <w:szCs w:val="24"/>
        </w:rPr>
        <w:t xml:space="preserve">, </w:t>
      </w:r>
      <w:r w:rsidRPr="000B2A56">
        <w:rPr>
          <w:position w:val="-6"/>
        </w:rPr>
        <w:object w:dxaOrig="620" w:dyaOrig="279" w14:anchorId="60311D32">
          <v:shape id="_x0000_i1540" type="#_x0000_t75" style="width:31pt;height:14pt" o:ole="">
            <v:imagedata r:id="rId1030" o:title=""/>
          </v:shape>
          <o:OLEObject Type="Embed" ProgID="Equation.DSMT4" ShapeID="_x0000_i1540" DrawAspect="Content" ObjectID="_1702753096" r:id="rId1031"/>
        </w:object>
      </w:r>
      <w:r w:rsidRPr="000B2A56">
        <w:rPr>
          <w:rFonts w:ascii="Palatino Linotype" w:hAnsi="Palatino Linotype"/>
          <w:sz w:val="24"/>
          <w:szCs w:val="24"/>
        </w:rPr>
        <w:t xml:space="preserve">. Phát biểu nào sau đây là </w:t>
      </w:r>
      <w:r w:rsidRPr="000B2A56">
        <w:rPr>
          <w:rFonts w:ascii="Palatino Linotype" w:hAnsi="Palatino Linotype"/>
          <w:b/>
          <w:bCs/>
          <w:sz w:val="24"/>
          <w:szCs w:val="24"/>
        </w:rPr>
        <w:t>sai</w:t>
      </w:r>
      <w:r w:rsidRPr="000B2A56">
        <w:rPr>
          <w:rFonts w:ascii="Palatino Linotype" w:hAnsi="Palatino Linotype"/>
          <w:sz w:val="24"/>
          <w:szCs w:val="24"/>
        </w:rPr>
        <w:t>?</w:t>
      </w:r>
    </w:p>
    <w:p w14:paraId="09742B33" w14:textId="1A99E24E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 w:cs="Times New Roman"/>
          <w:position w:val="-12"/>
          <w:sz w:val="24"/>
          <w:szCs w:val="24"/>
        </w:rPr>
        <w:object w:dxaOrig="820" w:dyaOrig="360" w14:anchorId="5739EFFD">
          <v:shape id="_x0000_i1541" type="#_x0000_t75" style="width:41pt;height:18pt" o:ole="">
            <v:imagedata r:id="rId1032" o:title=""/>
          </v:shape>
          <o:OLEObject Type="Embed" ProgID="Equation.DSMT4" ShapeID="_x0000_i1541" DrawAspect="Content" ObjectID="_1702753097" r:id="rId1033"/>
        </w:object>
      </w:r>
      <w:r w:rsidR="00DF1C2A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 w:cs="Times New Roman"/>
          <w:position w:val="-12"/>
          <w:sz w:val="24"/>
          <w:szCs w:val="24"/>
        </w:rPr>
        <w:object w:dxaOrig="1040" w:dyaOrig="360" w14:anchorId="64B89B2B">
          <v:shape id="_x0000_i1542" type="#_x0000_t75" style="width:52pt;height:18pt" o:ole="">
            <v:imagedata r:id="rId1034" o:title=""/>
          </v:shape>
          <o:OLEObject Type="Embed" ProgID="Equation.DSMT4" ShapeID="_x0000_i1542" DrawAspect="Content" ObjectID="_1702753098" r:id="rId1035"/>
        </w:object>
      </w:r>
      <w:r w:rsidR="00DF1C2A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 w:cs="Times New Roman"/>
          <w:position w:val="-12"/>
          <w:sz w:val="24"/>
          <w:szCs w:val="24"/>
        </w:rPr>
        <w:object w:dxaOrig="1080" w:dyaOrig="380" w14:anchorId="1925ADCB">
          <v:shape id="_x0000_i1543" type="#_x0000_t75" style="width:54pt;height:19pt" o:ole="">
            <v:imagedata r:id="rId1036" o:title=""/>
          </v:shape>
          <o:OLEObject Type="Embed" ProgID="Equation.DSMT4" ShapeID="_x0000_i1543" DrawAspect="Content" ObjectID="_1702753099" r:id="rId1037"/>
        </w:object>
      </w:r>
      <w:r w:rsidR="00DF1C2A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 w:cs="Times New Roman"/>
          <w:position w:val="-12"/>
          <w:sz w:val="24"/>
          <w:szCs w:val="24"/>
        </w:rPr>
        <w:object w:dxaOrig="1320" w:dyaOrig="380" w14:anchorId="5589112C">
          <v:shape id="_x0000_i1544" type="#_x0000_t75" style="width:66pt;height:19pt" o:ole="">
            <v:imagedata r:id="rId1038" o:title=""/>
          </v:shape>
          <o:OLEObject Type="Embed" ProgID="Equation.DSMT4" ShapeID="_x0000_i1544" DrawAspect="Content" ObjectID="_1702753100" r:id="rId1039"/>
        </w:object>
      </w:r>
      <w:r w:rsidR="00DF1C2A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232A2CDE" w14:textId="38B31914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theme="minorHAnsi"/>
          <w:color w:val="000000"/>
          <w:sz w:val="24"/>
          <w:szCs w:val="28"/>
          <w:lang w:val="vi-VN"/>
        </w:rPr>
      </w:pP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 xml:space="preserve">Số </w:t>
      </w:r>
      <w:r w:rsidRPr="000B2A56">
        <w:rPr>
          <w:rFonts w:ascii="Palatino Linotype" w:hAnsi="Palatino Linotype" w:cstheme="minorHAnsi"/>
          <w:iCs/>
          <w:color w:val="000000"/>
          <w:sz w:val="24"/>
          <w:szCs w:val="28"/>
          <w:lang w:val="vi-VN"/>
        </w:rPr>
        <w:t>nghiệm của phương trình:</w:t>
      </w:r>
      <w:r w:rsidRPr="000B2A56">
        <w:rPr>
          <w:position w:val="-28"/>
          <w:lang w:val="vi-VN"/>
        </w:rPr>
        <w:object w:dxaOrig="1740" w:dyaOrig="760" w14:anchorId="0664A951">
          <v:shape id="_x0000_i1545" type="#_x0000_t75" style="width:87pt;height:37pt" o:ole="">
            <v:imagedata r:id="rId1040" o:title=""/>
          </v:shape>
          <o:OLEObject Type="Embed" ProgID="Equation.DSMT4" ShapeID="_x0000_i1545" DrawAspect="Content" ObjectID="_1702753101" r:id="rId1041"/>
        </w:object>
      </w:r>
      <w:r w:rsidRPr="000B2A56">
        <w:rPr>
          <w:rFonts w:ascii="Palatino Linotype" w:hAnsi="Palatino Linotype" w:cstheme="minorHAnsi"/>
          <w:iCs/>
          <w:color w:val="000000"/>
          <w:sz w:val="24"/>
          <w:szCs w:val="28"/>
          <w:lang w:val="vi-VN"/>
        </w:rPr>
        <w:t>là:</w:t>
      </w:r>
    </w:p>
    <w:p w14:paraId="3E8C2F79" w14:textId="12787B2A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theme="minorHAnsi"/>
          <w:color w:val="000000"/>
          <w:sz w:val="24"/>
          <w:szCs w:val="28"/>
          <w:lang w:val="vi-VN"/>
        </w:rPr>
      </w:pP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A. </w:t>
      </w:r>
      <w:r w:rsidR="00DF1C2A" w:rsidRPr="000B2A56">
        <w:rPr>
          <w:rFonts w:ascii="Palatino Linotype" w:hAnsi="Palatino Linotype" w:cstheme="minorHAnsi"/>
          <w:color w:val="000000"/>
          <w:position w:val="-6"/>
          <w:sz w:val="24"/>
          <w:szCs w:val="28"/>
        </w:rPr>
        <w:object w:dxaOrig="200" w:dyaOrig="279" w14:anchorId="5EC04438">
          <v:shape id="_x0000_i1546" type="#_x0000_t75" style="width:9.5pt;height:14.5pt" o:ole="">
            <v:imagedata r:id="rId1042" o:title=""/>
          </v:shape>
          <o:OLEObject Type="Embed" ProgID="Equation.DSMT4" ShapeID="_x0000_i1546" DrawAspect="Content" ObjectID="_1702753102" r:id="rId1043"/>
        </w:object>
      </w:r>
      <w:r w:rsidR="00DF1C2A"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>.</w:t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B. </w:t>
      </w:r>
      <w:r w:rsidR="00DF1C2A" w:rsidRPr="000B2A56">
        <w:rPr>
          <w:rFonts w:ascii="Palatino Linotype" w:hAnsi="Palatino Linotype" w:cstheme="minorHAnsi"/>
          <w:color w:val="000000"/>
          <w:position w:val="-4"/>
          <w:sz w:val="24"/>
          <w:szCs w:val="28"/>
        </w:rPr>
        <w:object w:dxaOrig="139" w:dyaOrig="260" w14:anchorId="1105F03D">
          <v:shape id="_x0000_i1547" type="#_x0000_t75" style="width:6.5pt;height:13pt" o:ole="">
            <v:imagedata r:id="rId1044" o:title=""/>
          </v:shape>
          <o:OLEObject Type="Embed" ProgID="Equation.DSMT4" ShapeID="_x0000_i1547" DrawAspect="Content" ObjectID="_1702753103" r:id="rId1045"/>
        </w:object>
      </w:r>
      <w:r w:rsidR="00DF1C2A"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>.</w:t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C. </w:t>
      </w:r>
      <w:r w:rsidR="00DF1C2A" w:rsidRPr="000B2A56">
        <w:rPr>
          <w:rFonts w:ascii="Palatino Linotype" w:hAnsi="Palatino Linotype" w:cstheme="minorHAnsi"/>
          <w:color w:val="000000"/>
          <w:position w:val="-4"/>
          <w:sz w:val="24"/>
          <w:szCs w:val="28"/>
        </w:rPr>
        <w:object w:dxaOrig="200" w:dyaOrig="260" w14:anchorId="2BDE0A1C">
          <v:shape id="_x0000_i1548" type="#_x0000_t75" style="width:9.5pt;height:13pt" o:ole="">
            <v:imagedata r:id="rId1046" o:title=""/>
          </v:shape>
          <o:OLEObject Type="Embed" ProgID="Equation.DSMT4" ShapeID="_x0000_i1548" DrawAspect="Content" ObjectID="_1702753104" r:id="rId1047"/>
        </w:object>
      </w:r>
      <w:r w:rsidR="00DF1C2A"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>.</w:t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D. </w:t>
      </w:r>
      <w:r w:rsidR="00DF1C2A" w:rsidRPr="000B2A56">
        <w:rPr>
          <w:rFonts w:ascii="Palatino Linotype" w:hAnsi="Palatino Linotype" w:cstheme="minorHAnsi"/>
          <w:color w:val="000000"/>
          <w:position w:val="-6"/>
          <w:sz w:val="24"/>
          <w:szCs w:val="28"/>
        </w:rPr>
        <w:object w:dxaOrig="180" w:dyaOrig="279" w14:anchorId="0036A5A0">
          <v:shape id="_x0000_i1549" type="#_x0000_t75" style="width:9pt;height:14.5pt" o:ole="">
            <v:imagedata r:id="rId1048" o:title=""/>
          </v:shape>
          <o:OLEObject Type="Embed" ProgID="Equation.DSMT4" ShapeID="_x0000_i1549" DrawAspect="Content" ObjectID="_1702753105" r:id="rId1049"/>
        </w:object>
      </w:r>
      <w:r w:rsidR="00DF1C2A"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>.</w:t>
      </w:r>
    </w:p>
    <w:p w14:paraId="6149D47E" w14:textId="684CAE06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theme="minorHAnsi"/>
          <w:sz w:val="24"/>
          <w:szCs w:val="28"/>
          <w:lang w:val="vi-VN" w:eastAsia="x-none"/>
        </w:rPr>
      </w:pPr>
      <w:r w:rsidRPr="000B2A56">
        <w:rPr>
          <w:rFonts w:ascii="Palatino Linotype" w:hAnsi="Palatino Linotype" w:cstheme="minorHAnsi"/>
          <w:sz w:val="24"/>
          <w:szCs w:val="28"/>
        </w:rPr>
        <w:t>H</w:t>
      </w:r>
      <w:r w:rsidRPr="000B2A56">
        <w:rPr>
          <w:rFonts w:ascii="Palatino Linotype" w:hAnsi="Palatino Linotype" w:cstheme="minorHAnsi"/>
          <w:sz w:val="24"/>
          <w:szCs w:val="28"/>
          <w:lang w:val="vi-VN" w:eastAsia="x-none"/>
        </w:rPr>
        <w:t xml:space="preserve">ệ phương trình </w:t>
      </w:r>
      <w:r w:rsidRPr="000B2A56">
        <w:rPr>
          <w:position w:val="-68"/>
          <w:lang w:val="nl-NL"/>
        </w:rPr>
        <w:object w:dxaOrig="2200" w:dyaOrig="1480" w14:anchorId="4B7C893F">
          <v:shape id="_x0000_i1550" type="#_x0000_t75" style="width:110pt;height:74pt" o:ole="">
            <v:imagedata r:id="rId1050" o:title=""/>
          </v:shape>
          <o:OLEObject Type="Embed" ProgID="Equation.DSMT4" ShapeID="_x0000_i1550" DrawAspect="Content" ObjectID="_1702753106" r:id="rId1051"/>
        </w:object>
      </w:r>
      <w:r w:rsidRPr="000B2A56">
        <w:rPr>
          <w:rFonts w:ascii="Palatino Linotype" w:hAnsi="Palatino Linotype" w:cstheme="minorHAnsi"/>
          <w:sz w:val="24"/>
          <w:szCs w:val="28"/>
          <w:lang w:val="vi-VN" w:eastAsia="x-none"/>
        </w:rPr>
        <w:t xml:space="preserve"> </w:t>
      </w:r>
      <w:r w:rsidRPr="000B2A56">
        <w:rPr>
          <w:rFonts w:ascii="Palatino Linotype" w:hAnsi="Palatino Linotype" w:cstheme="minorHAnsi"/>
          <w:sz w:val="24"/>
          <w:szCs w:val="28"/>
        </w:rPr>
        <w:t>có nghiệm duy nhất (x;y). Khi đó x+y bằng</w:t>
      </w:r>
    </w:p>
    <w:p w14:paraId="3744FE62" w14:textId="1E15A012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theme="minorHAnsi"/>
          <w:color w:val="000000"/>
          <w:sz w:val="24"/>
          <w:szCs w:val="28"/>
        </w:rPr>
      </w:pP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A. </w:t>
      </w:r>
      <w:r w:rsidR="00DF1C2A" w:rsidRPr="000B2A56">
        <w:rPr>
          <w:rFonts w:ascii="Palatino Linotype" w:hAnsi="Palatino Linotype" w:cstheme="minorHAnsi"/>
          <w:color w:val="000000"/>
          <w:sz w:val="24"/>
          <w:szCs w:val="28"/>
        </w:rPr>
        <w:t>1</w:t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B. </w:t>
      </w:r>
      <w:r w:rsidR="00DF1C2A" w:rsidRPr="000B2A56">
        <w:rPr>
          <w:rFonts w:ascii="Palatino Linotype" w:hAnsi="Palatino Linotype" w:cstheme="minorHAnsi"/>
          <w:i/>
          <w:position w:val="-6"/>
          <w:sz w:val="24"/>
          <w:szCs w:val="28"/>
          <w:lang w:val="nl-NL"/>
        </w:rPr>
        <w:object w:dxaOrig="200" w:dyaOrig="279" w14:anchorId="03AA107B">
          <v:shape id="_x0000_i1551" type="#_x0000_t75" style="width:10pt;height:14pt" o:ole="">
            <v:imagedata r:id="rId1052" o:title=""/>
          </v:shape>
          <o:OLEObject Type="Embed" ProgID="Equation.DSMT4" ShapeID="_x0000_i1551" DrawAspect="Content" ObjectID="_1702753107" r:id="rId1053"/>
        </w:object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C. </w:t>
      </w:r>
      <w:r w:rsidR="00DF1C2A" w:rsidRPr="000B2A56">
        <w:rPr>
          <w:rFonts w:ascii="Palatino Linotype" w:hAnsi="Palatino Linotype" w:cstheme="minorHAnsi"/>
          <w:color w:val="000000"/>
          <w:sz w:val="24"/>
          <w:szCs w:val="28"/>
        </w:rPr>
        <w:t>2</w:t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D. </w:t>
      </w:r>
      <w:r w:rsidR="00DF1C2A" w:rsidRPr="000B2A56">
        <w:rPr>
          <w:rFonts w:ascii="Palatino Linotype" w:hAnsi="Palatino Linotype" w:cstheme="minorHAnsi"/>
          <w:color w:val="000000"/>
          <w:sz w:val="24"/>
          <w:szCs w:val="28"/>
        </w:rPr>
        <w:t>5</w:t>
      </w:r>
    </w:p>
    <w:p w14:paraId="3DF1044D" w14:textId="71E779C0" w:rsidR="005E66A8" w:rsidRPr="000B2A56" w:rsidRDefault="00DF1C2A" w:rsidP="00607548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8"/>
          <w:lang w:val="nl-NL"/>
        </w:rPr>
      </w:pPr>
      <w:r w:rsidRPr="000B2A56">
        <w:rPr>
          <w:rFonts w:ascii="Palatino Linotype" w:hAnsi="Palatino Linotype"/>
          <w:iCs/>
          <w:sz w:val="24"/>
          <w:szCs w:val="28"/>
        </w:rPr>
        <w:t xml:space="preserve">Tìm giá trị thực của tham số </w:t>
      </w:r>
      <w:r w:rsidRPr="000B2A56">
        <w:rPr>
          <w:position w:val="-6"/>
        </w:rPr>
        <w:object w:dxaOrig="260" w:dyaOrig="220" w14:anchorId="2E46F156">
          <v:shape id="_x0000_i1552" type="#_x0000_t75" style="width:13pt;height:11.5pt" o:ole="">
            <v:imagedata r:id="rId1054" o:title=""/>
          </v:shape>
          <o:OLEObject Type="Embed" ProgID="Equation.DSMT4" ShapeID="_x0000_i1552" DrawAspect="Content" ObjectID="_1702753108" r:id="rId1055"/>
        </w:object>
      </w:r>
      <w:r w:rsidRPr="000B2A56">
        <w:rPr>
          <w:rFonts w:ascii="Palatino Linotype" w:hAnsi="Palatino Linotype"/>
          <w:iCs/>
          <w:sz w:val="24"/>
          <w:szCs w:val="28"/>
        </w:rPr>
        <w:t xml:space="preserve"> để hệ phương trình </w:t>
      </w:r>
      <w:r w:rsidRPr="000B2A56">
        <w:rPr>
          <w:position w:val="-50"/>
        </w:rPr>
        <w:object w:dxaOrig="1820" w:dyaOrig="1120" w14:anchorId="72A541FC">
          <v:shape id="_x0000_i1553" type="#_x0000_t75" style="width:90.5pt;height:56pt" o:ole="">
            <v:imagedata r:id="rId1056" o:title=""/>
          </v:shape>
          <o:OLEObject Type="Embed" ProgID="Equation.DSMT4" ShapeID="_x0000_i1553" DrawAspect="Content" ObjectID="_1702753109" r:id="rId1057"/>
        </w:object>
      </w:r>
      <w:r w:rsidRPr="000B2A56">
        <w:rPr>
          <w:rFonts w:ascii="Palatino Linotype" w:hAnsi="Palatino Linotype"/>
          <w:iCs/>
          <w:sz w:val="24"/>
          <w:szCs w:val="28"/>
        </w:rPr>
        <w:t xml:space="preserve"> có duy nhất một nghiệm.</w:t>
      </w:r>
    </w:p>
    <w:p w14:paraId="5DA23C33" w14:textId="15B74BD6" w:rsidR="00DF1C2A" w:rsidRPr="000B2A56" w:rsidRDefault="005E66A8" w:rsidP="005E66A8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iCs/>
          <w:sz w:val="24"/>
          <w:szCs w:val="28"/>
        </w:rPr>
      </w:pPr>
      <w:r w:rsidRPr="000B2A56">
        <w:rPr>
          <w:rFonts w:ascii="Palatino Linotype" w:hAnsi="Palatino Linotype" w:cs="Times New Roman"/>
          <w:b/>
          <w:iCs/>
          <w:color w:val="008000"/>
          <w:sz w:val="24"/>
          <w:szCs w:val="28"/>
        </w:rPr>
        <w:t xml:space="preserve">A. </w:t>
      </w:r>
      <w:r w:rsidR="00DF1C2A" w:rsidRPr="000B2A56">
        <w:rPr>
          <w:rFonts w:ascii="Palatino Linotype" w:hAnsi="Palatino Linotype"/>
          <w:position w:val="-24"/>
          <w:sz w:val="24"/>
          <w:szCs w:val="28"/>
        </w:rPr>
        <w:object w:dxaOrig="700" w:dyaOrig="620" w14:anchorId="48E16745">
          <v:shape id="_x0000_i1554" type="#_x0000_t75" style="width:35pt;height:31pt" o:ole="">
            <v:imagedata r:id="rId1058" o:title=""/>
          </v:shape>
          <o:OLEObject Type="Embed" ProgID="Equation.DSMT4" ShapeID="_x0000_i1554" DrawAspect="Content" ObjectID="_1702753110" r:id="rId1059"/>
        </w:object>
      </w:r>
      <w:r w:rsidRPr="000B2A56">
        <w:rPr>
          <w:rFonts w:ascii="Palatino Linotype" w:hAnsi="Palatino Linotype" w:cs="Times New Roman"/>
          <w:iCs/>
          <w:sz w:val="24"/>
          <w:szCs w:val="28"/>
        </w:rPr>
        <w:tab/>
      </w:r>
      <w:r w:rsidRPr="000B2A56">
        <w:rPr>
          <w:rFonts w:ascii="Palatino Linotype" w:hAnsi="Palatino Linotype" w:cs="Times New Roman"/>
          <w:b/>
          <w:iCs/>
          <w:color w:val="008000"/>
          <w:sz w:val="24"/>
          <w:szCs w:val="28"/>
        </w:rPr>
        <w:t xml:space="preserve">B. </w:t>
      </w:r>
      <w:r w:rsidR="00DF1C2A" w:rsidRPr="000B2A56">
        <w:rPr>
          <w:rFonts w:ascii="Palatino Linotype" w:hAnsi="Palatino Linotype"/>
          <w:position w:val="-24"/>
          <w:sz w:val="24"/>
          <w:szCs w:val="28"/>
        </w:rPr>
        <w:object w:dxaOrig="700" w:dyaOrig="620" w14:anchorId="0A438C53">
          <v:shape id="_x0000_i1555" type="#_x0000_t75" style="width:35.5pt;height:32pt" o:ole="">
            <v:imagedata r:id="rId1060" o:title=""/>
          </v:shape>
          <o:OLEObject Type="Embed" ProgID="Equation.DSMT4" ShapeID="_x0000_i1555" DrawAspect="Content" ObjectID="_1702753111" r:id="rId1061"/>
        </w:object>
      </w:r>
      <w:r w:rsidRPr="000B2A56">
        <w:rPr>
          <w:rFonts w:ascii="Palatino Linotype" w:hAnsi="Palatino Linotype" w:cs="Times New Roman"/>
          <w:iCs/>
          <w:sz w:val="24"/>
          <w:szCs w:val="28"/>
        </w:rPr>
        <w:tab/>
      </w:r>
      <w:r w:rsidRPr="000B2A56">
        <w:rPr>
          <w:rFonts w:ascii="Palatino Linotype" w:hAnsi="Palatino Linotype" w:cs="Times New Roman"/>
          <w:b/>
          <w:iCs/>
          <w:color w:val="008000"/>
          <w:sz w:val="24"/>
          <w:szCs w:val="28"/>
        </w:rPr>
        <w:t xml:space="preserve">C. </w:t>
      </w:r>
      <w:r w:rsidR="00DF1C2A" w:rsidRPr="000B2A56">
        <w:rPr>
          <w:rFonts w:ascii="Palatino Linotype" w:hAnsi="Palatino Linotype"/>
          <w:position w:val="-24"/>
          <w:sz w:val="24"/>
          <w:szCs w:val="28"/>
        </w:rPr>
        <w:object w:dxaOrig="859" w:dyaOrig="620" w14:anchorId="5C6AFFDA">
          <v:shape id="_x0000_i1556" type="#_x0000_t75" style="width:43pt;height:31pt" o:ole="">
            <v:imagedata r:id="rId1062" o:title=""/>
          </v:shape>
          <o:OLEObject Type="Embed" ProgID="Equation.DSMT4" ShapeID="_x0000_i1556" DrawAspect="Content" ObjectID="_1702753112" r:id="rId1063"/>
        </w:object>
      </w:r>
      <w:r w:rsidRPr="000B2A56">
        <w:rPr>
          <w:rFonts w:ascii="Palatino Linotype" w:hAnsi="Palatino Linotype" w:cs="Times New Roman"/>
          <w:iCs/>
          <w:sz w:val="24"/>
          <w:szCs w:val="28"/>
        </w:rPr>
        <w:tab/>
      </w:r>
      <w:r w:rsidRPr="000B2A56">
        <w:rPr>
          <w:rFonts w:ascii="Palatino Linotype" w:hAnsi="Palatino Linotype" w:cs="Times New Roman"/>
          <w:b/>
          <w:iCs/>
          <w:color w:val="008000"/>
          <w:sz w:val="24"/>
          <w:szCs w:val="28"/>
        </w:rPr>
        <w:t xml:space="preserve">D. </w:t>
      </w:r>
      <w:r w:rsidR="00DF1C2A" w:rsidRPr="000B2A56">
        <w:rPr>
          <w:rFonts w:ascii="Palatino Linotype" w:hAnsi="Palatino Linotype"/>
          <w:position w:val="-24"/>
          <w:sz w:val="24"/>
          <w:szCs w:val="28"/>
        </w:rPr>
        <w:object w:dxaOrig="859" w:dyaOrig="620" w14:anchorId="0FE634C7">
          <v:shape id="_x0000_i1557" type="#_x0000_t75" style="width:43.5pt;height:32pt" o:ole="">
            <v:imagedata r:id="rId1064" o:title=""/>
          </v:shape>
          <o:OLEObject Type="Embed" ProgID="Equation.DSMT4" ShapeID="_x0000_i1557" DrawAspect="Content" ObjectID="_1702753113" r:id="rId1065"/>
        </w:object>
      </w:r>
    </w:p>
    <w:p w14:paraId="1D4C565F" w14:textId="10A56A10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color w:val="000000"/>
          <w:sz w:val="24"/>
        </w:rPr>
        <w:t>Suy luận nào sau đây đúng?</w:t>
      </w:r>
    </w:p>
    <w:p w14:paraId="7F232E09" w14:textId="3FA03EEB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DF1C2A" w:rsidRPr="000B2A56">
        <w:rPr>
          <w:rFonts w:ascii="Palatino Linotype" w:hAnsi="Palatino Linotype"/>
          <w:color w:val="000000"/>
          <w:position w:val="-30"/>
          <w:sz w:val="24"/>
        </w:rPr>
        <w:object w:dxaOrig="700" w:dyaOrig="720" w14:anchorId="0D835CF6">
          <v:shape id="_x0000_i1558" type="#_x0000_t75" style="width:35.5pt;height:36.5pt" o:ole="">
            <v:imagedata r:id="rId1066" o:title=""/>
          </v:shape>
          <o:OLEObject Type="Embed" ProgID="Equation.DSMT4" ShapeID="_x0000_i1558" DrawAspect="Content" ObjectID="_1702753114" r:id="rId1067"/>
        </w:object>
      </w:r>
      <w:r w:rsidR="00DF1C2A" w:rsidRPr="000B2A56">
        <w:rPr>
          <w:rFonts w:ascii="Palatino Linotype" w:hAnsi="Palatino Linotype"/>
          <w:color w:val="000000"/>
          <w:position w:val="-6"/>
          <w:sz w:val="24"/>
        </w:rPr>
        <w:object w:dxaOrig="1100" w:dyaOrig="279" w14:anchorId="0391F25B">
          <v:shape id="_x0000_i1559" type="#_x0000_t75" style="width:53.5pt;height:14pt" o:ole="">
            <v:imagedata r:id="rId1068" o:title=""/>
          </v:shape>
          <o:OLEObject Type="Embed" ProgID="Equation.DSMT4" ShapeID="_x0000_i1559" DrawAspect="Content" ObjectID="_1702753115" r:id="rId1069"/>
        </w:object>
      </w:r>
      <w:r w:rsidR="00DF1C2A" w:rsidRPr="000B2A56">
        <w:rPr>
          <w:rFonts w:ascii="Palatino Linotype" w:hAnsi="Palatino Linotype"/>
          <w:color w:val="000000"/>
          <w:sz w:val="24"/>
        </w:rPr>
        <w:t>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DF1C2A" w:rsidRPr="000B2A56">
        <w:rPr>
          <w:rFonts w:ascii="Palatino Linotype" w:hAnsi="Palatino Linotype"/>
          <w:color w:val="000000"/>
          <w:position w:val="-30"/>
          <w:sz w:val="24"/>
        </w:rPr>
        <w:object w:dxaOrig="700" w:dyaOrig="720" w14:anchorId="110B4E40">
          <v:shape id="_x0000_i1560" type="#_x0000_t75" style="width:35.5pt;height:36.5pt" o:ole="">
            <v:imagedata r:id="rId1070" o:title=""/>
          </v:shape>
          <o:OLEObject Type="Embed" ProgID="Equation.DSMT4" ShapeID="_x0000_i1560" DrawAspect="Content" ObjectID="_1702753116" r:id="rId1071"/>
        </w:object>
      </w:r>
      <w:r w:rsidR="00DF1C2A" w:rsidRPr="000B2A56">
        <w:rPr>
          <w:rFonts w:ascii="Palatino Linotype" w:hAnsi="Palatino Linotype"/>
          <w:color w:val="000000"/>
          <w:position w:val="-24"/>
          <w:sz w:val="24"/>
        </w:rPr>
        <w:object w:dxaOrig="940" w:dyaOrig="620" w14:anchorId="79C5A1C6">
          <v:shape id="_x0000_i1561" type="#_x0000_t75" style="width:46.5pt;height:31pt" o:ole="">
            <v:imagedata r:id="rId1072" o:title=""/>
          </v:shape>
          <o:OLEObject Type="Embed" ProgID="Equation.DSMT4" ShapeID="_x0000_i1561" DrawAspect="Content" ObjectID="_1702753117" r:id="rId1073"/>
        </w:object>
      </w:r>
      <w:r w:rsidR="00DF1C2A" w:rsidRPr="000B2A56">
        <w:rPr>
          <w:rFonts w:ascii="Palatino Linotype" w:hAnsi="Palatino Linotype"/>
          <w:color w:val="000000"/>
          <w:sz w:val="24"/>
        </w:rPr>
        <w:t>.</w:t>
      </w:r>
    </w:p>
    <w:p w14:paraId="21C23859" w14:textId="7F1047FA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DF1C2A" w:rsidRPr="000B2A56">
        <w:rPr>
          <w:rFonts w:ascii="Palatino Linotype" w:hAnsi="Palatino Linotype"/>
          <w:color w:val="000000"/>
          <w:position w:val="-30"/>
          <w:sz w:val="24"/>
        </w:rPr>
        <w:object w:dxaOrig="700" w:dyaOrig="720" w14:anchorId="2DDC0F6F">
          <v:shape id="_x0000_i1562" type="#_x0000_t75" style="width:35.5pt;height:36.5pt" o:ole="">
            <v:imagedata r:id="rId1074" o:title=""/>
          </v:shape>
          <o:OLEObject Type="Embed" ProgID="Equation.DSMT4" ShapeID="_x0000_i1562" DrawAspect="Content" ObjectID="_1702753118" r:id="rId1075"/>
        </w:object>
      </w:r>
      <w:r w:rsidR="00DF1C2A" w:rsidRPr="000B2A56">
        <w:rPr>
          <w:rFonts w:ascii="Palatino Linotype" w:hAnsi="Palatino Linotype"/>
          <w:color w:val="000000"/>
          <w:position w:val="-6"/>
          <w:sz w:val="24"/>
        </w:rPr>
        <w:object w:dxaOrig="1520" w:dyaOrig="279" w14:anchorId="6E48DB61">
          <v:shape id="_x0000_i1563" type="#_x0000_t75" style="width:76pt;height:14pt" o:ole="">
            <v:imagedata r:id="rId1076" o:title=""/>
          </v:shape>
          <o:OLEObject Type="Embed" ProgID="Equation.DSMT4" ShapeID="_x0000_i1563" DrawAspect="Content" ObjectID="_1702753119" r:id="rId1077"/>
        </w:object>
      </w:r>
      <w:r w:rsidR="00DF1C2A" w:rsidRPr="000B2A56">
        <w:rPr>
          <w:rFonts w:ascii="Palatino Linotype" w:hAnsi="Palatino Linotype"/>
          <w:color w:val="000000"/>
          <w:sz w:val="24"/>
        </w:rPr>
        <w:t>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DF1C2A" w:rsidRPr="000B2A56">
        <w:rPr>
          <w:rFonts w:ascii="Palatino Linotype" w:hAnsi="Palatino Linotype"/>
          <w:color w:val="000000"/>
          <w:position w:val="-30"/>
          <w:sz w:val="24"/>
        </w:rPr>
        <w:object w:dxaOrig="1060" w:dyaOrig="720" w14:anchorId="7C151211">
          <v:shape id="_x0000_i1564" type="#_x0000_t75" style="width:52.5pt;height:36.5pt" o:ole="">
            <v:imagedata r:id="rId1078" o:title=""/>
          </v:shape>
          <o:OLEObject Type="Embed" ProgID="Equation.DSMT4" ShapeID="_x0000_i1564" DrawAspect="Content" ObjectID="_1702753120" r:id="rId1079"/>
        </w:object>
      </w:r>
      <w:r w:rsidR="00DF1C2A" w:rsidRPr="000B2A56">
        <w:rPr>
          <w:rFonts w:ascii="Palatino Linotype" w:hAnsi="Palatino Linotype"/>
          <w:color w:val="000000"/>
          <w:position w:val="-6"/>
          <w:sz w:val="24"/>
        </w:rPr>
        <w:object w:dxaOrig="1100" w:dyaOrig="279" w14:anchorId="4F6323DD">
          <v:shape id="_x0000_i1565" type="#_x0000_t75" style="width:53.5pt;height:14pt" o:ole="">
            <v:imagedata r:id="rId1080" o:title=""/>
          </v:shape>
          <o:OLEObject Type="Embed" ProgID="Equation.DSMT4" ShapeID="_x0000_i1565" DrawAspect="Content" ObjectID="_1702753121" r:id="rId1081"/>
        </w:object>
      </w:r>
      <w:r w:rsidR="00DF1C2A" w:rsidRPr="000B2A56">
        <w:rPr>
          <w:rFonts w:ascii="Palatino Linotype" w:hAnsi="Palatino Linotype"/>
          <w:color w:val="000000"/>
          <w:sz w:val="24"/>
        </w:rPr>
        <w:t>.</w:t>
      </w:r>
    </w:p>
    <w:p w14:paraId="32F87F1B" w14:textId="0DCD0A8F" w:rsidR="00DF1C2A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color w:val="000000"/>
          <w:sz w:val="24"/>
        </w:rPr>
        <w:t xml:space="preserve">Cho </w:t>
      </w:r>
      <w:r w:rsidRPr="000B2A56">
        <w:rPr>
          <w:position w:val="-10"/>
        </w:rPr>
        <w:object w:dxaOrig="960" w:dyaOrig="320" w14:anchorId="2963C1B5">
          <v:shape id="_x0000_i1566" type="#_x0000_t75" style="width:48pt;height:17pt" o:ole="">
            <v:imagedata r:id="rId1082" o:title=""/>
          </v:shape>
          <o:OLEObject Type="Embed" ProgID="Equation.DSMT4" ShapeID="_x0000_i1566" DrawAspect="Content" ObjectID="_1702753122" r:id="rId1083"/>
        </w:object>
      </w:r>
      <w:r w:rsidRPr="000B2A56">
        <w:rPr>
          <w:rFonts w:ascii="Palatino Linotype" w:hAnsi="Palatino Linotype"/>
          <w:color w:val="000000"/>
          <w:sz w:val="24"/>
        </w:rPr>
        <w:t>. Xét các bất đẳng thức sau:</w:t>
      </w:r>
    </w:p>
    <w:p w14:paraId="0231014F" w14:textId="0D537F72" w:rsidR="00DF1C2A" w:rsidRPr="000B2A56" w:rsidRDefault="00DF1C2A" w:rsidP="005E66A8">
      <w:pPr>
        <w:spacing w:line="276" w:lineRule="auto"/>
        <w:ind w:left="992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color w:val="000000"/>
          <w:sz w:val="24"/>
        </w:rPr>
        <w:t xml:space="preserve">I) </w:t>
      </w:r>
      <w:r w:rsidRPr="000B2A56">
        <w:rPr>
          <w:rFonts w:ascii="Palatino Linotype" w:hAnsi="Palatino Linotype"/>
          <w:color w:val="000000"/>
          <w:position w:val="-24"/>
          <w:sz w:val="24"/>
        </w:rPr>
        <w:object w:dxaOrig="980" w:dyaOrig="620" w14:anchorId="730B1039">
          <v:shape id="_x0000_i1567" type="#_x0000_t75" style="width:48pt;height:31pt" o:ole="">
            <v:imagedata r:id="rId1084" o:title=""/>
          </v:shape>
          <o:OLEObject Type="Embed" ProgID="Equation.DSMT4" ShapeID="_x0000_i1567" DrawAspect="Content" ObjectID="_1702753123" r:id="rId1085"/>
        </w:object>
      </w:r>
      <w:r w:rsidRPr="000B2A56">
        <w:rPr>
          <w:rFonts w:ascii="Palatino Linotype" w:hAnsi="Palatino Linotype"/>
          <w:color w:val="000000"/>
          <w:sz w:val="24"/>
        </w:rPr>
        <w:t>.</w:t>
      </w:r>
      <w:r w:rsidR="005E66A8" w:rsidRPr="000B2A56">
        <w:rPr>
          <w:rFonts w:ascii="Palatino Linotype" w:hAnsi="Palatino Linotype"/>
          <w:color w:val="000000"/>
          <w:sz w:val="24"/>
        </w:rPr>
        <w:t xml:space="preserve"> </w:t>
      </w:r>
      <w:r w:rsidR="005E66A8"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color w:val="000000"/>
          <w:sz w:val="24"/>
        </w:rPr>
        <w:t xml:space="preserve">II) </w:t>
      </w:r>
      <w:r w:rsidRPr="000B2A56">
        <w:rPr>
          <w:rFonts w:ascii="Palatino Linotype" w:hAnsi="Palatino Linotype"/>
          <w:color w:val="000000"/>
          <w:position w:val="-24"/>
          <w:sz w:val="24"/>
        </w:rPr>
        <w:object w:dxaOrig="1320" w:dyaOrig="620" w14:anchorId="0A7A41E3">
          <v:shape id="_x0000_i1568" type="#_x0000_t75" style="width:66.5pt;height:31pt" o:ole="">
            <v:imagedata r:id="rId1086" o:title=""/>
          </v:shape>
          <o:OLEObject Type="Embed" ProgID="Equation.DSMT4" ShapeID="_x0000_i1568" DrawAspect="Content" ObjectID="_1702753124" r:id="rId1087"/>
        </w:object>
      </w:r>
      <w:r w:rsidRPr="000B2A56">
        <w:rPr>
          <w:rFonts w:ascii="Palatino Linotype" w:hAnsi="Palatino Linotype"/>
          <w:color w:val="000000"/>
          <w:sz w:val="24"/>
        </w:rPr>
        <w:t>.</w:t>
      </w:r>
      <w:r w:rsidR="005E66A8" w:rsidRPr="000B2A56">
        <w:rPr>
          <w:rFonts w:ascii="Palatino Linotype" w:hAnsi="Palatino Linotype"/>
          <w:color w:val="000000"/>
          <w:sz w:val="24"/>
        </w:rPr>
        <w:t xml:space="preserve"> </w:t>
      </w:r>
      <w:r w:rsidR="005E66A8" w:rsidRPr="000B2A56">
        <w:rPr>
          <w:rFonts w:ascii="Palatino Linotype" w:hAnsi="Palatino Linotype"/>
          <w:color w:val="000000"/>
          <w:sz w:val="24"/>
        </w:rPr>
        <w:tab/>
      </w:r>
      <w:r w:rsidR="005E66A8"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color w:val="000000"/>
          <w:sz w:val="24"/>
        </w:rPr>
        <w:t xml:space="preserve">III) </w:t>
      </w:r>
      <w:r w:rsidRPr="000B2A56">
        <w:rPr>
          <w:rFonts w:ascii="Palatino Linotype" w:hAnsi="Palatino Linotype"/>
          <w:color w:val="000000"/>
          <w:position w:val="-28"/>
          <w:sz w:val="24"/>
        </w:rPr>
        <w:object w:dxaOrig="1860" w:dyaOrig="680" w14:anchorId="0F3E5997">
          <v:shape id="_x0000_i1569" type="#_x0000_t75" style="width:92pt;height:32.5pt" o:ole="">
            <v:imagedata r:id="rId1088" o:title=""/>
          </v:shape>
          <o:OLEObject Type="Embed" ProgID="Equation.DSMT4" ShapeID="_x0000_i1569" DrawAspect="Content" ObjectID="_1702753125" r:id="rId1089"/>
        </w:object>
      </w:r>
      <w:r w:rsidRPr="000B2A56">
        <w:rPr>
          <w:rFonts w:ascii="Palatino Linotype" w:hAnsi="Palatino Linotype"/>
          <w:color w:val="000000"/>
          <w:sz w:val="24"/>
        </w:rPr>
        <w:t>.</w:t>
      </w:r>
    </w:p>
    <w:p w14:paraId="79FCF36A" w14:textId="77777777" w:rsidR="005E66A8" w:rsidRPr="000B2A56" w:rsidRDefault="00DF1C2A" w:rsidP="005E66A8">
      <w:pPr>
        <w:spacing w:line="276" w:lineRule="auto"/>
        <w:ind w:left="992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color w:val="000000"/>
          <w:sz w:val="24"/>
        </w:rPr>
        <w:t>Bất đẳng thức nào đúng?</w:t>
      </w:r>
    </w:p>
    <w:p w14:paraId="3C9C5BED" w14:textId="13518F23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DF1C2A" w:rsidRPr="000B2A56">
        <w:rPr>
          <w:rFonts w:ascii="Palatino Linotype" w:hAnsi="Palatino Linotype"/>
          <w:color w:val="000000"/>
          <w:sz w:val="24"/>
        </w:rPr>
        <w:t>Chỉ I) đúng.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DF1C2A" w:rsidRPr="000B2A56">
        <w:rPr>
          <w:rFonts w:ascii="Palatino Linotype" w:hAnsi="Palatino Linotype"/>
          <w:color w:val="000000"/>
          <w:sz w:val="24"/>
        </w:rPr>
        <w:t>Chỉ II) đúng.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DF1C2A" w:rsidRPr="000B2A56">
        <w:rPr>
          <w:rFonts w:ascii="Palatino Linotype" w:hAnsi="Palatino Linotype"/>
          <w:color w:val="000000"/>
          <w:sz w:val="24"/>
        </w:rPr>
        <w:t>Chỉ III) đúng.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DF1C2A" w:rsidRPr="000B2A56">
        <w:rPr>
          <w:rFonts w:ascii="Palatino Linotype" w:hAnsi="Palatino Linotype"/>
          <w:color w:val="000000"/>
          <w:sz w:val="24"/>
        </w:rPr>
        <w:t>Cả ba đều đúng.</w:t>
      </w:r>
    </w:p>
    <w:p w14:paraId="12539B85" w14:textId="32C25AA0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lang w:val="fr-FR"/>
        </w:rPr>
      </w:pPr>
      <w:r w:rsidRPr="000B2A56">
        <w:rPr>
          <w:rFonts w:ascii="Palatino Linotype" w:hAnsi="Palatino Linotype"/>
          <w:color w:val="000000"/>
          <w:sz w:val="24"/>
          <w:lang w:val="fr-FR"/>
        </w:rPr>
        <w:t xml:space="preserve">Giá trị nhỏ nhất của hàm số </w:t>
      </w:r>
      <w:r w:rsidRPr="000B2A56">
        <w:rPr>
          <w:position w:val="-24"/>
        </w:rPr>
        <w:object w:dxaOrig="1740" w:dyaOrig="620" w14:anchorId="65FFAB34">
          <v:shape id="_x0000_i1570" type="#_x0000_t75" style="width:87pt;height:31pt" o:ole="">
            <v:imagedata r:id="rId1090" o:title=""/>
          </v:shape>
          <o:OLEObject Type="Embed" ProgID="Equation.DSMT4" ShapeID="_x0000_i1570" DrawAspect="Content" ObjectID="_1702753126" r:id="rId1091"/>
        </w:object>
      </w:r>
      <w:r w:rsidRPr="000B2A56">
        <w:rPr>
          <w:rFonts w:ascii="Palatino Linotype" w:hAnsi="Palatino Linotype"/>
          <w:color w:val="000000"/>
          <w:sz w:val="24"/>
          <w:lang w:val="fr-FR"/>
        </w:rPr>
        <w:t xml:space="preserve"> với </w:t>
      </w:r>
      <w:r w:rsidRPr="000B2A56">
        <w:rPr>
          <w:position w:val="-6"/>
        </w:rPr>
        <w:object w:dxaOrig="620" w:dyaOrig="279" w14:anchorId="1C57D052">
          <v:shape id="_x0000_i1571" type="#_x0000_t75" style="width:31.5pt;height:12.5pt" o:ole="">
            <v:imagedata r:id="rId1092" o:title=""/>
          </v:shape>
          <o:OLEObject Type="Embed" ProgID="Equation.DSMT4" ShapeID="_x0000_i1571" DrawAspect="Content" ObjectID="_1702753127" r:id="rId1093"/>
        </w:object>
      </w:r>
      <w:r w:rsidRPr="000B2A56">
        <w:rPr>
          <w:rFonts w:ascii="Palatino Linotype" w:hAnsi="Palatino Linotype"/>
          <w:color w:val="000000"/>
          <w:sz w:val="24"/>
          <w:lang w:val="fr-FR"/>
        </w:rPr>
        <w:t xml:space="preserve"> là</w:t>
      </w:r>
    </w:p>
    <w:p w14:paraId="16772E5C" w14:textId="39E2C6F9" w:rsidR="00DF1C2A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A. </w:t>
      </w:r>
      <w:r w:rsidR="00DF1C2A" w:rsidRPr="000B2A56">
        <w:rPr>
          <w:rFonts w:ascii="Palatino Linotype" w:hAnsi="Palatino Linotype"/>
          <w:color w:val="000000"/>
          <w:position w:val="-4"/>
          <w:sz w:val="24"/>
        </w:rPr>
        <w:object w:dxaOrig="200" w:dyaOrig="260" w14:anchorId="6FDF98E0">
          <v:shape id="_x0000_i1572" type="#_x0000_t75" style="width:10pt;height:12.5pt" o:ole="">
            <v:imagedata r:id="rId1094" o:title=""/>
          </v:shape>
          <o:OLEObject Type="Embed" ProgID="Equation.DSMT4" ShapeID="_x0000_i1572" DrawAspect="Content" ObjectID="_1702753128" r:id="rId1095"/>
        </w:object>
      </w:r>
      <w:r w:rsidR="00DF1C2A" w:rsidRPr="000B2A56">
        <w:rPr>
          <w:rFonts w:ascii="Palatino Linotype" w:hAnsi="Palatino Linotype"/>
          <w:color w:val="000000"/>
          <w:sz w:val="24"/>
          <w:lang w:val="fr-FR"/>
        </w:rPr>
        <w:t>.</w:t>
      </w:r>
      <w:r w:rsidRPr="000B2A56">
        <w:rPr>
          <w:rFonts w:ascii="Palatino Linotype" w:hAnsi="Palatino Linotype"/>
          <w:color w:val="000000"/>
          <w:sz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B. </w:t>
      </w:r>
      <w:r w:rsidR="00DF1C2A" w:rsidRPr="000B2A56">
        <w:rPr>
          <w:rFonts w:ascii="Palatino Linotype" w:hAnsi="Palatino Linotype"/>
          <w:color w:val="000000"/>
          <w:position w:val="-6"/>
          <w:sz w:val="24"/>
        </w:rPr>
        <w:object w:dxaOrig="820" w:dyaOrig="340" w14:anchorId="6FF8C754">
          <v:shape id="_x0000_i1573" type="#_x0000_t75" style="width:39.5pt;height:17pt" o:ole="">
            <v:imagedata r:id="rId1096" o:title=""/>
          </v:shape>
          <o:OLEObject Type="Embed" ProgID="Equation.DSMT4" ShapeID="_x0000_i1573" DrawAspect="Content" ObjectID="_1702753129" r:id="rId1097"/>
        </w:object>
      </w:r>
      <w:r w:rsidR="00DF1C2A" w:rsidRPr="000B2A56">
        <w:rPr>
          <w:rFonts w:ascii="Palatino Linotype" w:hAnsi="Palatino Linotype"/>
          <w:color w:val="000000"/>
          <w:sz w:val="24"/>
          <w:lang w:val="fr-FR"/>
        </w:rPr>
        <w:t>.</w:t>
      </w:r>
      <w:r w:rsidRPr="000B2A56">
        <w:rPr>
          <w:rFonts w:ascii="Palatino Linotype" w:hAnsi="Palatino Linotype"/>
          <w:color w:val="000000"/>
          <w:sz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C. </w:t>
      </w:r>
      <w:r w:rsidR="00DF1C2A" w:rsidRPr="000B2A56">
        <w:rPr>
          <w:rFonts w:ascii="Palatino Linotype" w:hAnsi="Palatino Linotype"/>
          <w:color w:val="000000"/>
          <w:position w:val="-6"/>
          <w:sz w:val="24"/>
        </w:rPr>
        <w:object w:dxaOrig="820" w:dyaOrig="340" w14:anchorId="3603C865">
          <v:shape id="_x0000_i1574" type="#_x0000_t75" style="width:39.5pt;height:17pt" o:ole="">
            <v:imagedata r:id="rId1098" o:title=""/>
          </v:shape>
          <o:OLEObject Type="Embed" ProgID="Equation.DSMT4" ShapeID="_x0000_i1574" DrawAspect="Content" ObjectID="_1702753130" r:id="rId1099"/>
        </w:object>
      </w:r>
      <w:r w:rsidR="00DF1C2A" w:rsidRPr="000B2A56">
        <w:rPr>
          <w:rFonts w:ascii="Palatino Linotype" w:hAnsi="Palatino Linotype"/>
          <w:color w:val="000000"/>
          <w:sz w:val="24"/>
          <w:lang w:val="fr-FR"/>
        </w:rPr>
        <w:t>.</w:t>
      </w:r>
      <w:r w:rsidRPr="000B2A56">
        <w:rPr>
          <w:rFonts w:ascii="Palatino Linotype" w:hAnsi="Palatino Linotype"/>
          <w:color w:val="000000"/>
          <w:sz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D. </w:t>
      </w:r>
      <w:r w:rsidR="00DF1C2A" w:rsidRPr="000B2A56">
        <w:rPr>
          <w:rFonts w:ascii="Palatino Linotype" w:hAnsi="Palatino Linotype"/>
          <w:color w:val="000000"/>
          <w:position w:val="-6"/>
          <w:sz w:val="24"/>
        </w:rPr>
        <w:object w:dxaOrig="780" w:dyaOrig="340" w14:anchorId="4A2B8D4D">
          <v:shape id="_x0000_i1575" type="#_x0000_t75" style="width:39.5pt;height:17pt" o:ole="">
            <v:imagedata r:id="rId1100" o:title=""/>
          </v:shape>
          <o:OLEObject Type="Embed" ProgID="Equation.DSMT4" ShapeID="_x0000_i1575" DrawAspect="Content" ObjectID="_1702753131" r:id="rId1101"/>
        </w:object>
      </w:r>
      <w:r w:rsidR="00DF1C2A" w:rsidRPr="000B2A56">
        <w:rPr>
          <w:rFonts w:ascii="Palatino Linotype" w:hAnsi="Palatino Linotype"/>
          <w:color w:val="000000"/>
          <w:sz w:val="24"/>
          <w:lang w:val="fr-FR"/>
        </w:rPr>
        <w:t>.</w:t>
      </w:r>
    </w:p>
    <w:p w14:paraId="10FC620A" w14:textId="43779338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sz w:val="24"/>
          <w:szCs w:val="24"/>
          <w:lang w:val="vi-VN"/>
        </w:rPr>
      </w:pPr>
      <w:r w:rsidRPr="000B2A56">
        <w:rPr>
          <w:rFonts w:ascii="Palatino Linotype" w:hAnsi="Palatino Linotype" w:cs="Chu Van An (Uni)"/>
          <w:sz w:val="24"/>
          <w:szCs w:val="24"/>
          <w:lang w:val="vi-VN"/>
        </w:rPr>
        <w:t xml:space="preserve">Cho hình chữ nhật </w:t>
      </w:r>
      <w:r w:rsidR="005E66A8" w:rsidRPr="000B2A56">
        <w:rPr>
          <w:position w:val="-6"/>
          <w:lang w:val="vi-VN"/>
        </w:rPr>
        <w:object w:dxaOrig="720" w:dyaOrig="279" w14:anchorId="03D8AF2C">
          <v:shape id="_x0000_i1576" type="#_x0000_t75" style="width:36pt;height:14pt" o:ole="">
            <v:imagedata r:id="rId1102" o:title=""/>
          </v:shape>
          <o:OLEObject Type="Embed" ProgID="Equation.DSMT4" ShapeID="_x0000_i1576" DrawAspect="Content" ObjectID="_1702753132" r:id="rId1103"/>
        </w:objec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 xml:space="preserve"> biết </w:t>
      </w:r>
      <w:r w:rsidR="005E66A8" w:rsidRPr="000B2A56">
        <w:rPr>
          <w:position w:val="-6"/>
          <w:lang w:val="vi-VN"/>
        </w:rPr>
        <w:object w:dxaOrig="880" w:dyaOrig="279" w14:anchorId="2AC4E98D">
          <v:shape id="_x0000_i1577" type="#_x0000_t75" style="width:44pt;height:14pt" o:ole="">
            <v:imagedata r:id="rId1104" o:title=""/>
          </v:shape>
          <o:OLEObject Type="Embed" ProgID="Equation.DSMT4" ShapeID="_x0000_i1577" DrawAspect="Content" ObjectID="_1702753133" r:id="rId1105"/>
        </w:objec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 xml:space="preserve"> và </w:t>
      </w:r>
      <w:r w:rsidR="005E66A8" w:rsidRPr="000B2A56">
        <w:rPr>
          <w:position w:val="-6"/>
          <w:lang w:val="vi-VN"/>
        </w:rPr>
        <w:object w:dxaOrig="900" w:dyaOrig="279" w14:anchorId="5F409366">
          <v:shape id="_x0000_i1578" type="#_x0000_t75" style="width:45pt;height:14pt" o:ole="">
            <v:imagedata r:id="rId1106" o:title=""/>
          </v:shape>
          <o:OLEObject Type="Embed" ProgID="Equation.DSMT4" ShapeID="_x0000_i1578" DrawAspect="Content" ObjectID="_1702753134" r:id="rId1107"/>
        </w:objec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 xml:space="preserve"> thì </w:t>
      </w:r>
      <w:r w:rsidRPr="000B2A56">
        <w:rPr>
          <w:rFonts w:ascii="Palatino Linotype" w:hAnsi="Palatino Linotype" w:cs="Chu Van An (Uni) (Vietnamese)"/>
          <w:sz w:val="24"/>
          <w:szCs w:val="24"/>
          <w:lang w:val="vi-VN"/>
        </w:rPr>
        <w:t>đ</w: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 xml:space="preserve">ộ dài </w:t>
      </w:r>
      <w:r w:rsidRPr="000B2A56">
        <w:rPr>
          <w:position w:val="-4"/>
          <w:lang w:val="vi-VN"/>
        </w:rPr>
        <w:object w:dxaOrig="1130" w:dyaOrig="310" w14:anchorId="4B638D57">
          <v:shape id="_x0000_i1579" type="#_x0000_t75" style="width:56.5pt;height:15.5pt" o:ole="">
            <v:imagedata r:id="rId1108" o:title=""/>
          </v:shape>
          <o:OLEObject Type="Embed" ProgID="Equation.DSMT4" ShapeID="_x0000_i1579" DrawAspect="Content" ObjectID="_1702753135" r:id="rId1109"/>
        </w:objec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>?</w:t>
      </w:r>
    </w:p>
    <w:p w14:paraId="56745F91" w14:textId="2E36DBF1" w:rsidR="00DF1C2A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b/>
          <w:position w:val="-6"/>
          <w:sz w:val="24"/>
          <w:szCs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A. </w:t>
      </w:r>
      <w:r w:rsidR="00DF1C2A" w:rsidRPr="000B2A56">
        <w:rPr>
          <w:rFonts w:ascii="Palatino Linotype" w:hAnsi="Palatino Linotype" w:cs="Chu Van An (Uni)"/>
          <w:b/>
          <w:position w:val="-6"/>
          <w:sz w:val="24"/>
          <w:szCs w:val="24"/>
          <w:lang w:val="vi-VN"/>
        </w:rPr>
        <w:object w:dxaOrig="310" w:dyaOrig="290" w14:anchorId="453221EA">
          <v:shape id="_x0000_i1580" type="#_x0000_t75" style="width:15.5pt;height:14.5pt" o:ole="">
            <v:imagedata r:id="rId1110" o:title=""/>
          </v:shape>
          <o:OLEObject Type="Embed" ProgID="Equation.DSMT4" ShapeID="_x0000_i1580" DrawAspect="Content" ObjectID="_1702753136" r:id="rId1111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B. </w:t>
      </w:r>
      <w:r w:rsidR="00DF1C2A" w:rsidRPr="000B2A56">
        <w:rPr>
          <w:rFonts w:ascii="Palatino Linotype" w:hAnsi="Palatino Linotype" w:cs="Chu Van An (Uni)"/>
          <w:b/>
          <w:position w:val="-6"/>
          <w:sz w:val="24"/>
          <w:szCs w:val="24"/>
          <w:lang w:val="vi-VN"/>
        </w:rPr>
        <w:object w:dxaOrig="310" w:dyaOrig="290" w14:anchorId="2F4BE9A5">
          <v:shape id="_x0000_i1581" type="#_x0000_t75" style="width:15.5pt;height:14.5pt" o:ole="">
            <v:imagedata r:id="rId1112" o:title=""/>
          </v:shape>
          <o:OLEObject Type="Embed" ProgID="Equation.DSMT4" ShapeID="_x0000_i1581" DrawAspect="Content" ObjectID="_1702753137" r:id="rId1113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C. </w:t>
      </w:r>
      <w:r w:rsidR="00DF1C2A" w:rsidRPr="000B2A56">
        <w:rPr>
          <w:rFonts w:ascii="Palatino Linotype" w:hAnsi="Palatino Linotype" w:cs="Chu Van An (Uni)"/>
          <w:b/>
          <w:position w:val="-8"/>
          <w:sz w:val="24"/>
          <w:szCs w:val="24"/>
          <w:lang w:val="vi-VN"/>
        </w:rPr>
        <w:object w:dxaOrig="620" w:dyaOrig="370" w14:anchorId="0E4F3E67">
          <v:shape id="_x0000_i1582" type="#_x0000_t75" style="width:31pt;height:18.5pt" o:ole="">
            <v:imagedata r:id="rId1114" o:title=""/>
          </v:shape>
          <o:OLEObject Type="Embed" ProgID="Equation.DSMT4" ShapeID="_x0000_i1582" DrawAspect="Content" ObjectID="_1702753138" r:id="rId1115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D. </w:t>
      </w:r>
      <w:r w:rsidR="00DF1C2A" w:rsidRPr="000B2A56">
        <w:rPr>
          <w:rFonts w:ascii="Palatino Linotype" w:hAnsi="Palatino Linotype" w:cs="Chu Van An (Uni)"/>
          <w:b/>
          <w:position w:val="-6"/>
          <w:sz w:val="24"/>
          <w:szCs w:val="24"/>
          <w:lang w:val="vi-VN"/>
        </w:rPr>
        <w:object w:dxaOrig="310" w:dyaOrig="290" w14:anchorId="1119B8A2">
          <v:shape id="_x0000_i1583" type="#_x0000_t75" style="width:15.5pt;height:14.5pt" o:ole="">
            <v:imagedata r:id="rId1116" o:title=""/>
          </v:shape>
          <o:OLEObject Type="Embed" ProgID="Equation.DSMT4" ShapeID="_x0000_i1583" DrawAspect="Content" ObjectID="_1702753139" r:id="rId1117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</w:p>
    <w:p w14:paraId="56621968" w14:textId="16CB78BC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b/>
          <w:color w:val="0000FF"/>
          <w:sz w:val="24"/>
          <w:szCs w:val="24"/>
          <w:lang w:val="nl-NL"/>
        </w:rPr>
      </w:pPr>
      <w:r w:rsidRPr="000B2A56">
        <w:rPr>
          <w:rFonts w:ascii="Palatino Linotype" w:hAnsi="Palatino Linotype" w:cs="Chu Van An (Uni) CE"/>
          <w:sz w:val="24"/>
          <w:szCs w:val="24"/>
          <w:lang w:val="nl-NL"/>
        </w:rPr>
        <w:t>Cho hai đi</w: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>ểm cố</w:t>
      </w:r>
      <w:r w:rsidRPr="000B2A56">
        <w:rPr>
          <w:rFonts w:ascii="Palatino Linotype" w:hAnsi="Palatino Linotype" w:cs="Chu Van An (Uni) CE"/>
          <w:sz w:val="24"/>
          <w:szCs w:val="24"/>
          <w:lang w:val="nl-NL"/>
        </w:rPr>
        <w:t xml:space="preserve"> đ</w: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ịnh </w:t>
      </w:r>
      <w:r w:rsidRPr="000B2A56">
        <w:rPr>
          <w:position w:val="-10"/>
          <w:lang w:val="nl-NL"/>
        </w:rPr>
        <w:object w:dxaOrig="490" w:dyaOrig="310" w14:anchorId="20262014">
          <v:shape id="_x0000_i1584" type="#_x0000_t75" style="width:24.5pt;height:15.5pt" o:ole="">
            <v:imagedata r:id="rId1118" o:title=""/>
          </v:shape>
          <o:OLEObject Type="Embed" ProgID="Equation.DSMT4" ShapeID="_x0000_i1584" DrawAspect="Content" ObjectID="_1702753140" r:id="rId1119"/>
        </w:objec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; gọi </w:t>
      </w:r>
      <w:r w:rsidRPr="000B2A56">
        <w:rPr>
          <w:position w:val="-4"/>
          <w:lang w:val="nl-NL"/>
        </w:rPr>
        <w:object w:dxaOrig="200" w:dyaOrig="240" w14:anchorId="71A95762">
          <v:shape id="_x0000_i1585" type="#_x0000_t75" style="width:10pt;height:12pt" o:ole="">
            <v:imagedata r:id="rId1120" o:title=""/>
          </v:shape>
          <o:OLEObject Type="Embed" ProgID="Equation.DSMT4" ShapeID="_x0000_i1585" DrawAspect="Content" ObjectID="_1702753141" r:id="rId1121"/>
        </w:object>
      </w:r>
      <w:r w:rsidRPr="000B2A56">
        <w:rPr>
          <w:rFonts w:ascii="Palatino Linotype" w:hAnsi="Palatino Linotype" w:cs="Chu Van An (Uni) (Vietnamese)"/>
          <w:sz w:val="24"/>
          <w:szCs w:val="24"/>
          <w:lang w:val="nl-NL"/>
        </w:rPr>
        <w:t xml:space="preserve"> là trung đi</w: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ểm </w:t>
      </w:r>
      <w:r w:rsidRPr="000B2A56">
        <w:rPr>
          <w:position w:val="-4"/>
          <w:lang w:val="nl-NL"/>
        </w:rPr>
        <w:object w:dxaOrig="390" w:dyaOrig="240" w14:anchorId="088A4CAE">
          <v:shape id="_x0000_i1586" type="#_x0000_t75" style="width:19.5pt;height:12pt" o:ole="">
            <v:imagedata r:id="rId1122" o:title=""/>
          </v:shape>
          <o:OLEObject Type="Embed" ProgID="Equation.DSMT4" ShapeID="_x0000_i1586" DrawAspect="Content" ObjectID="_1702753142" r:id="rId1123"/>
        </w:objec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>. Tập hợ</w:t>
      </w:r>
      <w:r w:rsidRPr="000B2A56">
        <w:rPr>
          <w:rFonts w:ascii="Palatino Linotype" w:hAnsi="Palatino Linotype" w:cs="Chu Van An (Uni) CE"/>
          <w:sz w:val="24"/>
          <w:szCs w:val="24"/>
          <w:lang w:val="nl-NL"/>
        </w:rPr>
        <w:t>p các đi</w: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ểm </w:t>
      </w:r>
      <w:r w:rsidRPr="000B2A56">
        <w:rPr>
          <w:position w:val="-4"/>
          <w:lang w:val="nl-NL"/>
        </w:rPr>
        <w:object w:dxaOrig="310" w:dyaOrig="240" w14:anchorId="3CAC6F46">
          <v:shape id="_x0000_i1587" type="#_x0000_t75" style="width:15.5pt;height:12pt" o:ole="">
            <v:imagedata r:id="rId1124" o:title=""/>
          </v:shape>
          <o:OLEObject Type="Embed" ProgID="Equation.DSMT4" ShapeID="_x0000_i1587" DrawAspect="Content" ObjectID="_1702753143" r:id="rId1125"/>
        </w:objec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 thoả: </w:t>
      </w:r>
      <w:r w:rsidRPr="000B2A56">
        <w:rPr>
          <w:position w:val="-18"/>
          <w:lang w:val="nl-NL"/>
        </w:rPr>
        <w:object w:dxaOrig="2280" w:dyaOrig="490" w14:anchorId="3E35B5E2">
          <v:shape id="_x0000_i1588" type="#_x0000_t75" style="width:114pt;height:24.5pt" o:ole="">
            <v:imagedata r:id="rId1126" o:title=""/>
          </v:shape>
          <o:OLEObject Type="Embed" ProgID="Equation.DSMT4" ShapeID="_x0000_i1588" DrawAspect="Content" ObjectID="_1702753144" r:id="rId1127"/>
        </w:objec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 là:</w:t>
      </w:r>
    </w:p>
    <w:p w14:paraId="2AB3AE3A" w14:textId="4012C14E" w:rsidR="005E66A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 w:val="24"/>
          <w:szCs w:val="24"/>
          <w:lang w:val="nl-NL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nl-NL"/>
        </w:rPr>
        <w:t xml:space="preserve">A. </w:t>
      </w:r>
      <w:r w:rsidR="00DF1C2A" w:rsidRPr="000B2A56">
        <w:rPr>
          <w:rFonts w:ascii="Palatino Linotype" w:hAnsi="Palatino Linotype" w:cs="Chu Van An (Uni) (Vietnamese)"/>
          <w:sz w:val="24"/>
          <w:szCs w:val="24"/>
          <w:lang w:val="nl-NL"/>
        </w:rPr>
        <w:t>Đư</w: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ờng tròn </w:t>
      </w:r>
      <w:r w:rsidR="00DF1C2A" w:rsidRPr="000B2A56">
        <w:rPr>
          <w:rFonts w:ascii="Palatino Linotype" w:hAnsi="Palatino Linotype" w:cs="Chu Van An (Uni) (Vietnamese)"/>
          <w:sz w:val="24"/>
          <w:szCs w:val="24"/>
          <w:lang w:val="nl-NL"/>
        </w:rPr>
        <w:t>đư</w: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ờng kính </w:t>
      </w:r>
      <w:r w:rsidR="00DF1C2A" w:rsidRPr="000B2A56">
        <w:rPr>
          <w:rFonts w:ascii="Palatino Linotype" w:hAnsi="Palatino Linotype" w:cs="Chu Van An (Uni)"/>
          <w:position w:val="-4"/>
          <w:sz w:val="24"/>
          <w:szCs w:val="24"/>
          <w:lang w:val="nl-NL"/>
        </w:rPr>
        <w:object w:dxaOrig="390" w:dyaOrig="240" w14:anchorId="2D8F76B2">
          <v:shape id="_x0000_i1589" type="#_x0000_t75" style="width:19.5pt;height:12pt" o:ole="">
            <v:imagedata r:id="rId1128" o:title=""/>
          </v:shape>
          <o:OLEObject Type="Embed" ProgID="Equation.DSMT4" ShapeID="_x0000_i1589" DrawAspect="Content" ObjectID="_1702753145" r:id="rId1129"/>
        </w:objec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>.</w: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nl-NL"/>
        </w:rPr>
        <w:t xml:space="preserve">B. </w: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Trung trực của </w:t>
      </w:r>
      <w:r w:rsidR="00DF1C2A" w:rsidRPr="000B2A56">
        <w:rPr>
          <w:rFonts w:ascii="Palatino Linotype" w:hAnsi="Palatino Linotype" w:cs="Chu Van An (Uni)"/>
          <w:position w:val="-4"/>
          <w:sz w:val="24"/>
          <w:szCs w:val="24"/>
          <w:lang w:val="nl-NL"/>
        </w:rPr>
        <w:object w:dxaOrig="390" w:dyaOrig="240" w14:anchorId="73C94B19">
          <v:shape id="_x0000_i1590" type="#_x0000_t75" style="width:19.5pt;height:12pt" o:ole="">
            <v:imagedata r:id="rId1130" o:title=""/>
          </v:shape>
          <o:OLEObject Type="Embed" ProgID="Equation.DSMT4" ShapeID="_x0000_i1590" DrawAspect="Content" ObjectID="_1702753146" r:id="rId1131"/>
        </w:objec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>.</w:t>
      </w:r>
    </w:p>
    <w:p w14:paraId="42EEA6EC" w14:textId="1FEBD0D4" w:rsidR="00DF1C2A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 w:val="24"/>
          <w:szCs w:val="24"/>
          <w:lang w:val="vi-VN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nl-NL"/>
        </w:rPr>
        <w:t xml:space="preserve">C. </w:t>
      </w:r>
      <w:r w:rsidR="00DF1C2A" w:rsidRPr="000B2A56">
        <w:rPr>
          <w:rFonts w:ascii="Palatino Linotype" w:hAnsi="Palatino Linotype" w:cs="Chu Van An (Uni) (Vietnamese)"/>
          <w:sz w:val="24"/>
          <w:szCs w:val="24"/>
          <w:lang w:val="nl-NL"/>
        </w:rPr>
        <w:t>Đư</w: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ờng tròn tâm </w:t>
      </w:r>
      <w:r w:rsidR="00DF1C2A" w:rsidRPr="000B2A56">
        <w:rPr>
          <w:rFonts w:ascii="Palatino Linotype" w:hAnsi="Palatino Linotype" w:cs="Chu Van An (Uni)"/>
          <w:position w:val="-4"/>
          <w:sz w:val="24"/>
          <w:szCs w:val="24"/>
          <w:lang w:val="nl-NL"/>
        </w:rPr>
        <w:object w:dxaOrig="200" w:dyaOrig="240" w14:anchorId="0C530661">
          <v:shape id="_x0000_i1591" type="#_x0000_t75" style="width:10pt;height:12pt" o:ole="">
            <v:imagedata r:id="rId1132" o:title=""/>
          </v:shape>
          <o:OLEObject Type="Embed" ProgID="Equation.DSMT4" ShapeID="_x0000_i1591" DrawAspect="Content" ObjectID="_1702753147" r:id="rId1133"/>
        </w:objec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, bán kính </w:t>
      </w:r>
      <w:r w:rsidR="00DF1C2A" w:rsidRPr="000B2A56">
        <w:rPr>
          <w:rFonts w:ascii="Palatino Linotype" w:hAnsi="Palatino Linotype" w:cs="Chu Van An (Uni)"/>
          <w:position w:val="-4"/>
          <w:sz w:val="24"/>
          <w:szCs w:val="24"/>
          <w:lang w:val="nl-NL"/>
        </w:rPr>
        <w:object w:dxaOrig="390" w:dyaOrig="240" w14:anchorId="68287A4C">
          <v:shape id="_x0000_i1592" type="#_x0000_t75" style="width:19.5pt;height:12pt" o:ole="">
            <v:imagedata r:id="rId1134" o:title=""/>
          </v:shape>
          <o:OLEObject Type="Embed" ProgID="Equation.DSMT4" ShapeID="_x0000_i1592" DrawAspect="Content" ObjectID="_1702753148" r:id="rId1135"/>
        </w:objec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>.</w: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nl-NL"/>
        </w:rPr>
        <w:t xml:space="preserve">D. </w: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>Nử</w:t>
      </w:r>
      <w:r w:rsidR="00DF1C2A" w:rsidRPr="000B2A56">
        <w:rPr>
          <w:rFonts w:ascii="Palatino Linotype" w:hAnsi="Palatino Linotype" w:cs="Chu Van An (Uni) (Vietnamese)"/>
          <w:sz w:val="24"/>
          <w:szCs w:val="24"/>
          <w:lang w:val="nl-NL"/>
        </w:rPr>
        <w:t>a đư</w: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ờng tròn </w:t>
      </w:r>
      <w:r w:rsidR="00DF1C2A" w:rsidRPr="000B2A56">
        <w:rPr>
          <w:rFonts w:ascii="Palatino Linotype" w:hAnsi="Palatino Linotype" w:cs="Chu Van An (Uni) (Vietnamese)"/>
          <w:sz w:val="24"/>
          <w:szCs w:val="24"/>
          <w:lang w:val="nl-NL"/>
        </w:rPr>
        <w:t>đư</w:t>
      </w:r>
      <w:r w:rsidR="00DF1C2A" w:rsidRPr="000B2A56">
        <w:rPr>
          <w:rFonts w:ascii="Palatino Linotype" w:hAnsi="Palatino Linotype" w:cs="Chu Van An (Uni)"/>
          <w:sz w:val="24"/>
          <w:szCs w:val="24"/>
          <w:lang w:val="nl-NL"/>
        </w:rPr>
        <w:t xml:space="preserve">ờng kính </w:t>
      </w:r>
      <w:r w:rsidR="00DF1C2A" w:rsidRPr="000B2A56">
        <w:rPr>
          <w:rFonts w:ascii="Palatino Linotype" w:hAnsi="Palatino Linotype" w:cs="Chu Van An (Uni)"/>
          <w:position w:val="-4"/>
          <w:sz w:val="24"/>
          <w:szCs w:val="24"/>
          <w:lang w:val="nl-NL"/>
        </w:rPr>
        <w:object w:dxaOrig="390" w:dyaOrig="240" w14:anchorId="73E8A540">
          <v:shape id="_x0000_i1593" type="#_x0000_t75" style="width:19.5pt;height:12pt" o:ole="">
            <v:imagedata r:id="rId1136" o:title=""/>
          </v:shape>
          <o:OLEObject Type="Embed" ProgID="Equation.DSMT4" ShapeID="_x0000_i1593" DrawAspect="Content" ObjectID="_1702753149" r:id="rId1137"/>
        </w:object>
      </w:r>
      <w:r w:rsidR="00DF1C2A" w:rsidRPr="000B2A56">
        <w:rPr>
          <w:rFonts w:ascii="Palatino Linotype" w:hAnsi="Palatino Linotype" w:cs="Chu Van An (Uni)"/>
          <w:sz w:val="24"/>
          <w:szCs w:val="24"/>
          <w:lang w:val="vi-VN"/>
        </w:rPr>
        <w:t>.</w:t>
      </w:r>
    </w:p>
    <w:p w14:paraId="169DF4B5" w14:textId="238AAB0B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b/>
          <w:color w:val="0000FF"/>
          <w:sz w:val="24"/>
          <w:szCs w:val="24"/>
          <w:lang w:val="vi-VN"/>
        </w:rPr>
      </w:pPr>
      <w:r w:rsidRPr="000B2A56">
        <w:rPr>
          <w:rFonts w:ascii="Palatino Linotype" w:hAnsi="Palatino Linotype" w:cs="Chu Van An (Uni)"/>
          <w:sz w:val="24"/>
          <w:szCs w:val="24"/>
          <w:lang w:val="vi-VN"/>
        </w:rPr>
        <w:t>Trong mặt phẳng tọ</w:t>
      </w:r>
      <w:r w:rsidRPr="000B2A56">
        <w:rPr>
          <w:rFonts w:ascii="Palatino Linotype" w:hAnsi="Palatino Linotype" w:cs="Chu Van An (Uni) (Vietnamese)"/>
          <w:sz w:val="24"/>
          <w:szCs w:val="24"/>
          <w:lang w:val="vi-VN"/>
        </w:rPr>
        <w:t>a đ</w: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 xml:space="preserve">ộ </w:t>
      </w:r>
      <w:r w:rsidRPr="000B2A56">
        <w:rPr>
          <w:position w:val="-10"/>
          <w:lang w:val="vi-VN"/>
        </w:rPr>
        <w:object w:dxaOrig="450" w:dyaOrig="310" w14:anchorId="3F187AD1">
          <v:shape id="_x0000_i1594" type="#_x0000_t75" style="width:22.5pt;height:15.5pt" o:ole="">
            <v:imagedata r:id="rId1138" o:title=""/>
          </v:shape>
          <o:OLEObject Type="Embed" ProgID="Equation.DSMT4" ShapeID="_x0000_i1594" DrawAspect="Content" ObjectID="_1702753150" r:id="rId1139"/>
        </w:objec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 xml:space="preserve"> cho </w:t>
      </w:r>
      <w:r w:rsidRPr="000B2A56">
        <w:rPr>
          <w:position w:val="-14"/>
          <w:lang w:val="vi-VN"/>
        </w:rPr>
        <w:object w:dxaOrig="1640" w:dyaOrig="390" w14:anchorId="292C736D">
          <v:shape id="_x0000_i1595" type="#_x0000_t75" style="width:82pt;height:19.5pt" o:ole="">
            <v:imagedata r:id="rId1140" o:title=""/>
          </v:shape>
          <o:OLEObject Type="Embed" ProgID="Equation.DSMT4" ShapeID="_x0000_i1595" DrawAspect="Content" ObjectID="_1702753151" r:id="rId1141"/>
        </w:objec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>. Tọ</w:t>
      </w:r>
      <w:r w:rsidRPr="000B2A56">
        <w:rPr>
          <w:rFonts w:ascii="Palatino Linotype" w:hAnsi="Palatino Linotype" w:cs="Chu Van An (Uni) (Vietnamese)"/>
          <w:sz w:val="24"/>
          <w:szCs w:val="24"/>
          <w:lang w:val="vi-VN"/>
        </w:rPr>
        <w:t>a đ</w: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>ộ củ</w:t>
      </w:r>
      <w:r w:rsidRPr="000B2A56">
        <w:rPr>
          <w:rFonts w:ascii="Palatino Linotype" w:hAnsi="Palatino Linotype" w:cs="Chu Van An (Uni) (Vietnamese)"/>
          <w:sz w:val="24"/>
          <w:szCs w:val="24"/>
          <w:lang w:val="vi-VN"/>
        </w:rPr>
        <w:t xml:space="preserve">a vec tơ </w:t>
      </w:r>
      <w:r w:rsidRPr="000B2A56">
        <w:rPr>
          <w:position w:val="-4"/>
          <w:lang w:val="vi-VN"/>
        </w:rPr>
        <w:object w:dxaOrig="390" w:dyaOrig="310" w14:anchorId="2954EBB9">
          <v:shape id="_x0000_i1596" type="#_x0000_t75" style="width:19.5pt;height:15.5pt" o:ole="">
            <v:imagedata r:id="rId1142" o:title=""/>
          </v:shape>
          <o:OLEObject Type="Embed" ProgID="Equation.DSMT4" ShapeID="_x0000_i1596" DrawAspect="Content" ObjectID="_1702753152" r:id="rId1143"/>
        </w:object>
      </w:r>
      <w:r w:rsidRPr="000B2A56">
        <w:rPr>
          <w:rFonts w:ascii="Palatino Linotype" w:hAnsi="Palatino Linotype" w:cs="Chu Van An (Uni)"/>
          <w:sz w:val="24"/>
          <w:szCs w:val="24"/>
          <w:lang w:val="vi-VN"/>
        </w:rPr>
        <w:t>là:</w:t>
      </w:r>
    </w:p>
    <w:p w14:paraId="3BDEC8A7" w14:textId="62CA2740" w:rsidR="00DF1C2A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b/>
          <w:sz w:val="24"/>
          <w:szCs w:val="24"/>
          <w:lang w:val="vi-VN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</w:rPr>
        <w:object w:dxaOrig="580" w:dyaOrig="390" w14:anchorId="39E3EADB">
          <v:shape id="_x0000_i1597" type="#_x0000_t75" style="width:29pt;height:19.5pt" o:ole="">
            <v:imagedata r:id="rId1144" o:title=""/>
          </v:shape>
          <o:OLEObject Type="Embed" ProgID="Equation.DSMT4" ShapeID="_x0000_i1597" DrawAspect="Content" ObjectID="_1702753153" r:id="rId1145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</w:rPr>
        <w:object w:dxaOrig="540" w:dyaOrig="390" w14:anchorId="77B59472">
          <v:shape id="_x0000_i1598" type="#_x0000_t75" style="width:27pt;height:19.5pt" o:ole="">
            <v:imagedata r:id="rId1146" o:title=""/>
          </v:shape>
          <o:OLEObject Type="Embed" ProgID="Equation.DSMT4" ShapeID="_x0000_i1598" DrawAspect="Content" ObjectID="_1702753154" r:id="rId1147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</w:rPr>
        <w:object w:dxaOrig="750" w:dyaOrig="390" w14:anchorId="0C0CBECC">
          <v:shape id="_x0000_i1599" type="#_x0000_t75" style="width:37.5pt;height:19.5pt" o:ole="">
            <v:imagedata r:id="rId1148" o:title=""/>
          </v:shape>
          <o:OLEObject Type="Embed" ProgID="Equation.DSMT4" ShapeID="_x0000_i1599" DrawAspect="Content" ObjectID="_1702753155" r:id="rId1149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</w:rPr>
        <w:object w:dxaOrig="710" w:dyaOrig="390" w14:anchorId="60004271">
          <v:shape id="_x0000_i1600" type="#_x0000_t75" style="width:35.5pt;height:19.5pt" o:ole="">
            <v:imagedata r:id="rId1150" o:title=""/>
          </v:shape>
          <o:OLEObject Type="Embed" ProgID="Equation.DSMT4" ShapeID="_x0000_i1600" DrawAspect="Content" ObjectID="_1702753156" r:id="rId1151"/>
        </w:object>
      </w:r>
      <w:r w:rsidR="00DF1C2A" w:rsidRPr="000B2A56">
        <w:rPr>
          <w:rFonts w:ascii="Palatino Linotype" w:hAnsi="Palatino Linotype" w:cs="Chu Van An (Uni)"/>
          <w:sz w:val="24"/>
          <w:szCs w:val="24"/>
          <w:lang w:val="vi-VN"/>
        </w:rPr>
        <w:t>.</w:t>
      </w:r>
    </w:p>
    <w:p w14:paraId="4FCB044A" w14:textId="79707F59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b/>
          <w:color w:val="0000FF"/>
          <w:sz w:val="24"/>
          <w:szCs w:val="24"/>
        </w:rPr>
      </w:pPr>
      <w:r w:rsidRPr="000B2A56">
        <w:rPr>
          <w:rFonts w:ascii="Palatino Linotype" w:hAnsi="Palatino Linotype" w:cs="Chu Van An (Uni)"/>
          <w:sz w:val="24"/>
          <w:szCs w:val="24"/>
        </w:rPr>
        <w:t xml:space="preserve">Cho </w:t>
      </w:r>
      <w:r w:rsidRPr="000B2A56">
        <w:rPr>
          <w:position w:val="-14"/>
        </w:rPr>
        <w:object w:dxaOrig="2060" w:dyaOrig="420" w14:anchorId="0501DAF2">
          <v:shape id="_x0000_i1601" type="#_x0000_t75" style="width:103pt;height:21pt" o:ole="">
            <v:imagedata r:id="rId1152" o:title=""/>
          </v:shape>
          <o:OLEObject Type="Embed" ProgID="Equation.DSMT4" ShapeID="_x0000_i1601" DrawAspect="Content" ObjectID="_1702753157" r:id="rId1153"/>
        </w:object>
      </w:r>
      <w:r w:rsidRPr="000B2A56">
        <w:rPr>
          <w:rFonts w:ascii="Palatino Linotype" w:hAnsi="Palatino Linotype" w:cs="Chu Van An (Uni) (Vietnamese)"/>
          <w:sz w:val="24"/>
          <w:szCs w:val="24"/>
        </w:rPr>
        <w:t xml:space="preserve">. Haivec tơ </w:t>
      </w:r>
      <w:r w:rsidRPr="000B2A56">
        <w:rPr>
          <w:position w:val="-6"/>
        </w:rPr>
        <w:object w:dxaOrig="200" w:dyaOrig="340" w14:anchorId="33392CFD">
          <v:shape id="_x0000_i1602" type="#_x0000_t75" style="width:10pt;height:17pt" o:ole="">
            <v:imagedata r:id="rId1154" o:title=""/>
          </v:shape>
          <o:OLEObject Type="Embed" ProgID="Equation.DSMT4" ShapeID="_x0000_i1602" DrawAspect="Content" ObjectID="_1702753158" r:id="rId1155"/>
        </w:object>
      </w:r>
      <w:r w:rsidRPr="000B2A56">
        <w:rPr>
          <w:rFonts w:ascii="Palatino Linotype" w:hAnsi="Palatino Linotype" w:cs="Chu Van An (Uni)"/>
          <w:sz w:val="24"/>
          <w:szCs w:val="24"/>
        </w:rPr>
        <w:t xml:space="preserve"> và </w:t>
      </w:r>
      <w:r w:rsidRPr="000B2A56">
        <w:rPr>
          <w:position w:val="-6"/>
        </w:rPr>
        <w:object w:dxaOrig="200" w:dyaOrig="340" w14:anchorId="337FACCB">
          <v:shape id="_x0000_i1603" type="#_x0000_t75" style="width:10pt;height:17pt" o:ole="">
            <v:imagedata r:id="rId1156" o:title=""/>
          </v:shape>
          <o:OLEObject Type="Embed" ProgID="Equation.DSMT4" ShapeID="_x0000_i1603" DrawAspect="Content" ObjectID="_1702753159" r:id="rId1157"/>
        </w:object>
      </w:r>
      <w:r w:rsidRPr="000B2A56">
        <w:rPr>
          <w:rFonts w:ascii="Palatino Linotype" w:hAnsi="Palatino Linotype" w:cs="Chu Van An (Uni) (Vietnamese)"/>
          <w:sz w:val="24"/>
          <w:szCs w:val="24"/>
        </w:rPr>
        <w:t xml:space="preserve"> cùng phương n</w:t>
      </w:r>
      <w:r w:rsidRPr="000B2A56">
        <w:rPr>
          <w:rFonts w:ascii="Palatino Linotype" w:hAnsi="Palatino Linotype" w:cs="Chu Van An (Uni)"/>
          <w:sz w:val="24"/>
          <w:szCs w:val="24"/>
        </w:rPr>
        <w:t xml:space="preserve">ếu số </w:t>
      </w:r>
      <w:r w:rsidRPr="000B2A56">
        <w:rPr>
          <w:position w:val="-6"/>
        </w:rPr>
        <w:object w:dxaOrig="200" w:dyaOrig="220" w14:anchorId="4414BB24">
          <v:shape id="_x0000_i1604" type="#_x0000_t75" style="width:10pt;height:11pt" o:ole="">
            <v:imagedata r:id="rId1158" o:title=""/>
          </v:shape>
          <o:OLEObject Type="Embed" ProgID="Equation.DSMT4" ShapeID="_x0000_i1604" DrawAspect="Content" ObjectID="_1702753160" r:id="rId1159"/>
        </w:object>
      </w:r>
      <w:r w:rsidRPr="000B2A56">
        <w:rPr>
          <w:rFonts w:ascii="Palatino Linotype" w:hAnsi="Palatino Linotype" w:cs="Chu Van An (Uni)"/>
          <w:sz w:val="24"/>
          <w:szCs w:val="24"/>
        </w:rPr>
        <w:t xml:space="preserve"> là:</w:t>
      </w:r>
    </w:p>
    <w:p w14:paraId="499921B4" w14:textId="6A66BA9D" w:rsidR="00DF1C2A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b/>
          <w:sz w:val="24"/>
          <w:szCs w:val="24"/>
          <w:lang w:val="vi-VN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 w:cs="Chu Van An (Uni)"/>
          <w:b/>
          <w:color w:val="0000FF"/>
          <w:position w:val="-6"/>
          <w:sz w:val="24"/>
          <w:szCs w:val="24"/>
        </w:rPr>
        <w:object w:dxaOrig="310" w:dyaOrig="290" w14:anchorId="6A5C3449">
          <v:shape id="_x0000_i1605" type="#_x0000_t75" style="width:15.5pt;height:14.5pt" o:ole="">
            <v:imagedata r:id="rId1160" o:title=""/>
          </v:shape>
          <o:OLEObject Type="Embed" ProgID="Equation.DSMT4" ShapeID="_x0000_i1605" DrawAspect="Content" ObjectID="_1702753161" r:id="rId1161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 w:cs="Chu Van An (Uni)"/>
          <w:b/>
          <w:color w:val="0000FF"/>
          <w:position w:val="-4"/>
          <w:sz w:val="24"/>
          <w:szCs w:val="24"/>
        </w:rPr>
        <w:object w:dxaOrig="200" w:dyaOrig="270" w14:anchorId="6E4EB70C">
          <v:shape id="_x0000_i1606" type="#_x0000_t75" style="width:10pt;height:13.5pt" o:ole="">
            <v:imagedata r:id="rId1162" o:title=""/>
          </v:shape>
          <o:OLEObject Type="Embed" ProgID="Equation.DSMT4" ShapeID="_x0000_i1606" DrawAspect="Content" ObjectID="_1702753162" r:id="rId1163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 w:cs="Chu Van An (Uni)"/>
          <w:b/>
          <w:color w:val="0000FF"/>
          <w:position w:val="-4"/>
          <w:sz w:val="24"/>
          <w:szCs w:val="24"/>
        </w:rPr>
        <w:object w:dxaOrig="300" w:dyaOrig="270" w14:anchorId="5CD14217">
          <v:shape id="_x0000_i1607" type="#_x0000_t75" style="width:15pt;height:13.5pt" o:ole="">
            <v:imagedata r:id="rId1164" o:title=""/>
          </v:shape>
          <o:OLEObject Type="Embed" ProgID="Equation.DSMT4" ShapeID="_x0000_i1607" DrawAspect="Content" ObjectID="_1702753163" r:id="rId1165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 w:cs="Chu Van An (Uni)"/>
          <w:b/>
          <w:color w:val="0000FF"/>
          <w:position w:val="-6"/>
          <w:sz w:val="24"/>
          <w:szCs w:val="24"/>
        </w:rPr>
        <w:object w:dxaOrig="200" w:dyaOrig="290" w14:anchorId="62E15A93">
          <v:shape id="_x0000_i1608" type="#_x0000_t75" style="width:10pt;height:14.5pt" o:ole="">
            <v:imagedata r:id="rId1166" o:title=""/>
          </v:shape>
          <o:OLEObject Type="Embed" ProgID="Equation.DSMT4" ShapeID="_x0000_i1608" DrawAspect="Content" ObjectID="_1702753164" r:id="rId1167"/>
        </w:object>
      </w:r>
      <w:r w:rsidR="00DF1C2A" w:rsidRPr="000B2A56">
        <w:rPr>
          <w:rFonts w:ascii="Palatino Linotype" w:hAnsi="Palatino Linotype" w:cs="Chu Van An (Uni)"/>
          <w:sz w:val="24"/>
          <w:szCs w:val="24"/>
          <w:lang w:val="vi-VN"/>
        </w:rPr>
        <w:t>.</w:t>
      </w:r>
    </w:p>
    <w:p w14:paraId="0810B9A3" w14:textId="5BBE73D2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b/>
          <w:bCs/>
          <w:color w:val="0000FF"/>
          <w:sz w:val="24"/>
          <w:szCs w:val="24"/>
          <w:lang w:val="nl-NL"/>
        </w:rPr>
      </w:pPr>
      <w:r w:rsidRPr="000B2A56">
        <w:rPr>
          <w:rFonts w:ascii="Palatino Linotype" w:hAnsi="Palatino Linotype" w:cs="Chu Van An (Uni)"/>
          <w:sz w:val="24"/>
          <w:szCs w:val="24"/>
          <w:lang w:val="nl-NL"/>
        </w:rPr>
        <w:t>Cho</w:t>
      </w:r>
      <w:r w:rsidRPr="000B2A56">
        <w:rPr>
          <w:lang w:val="nl-NL"/>
        </w:rPr>
        <w:object w:dxaOrig="880" w:dyaOrig="380" w14:anchorId="7A5C9AA8">
          <v:shape id="_x0000_i1609" type="#_x0000_t75" style="width:44pt;height:19pt" o:ole="">
            <v:imagedata r:id="rId1168" o:title=""/>
          </v:shape>
          <o:OLEObject Type="Embed" ProgID="Equation.DSMT4" ShapeID="_x0000_i1609" DrawAspect="Content" ObjectID="_1702753165" r:id="rId1169"/>
        </w:object>
      </w:r>
      <w:r w:rsidRPr="000B2A56">
        <w:rPr>
          <w:rFonts w:ascii="Palatino Linotype" w:hAnsi="Palatino Linotype" w:cs="Chu Van An (Uni)"/>
          <w:b/>
          <w:bCs/>
          <w:sz w:val="24"/>
          <w:szCs w:val="24"/>
          <w:lang w:val="nl-NL"/>
        </w:rPr>
        <w:t>,</w:t>
      </w:r>
      <w:r w:rsidRPr="000B2A56">
        <w:rPr>
          <w:lang w:val="nl-NL"/>
        </w:rPr>
        <w:object w:dxaOrig="1030" w:dyaOrig="380" w14:anchorId="4DA61664">
          <v:shape id="_x0000_i1610" type="#_x0000_t75" style="width:51.5pt;height:19pt" o:ole="">
            <v:imagedata r:id="rId1170" o:title=""/>
          </v:shape>
          <o:OLEObject Type="Embed" ProgID="Equation.DSMT4" ShapeID="_x0000_i1610" DrawAspect="Content" ObjectID="_1702753166" r:id="rId1171"/>
        </w:object>
      </w:r>
      <w:r w:rsidRPr="000B2A56">
        <w:rPr>
          <w:rFonts w:ascii="Palatino Linotype" w:hAnsi="Palatino Linotype" w:cs="Chu Van An (Uni)"/>
          <w:b/>
          <w:bCs/>
          <w:sz w:val="24"/>
          <w:szCs w:val="24"/>
          <w:lang w:val="nl-NL"/>
        </w:rPr>
        <w:t>,</w:t>
      </w:r>
      <w:r w:rsidRPr="000B2A56">
        <w:rPr>
          <w:lang w:val="nl-NL"/>
        </w:rPr>
        <w:object w:dxaOrig="1170" w:dyaOrig="380" w14:anchorId="77B5E1CD">
          <v:shape id="_x0000_i1611" type="#_x0000_t75" style="width:58.5pt;height:19pt" o:ole="">
            <v:imagedata r:id="rId1172" o:title=""/>
          </v:shape>
          <o:OLEObject Type="Embed" ProgID="Equation.DSMT4" ShapeID="_x0000_i1611" DrawAspect="Content" ObjectID="_1702753167" r:id="rId1173"/>
        </w:object>
      </w:r>
      <w:r w:rsidRPr="000B2A56">
        <w:rPr>
          <w:rFonts w:ascii="Palatino Linotype" w:hAnsi="Palatino Linotype" w:cs="Chu Van An (Uni)"/>
          <w:b/>
          <w:bCs/>
          <w:sz w:val="24"/>
          <w:szCs w:val="24"/>
          <w:lang w:val="nl-NL"/>
        </w:rPr>
        <w:t>.</w: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>Tọ</w:t>
      </w:r>
      <w:r w:rsidRPr="000B2A56">
        <w:rPr>
          <w:rFonts w:ascii="Palatino Linotype" w:hAnsi="Palatino Linotype" w:cs="Chu Van An (Uni) CE"/>
          <w:sz w:val="24"/>
          <w:szCs w:val="24"/>
          <w:lang w:val="nl-NL"/>
        </w:rPr>
        <w:t>a đ</w:t>
      </w:r>
      <w:r w:rsidRPr="000B2A56">
        <w:rPr>
          <w:rFonts w:ascii="Palatino Linotype" w:hAnsi="Palatino Linotype" w:cs="Chu Van An (Uni)"/>
          <w:sz w:val="24"/>
          <w:szCs w:val="24"/>
          <w:lang w:val="nl-NL"/>
        </w:rPr>
        <w:t>ộ của</w:t>
      </w:r>
      <w:r w:rsidRPr="000B2A56">
        <w:rPr>
          <w:position w:val="-6"/>
          <w:lang w:val="nl-NL"/>
        </w:rPr>
        <w:object w:dxaOrig="1560" w:dyaOrig="340" w14:anchorId="17A46FC2">
          <v:shape id="_x0000_i1612" type="#_x0000_t75" style="width:78pt;height:17pt" o:ole="">
            <v:imagedata r:id="rId1174" o:title=""/>
          </v:shape>
          <o:OLEObject Type="Embed" ProgID="Equation.DSMT4" ShapeID="_x0000_i1612" DrawAspect="Content" ObjectID="_1702753168" r:id="rId1175"/>
        </w:object>
      </w:r>
      <w:r w:rsidRPr="000B2A56">
        <w:rPr>
          <w:rFonts w:ascii="Palatino Linotype" w:hAnsi="Palatino Linotype" w:cs="Chu Van An (Uni)"/>
          <w:b/>
          <w:bCs/>
          <w:sz w:val="24"/>
          <w:szCs w:val="24"/>
          <w:lang w:val="nl-NL"/>
        </w:rPr>
        <w:t>:</w:t>
      </w:r>
    </w:p>
    <w:p w14:paraId="554F51EF" w14:textId="1D6EA0B8" w:rsidR="00DF1C2A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 w:val="24"/>
          <w:szCs w:val="24"/>
          <w:lang w:val="vi-VN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nl-NL"/>
        </w:rPr>
        <w:t xml:space="preserve">A.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  <w:lang w:val="nl-NL"/>
        </w:rPr>
        <w:object w:dxaOrig="920" w:dyaOrig="390" w14:anchorId="1A6029BD">
          <v:shape id="_x0000_i1613" type="#_x0000_t75" style="width:46pt;height:19.5pt" o:ole="">
            <v:imagedata r:id="rId1176" o:title=""/>
          </v:shape>
          <o:OLEObject Type="Embed" ProgID="Equation.DSMT4" ShapeID="_x0000_i1613" DrawAspect="Content" ObjectID="_1702753169" r:id="rId1177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nl-NL"/>
        </w:rPr>
        <w:t xml:space="preserve">B.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  <w:lang w:val="nl-NL"/>
        </w:rPr>
        <w:object w:dxaOrig="750" w:dyaOrig="390" w14:anchorId="762DFD57">
          <v:shape id="_x0000_i1614" type="#_x0000_t75" style="width:37.5pt;height:19.5pt" o:ole="">
            <v:imagedata r:id="rId1178" o:title=""/>
          </v:shape>
          <o:OLEObject Type="Embed" ProgID="Equation.DSMT4" ShapeID="_x0000_i1614" DrawAspect="Content" ObjectID="_1702753170" r:id="rId1179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nl-NL"/>
        </w:rPr>
        <w:t xml:space="preserve">C.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  <w:lang w:val="nl-NL"/>
        </w:rPr>
        <w:object w:dxaOrig="750" w:dyaOrig="390" w14:anchorId="5D5CEFF6">
          <v:shape id="_x0000_i1615" type="#_x0000_t75" style="width:37.5pt;height:19.5pt" o:ole="">
            <v:imagedata r:id="rId1180" o:title=""/>
          </v:shape>
          <o:OLEObject Type="Embed" ProgID="Equation.DSMT4" ShapeID="_x0000_i1615" DrawAspect="Content" ObjectID="_1702753171" r:id="rId1181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nl-NL"/>
        </w:rPr>
        <w:t xml:space="preserve">D.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  <w:lang w:val="nl-NL"/>
        </w:rPr>
        <w:object w:dxaOrig="920" w:dyaOrig="390" w14:anchorId="516E85DC">
          <v:shape id="_x0000_i1616" type="#_x0000_t75" style="width:46pt;height:19.5pt" o:ole="">
            <v:imagedata r:id="rId1182" o:title=""/>
          </v:shape>
          <o:OLEObject Type="Embed" ProgID="Equation.DSMT4" ShapeID="_x0000_i1616" DrawAspect="Content" ObjectID="_1702753172" r:id="rId1183"/>
        </w:object>
      </w:r>
      <w:r w:rsidR="00DF1C2A" w:rsidRPr="000B2A56">
        <w:rPr>
          <w:rFonts w:ascii="Palatino Linotype" w:hAnsi="Palatino Linotype" w:cs="Chu Van An (Uni)"/>
          <w:sz w:val="24"/>
          <w:szCs w:val="24"/>
          <w:lang w:val="vi-VN"/>
        </w:rPr>
        <w:t>.</w:t>
      </w:r>
    </w:p>
    <w:p w14:paraId="2F64F59D" w14:textId="0D7D1ED9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b/>
          <w:color w:val="0000FF"/>
          <w:sz w:val="24"/>
          <w:szCs w:val="24"/>
        </w:rPr>
      </w:pPr>
      <w:r w:rsidRPr="000B2A56">
        <w:rPr>
          <w:rFonts w:ascii="Palatino Linotype" w:hAnsi="Palatino Linotype" w:cs="Chu Van An (Uni)"/>
          <w:sz w:val="24"/>
          <w:szCs w:val="24"/>
        </w:rPr>
        <w:t xml:space="preserve">Cho tam giác </w:t>
      </w:r>
      <w:r w:rsidRPr="000B2A56">
        <w:rPr>
          <w:position w:val="-6"/>
        </w:rPr>
        <w:object w:dxaOrig="540" w:dyaOrig="290" w14:anchorId="28E3FB0D">
          <v:shape id="_x0000_i1617" type="#_x0000_t75" style="width:27pt;height:14.5pt" o:ole="">
            <v:imagedata r:id="rId1184" o:title=""/>
          </v:shape>
          <o:OLEObject Type="Embed" ProgID="Equation.DSMT4" ShapeID="_x0000_i1617" DrawAspect="Content" ObjectID="_1702753173" r:id="rId1185"/>
        </w:object>
      </w:r>
      <w:r w:rsidRPr="000B2A56">
        <w:rPr>
          <w:rFonts w:ascii="Palatino Linotype" w:hAnsi="Palatino Linotype" w:cs="Chu Van An (Uni)"/>
          <w:sz w:val="24"/>
          <w:szCs w:val="24"/>
        </w:rPr>
        <w:t xml:space="preserve"> với </w:t>
      </w:r>
      <w:r w:rsidRPr="000B2A56">
        <w:rPr>
          <w:position w:val="-14"/>
        </w:rPr>
        <w:object w:dxaOrig="2460" w:dyaOrig="390" w14:anchorId="4D22F172">
          <v:shape id="_x0000_i1618" type="#_x0000_t75" style="width:123pt;height:19.5pt" o:ole="">
            <v:imagedata r:id="rId1186" o:title=""/>
          </v:shape>
          <o:OLEObject Type="Embed" ProgID="Equation.DSMT4" ShapeID="_x0000_i1618" DrawAspect="Content" ObjectID="_1702753174" r:id="rId1187"/>
        </w:object>
      </w:r>
      <w:r w:rsidRPr="000B2A56">
        <w:rPr>
          <w:rFonts w:ascii="Palatino Linotype" w:hAnsi="Palatino Linotype" w:cs="Chu Van An (Uni)"/>
          <w:sz w:val="24"/>
          <w:szCs w:val="24"/>
        </w:rPr>
        <w:t xml:space="preserve">. Tìm </w:t>
      </w:r>
      <w:r w:rsidRPr="000B2A56">
        <w:rPr>
          <w:position w:val="-4"/>
        </w:rPr>
        <w:object w:dxaOrig="270" w:dyaOrig="270" w14:anchorId="50958671">
          <v:shape id="_x0000_i1619" type="#_x0000_t75" style="width:13.5pt;height:13.5pt" o:ole="">
            <v:imagedata r:id="rId1188" o:title=""/>
          </v:shape>
          <o:OLEObject Type="Embed" ProgID="Equation.DSMT4" ShapeID="_x0000_i1619" DrawAspect="Content" ObjectID="_1702753175" r:id="rId1189"/>
        </w:object>
      </w:r>
      <w:r w:rsidRPr="000B2A56">
        <w:rPr>
          <w:rFonts w:ascii="Palatino Linotype" w:hAnsi="Palatino Linotype" w:cs="Chu Van An (Uni) CE"/>
          <w:sz w:val="24"/>
          <w:szCs w:val="24"/>
        </w:rPr>
        <w:t xml:space="preserve"> đ</w:t>
      </w:r>
      <w:r w:rsidRPr="000B2A56">
        <w:rPr>
          <w:rFonts w:ascii="Palatino Linotype" w:hAnsi="Palatino Linotype" w:cs="Chu Van An (Uni)"/>
          <w:sz w:val="24"/>
          <w:szCs w:val="24"/>
        </w:rPr>
        <w:t xml:space="preserve">ể </w:t>
      </w:r>
      <w:r w:rsidRPr="000B2A56">
        <w:rPr>
          <w:position w:val="-6"/>
        </w:rPr>
        <w:object w:dxaOrig="720" w:dyaOrig="290" w14:anchorId="135389B3">
          <v:shape id="_x0000_i1620" type="#_x0000_t75" style="width:36pt;height:14.5pt" o:ole="">
            <v:imagedata r:id="rId1190" o:title=""/>
          </v:shape>
          <o:OLEObject Type="Embed" ProgID="Equation.DSMT4" ShapeID="_x0000_i1620" DrawAspect="Content" ObjectID="_1702753176" r:id="rId1191"/>
        </w:object>
      </w:r>
      <w:r w:rsidRPr="000B2A56">
        <w:rPr>
          <w:rFonts w:ascii="Palatino Linotype" w:hAnsi="Palatino Linotype" w:cs="Chu Van An (Uni)"/>
          <w:sz w:val="24"/>
          <w:szCs w:val="24"/>
        </w:rPr>
        <w:t xml:space="preserve"> là hình bình hành?</w:t>
      </w:r>
    </w:p>
    <w:p w14:paraId="4085E197" w14:textId="36577790" w:rsidR="00DF1C2A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 w:val="24"/>
          <w:szCs w:val="24"/>
          <w:lang w:val="vi-VN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A.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</w:rPr>
        <w:object w:dxaOrig="920" w:dyaOrig="390" w14:anchorId="06D65A0B">
          <v:shape id="_x0000_i1621" type="#_x0000_t75" style="width:46pt;height:19.5pt" o:ole="">
            <v:imagedata r:id="rId1192" o:title=""/>
          </v:shape>
          <o:OLEObject Type="Embed" ProgID="Equation.DSMT4" ShapeID="_x0000_i1621" DrawAspect="Content" ObjectID="_1702753177" r:id="rId1193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B.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</w:rPr>
        <w:object w:dxaOrig="1050" w:dyaOrig="390" w14:anchorId="68490C72">
          <v:shape id="_x0000_i1622" type="#_x0000_t75" style="width:52.5pt;height:19.5pt" o:ole="">
            <v:imagedata r:id="rId1194" o:title=""/>
          </v:shape>
          <o:OLEObject Type="Embed" ProgID="Equation.DSMT4" ShapeID="_x0000_i1622" DrawAspect="Content" ObjectID="_1702753178" r:id="rId1195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C.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</w:rPr>
        <w:object w:dxaOrig="920" w:dyaOrig="390" w14:anchorId="556F50F2">
          <v:shape id="_x0000_i1623" type="#_x0000_t75" style="width:46pt;height:19.5pt" o:ole="">
            <v:imagedata r:id="rId1196" o:title=""/>
          </v:shape>
          <o:OLEObject Type="Embed" ProgID="Equation.DSMT4" ShapeID="_x0000_i1623" DrawAspect="Content" ObjectID="_1702753179" r:id="rId1197"/>
        </w:object>
      </w:r>
      <w:r w:rsidR="00DF1C2A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D. </w:t>
      </w:r>
      <w:r w:rsidR="00DF1C2A" w:rsidRPr="000B2A56">
        <w:rPr>
          <w:rFonts w:ascii="Palatino Linotype" w:hAnsi="Palatino Linotype" w:cs="Chu Van An (Uni)"/>
          <w:b/>
          <w:color w:val="0000FF"/>
          <w:position w:val="-14"/>
          <w:sz w:val="24"/>
          <w:szCs w:val="24"/>
        </w:rPr>
        <w:object w:dxaOrig="770" w:dyaOrig="390" w14:anchorId="2A814475">
          <v:shape id="_x0000_i1624" type="#_x0000_t75" style="width:38.5pt;height:19.5pt" o:ole="">
            <v:imagedata r:id="rId1198" o:title=""/>
          </v:shape>
          <o:OLEObject Type="Embed" ProgID="Equation.DSMT4" ShapeID="_x0000_i1624" DrawAspect="Content" ObjectID="_1702753180" r:id="rId1199"/>
        </w:object>
      </w:r>
      <w:r w:rsidR="00DF1C2A" w:rsidRPr="000B2A56">
        <w:rPr>
          <w:rFonts w:ascii="Palatino Linotype" w:hAnsi="Palatino Linotype" w:cs="Chu Van An (Uni)"/>
          <w:sz w:val="24"/>
          <w:szCs w:val="24"/>
          <w:lang w:val="vi-VN"/>
        </w:rPr>
        <w:t>.</w:t>
      </w:r>
    </w:p>
    <w:p w14:paraId="632A5554" w14:textId="5CC21AD4" w:rsidR="005E66A8" w:rsidRPr="000B2A56" w:rsidRDefault="00DF1C2A" w:rsidP="00607548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es-ES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Cho </w:t>
      </w:r>
      <w:r w:rsidR="005E66A8" w:rsidRPr="000B2A56">
        <w:rPr>
          <w:position w:val="-14"/>
          <w:lang w:val="vi-VN"/>
        </w:rPr>
        <w:object w:dxaOrig="1480" w:dyaOrig="420" w14:anchorId="3C2C0F9A">
          <v:shape id="_x0000_i1625" type="#_x0000_t75" style="width:73.5pt;height:21pt" o:ole="">
            <v:imagedata r:id="rId1200" o:title=""/>
          </v:shape>
          <o:OLEObject Type="Embed" ProgID="Equation.DSMT4" ShapeID="_x0000_i1625" DrawAspect="Content" ObjectID="_1702753181" r:id="rId1201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, </w:t>
      </w:r>
      <w:r w:rsidR="005E66A8" w:rsidRPr="000B2A56">
        <w:rPr>
          <w:position w:val="-14"/>
          <w:lang w:val="pt-BR"/>
        </w:rPr>
        <w:object w:dxaOrig="1280" w:dyaOrig="420" w14:anchorId="015F4B49">
          <v:shape id="_x0000_i1626" type="#_x0000_t75" style="width:63pt;height:21pt" o:ole="">
            <v:imagedata r:id="rId1202" o:title=""/>
          </v:shape>
          <o:OLEObject Type="Embed" ProgID="Equation.DSMT4" ShapeID="_x0000_i1626" DrawAspect="Content" ObjectID="_1702753182" r:id="rId1203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. Tính góc của </w:t>
      </w:r>
      <w:r w:rsidRPr="000B2A56">
        <w:rPr>
          <w:position w:val="-18"/>
          <w:lang w:val="pt-BR"/>
        </w:rPr>
        <w:object w:dxaOrig="1100" w:dyaOrig="480" w14:anchorId="3FD7D5CF">
          <v:shape id="_x0000_i1627" type="#_x0000_t75" style="width:55pt;height:23pt" o:ole="">
            <v:imagedata r:id="rId1204" o:title=""/>
          </v:shape>
          <o:OLEObject Type="Embed" ProgID="Equation.DSMT4" ShapeID="_x0000_i1627" DrawAspect="Content" ObjectID="_1702753183" r:id="rId1205"/>
        </w:object>
      </w:r>
    </w:p>
    <w:p w14:paraId="194D85C1" w14:textId="30040C26" w:rsidR="00DF1C2A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A. </w:t>
      </w:r>
      <w:r w:rsidR="00DF1C2A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vi-VN"/>
        </w:rPr>
        <w:object w:dxaOrig="480" w:dyaOrig="320" w14:anchorId="56323912">
          <v:shape id="_x0000_i1628" type="#_x0000_t75" style="width:23pt;height:15.5pt" o:ole="">
            <v:imagedata r:id="rId1206" o:title=""/>
          </v:shape>
          <o:OLEObject Type="Embed" ProgID="Equation.DSMT4" ShapeID="_x0000_i1628" DrawAspect="Content" ObjectID="_1702753184" r:id="rId1207"/>
        </w:object>
      </w:r>
      <w:r w:rsidR="00DF1C2A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>B</w:t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. </w:t>
      </w:r>
      <w:r w:rsidR="00DF1C2A" w:rsidRPr="000B2A56">
        <w:rPr>
          <w:rFonts w:ascii="Palatino Linotype" w:hAnsi="Palatino Linotype"/>
          <w:b/>
          <w:color w:val="000000"/>
          <w:position w:val="-24"/>
          <w:sz w:val="24"/>
          <w:szCs w:val="26"/>
          <w:lang w:val="vi-VN"/>
        </w:rPr>
        <w:object w:dxaOrig="580" w:dyaOrig="680" w14:anchorId="5FC448CB">
          <v:shape id="_x0000_i1629" type="#_x0000_t75" style="width:28.5pt;height:34pt" o:ole="">
            <v:imagedata r:id="rId1208" o:title=""/>
          </v:shape>
          <o:OLEObject Type="Embed" ProgID="Equation.DSMT4" ShapeID="_x0000_i1629" DrawAspect="Content" ObjectID="_1702753185" r:id="rId1209"/>
        </w:object>
      </w:r>
      <w:r w:rsidR="00DF1C2A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C. </w:t>
      </w:r>
      <w:r w:rsidR="00DF1C2A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vi-VN"/>
        </w:rPr>
        <w:object w:dxaOrig="639" w:dyaOrig="320" w14:anchorId="08298B1C">
          <v:shape id="_x0000_i1630" type="#_x0000_t75" style="width:32pt;height:15.5pt" o:ole="">
            <v:imagedata r:id="rId1210" o:title=""/>
          </v:shape>
          <o:OLEObject Type="Embed" ProgID="Equation.DSMT4" ShapeID="_x0000_i1630" DrawAspect="Content" ObjectID="_1702753186" r:id="rId1211"/>
        </w:object>
      </w:r>
      <w:r w:rsidR="00DF1C2A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D. </w:t>
      </w:r>
      <w:r w:rsidR="00DF1C2A" w:rsidRPr="000B2A56">
        <w:rPr>
          <w:rFonts w:ascii="Palatino Linotype" w:hAnsi="Palatino Linotype"/>
          <w:b/>
          <w:color w:val="000000"/>
          <w:position w:val="-24"/>
          <w:sz w:val="24"/>
          <w:szCs w:val="26"/>
          <w:lang w:val="vi-VN"/>
        </w:rPr>
        <w:object w:dxaOrig="420" w:dyaOrig="680" w14:anchorId="3CCA7236">
          <v:shape id="_x0000_i1631" type="#_x0000_t75" style="width:21pt;height:34pt" o:ole="">
            <v:imagedata r:id="rId1212" o:title=""/>
          </v:shape>
          <o:OLEObject Type="Embed" ProgID="Equation.DSMT4" ShapeID="_x0000_i1631" DrawAspect="Content" ObjectID="_1702753187" r:id="rId1213"/>
        </w:object>
      </w:r>
      <w:r w:rsidR="00DF1C2A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64B8D0D9" w14:textId="54FBEFA9" w:rsidR="00DF1C2A" w:rsidRPr="000B2A56" w:rsidRDefault="00DF1C2A" w:rsidP="005E66A8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II. Tự luận (2,5 điểm)</w:t>
      </w:r>
    </w:p>
    <w:p w14:paraId="616B2FD9" w14:textId="5270005E" w:rsidR="005E66A8" w:rsidRPr="000B2A56" w:rsidRDefault="00DF1C2A" w:rsidP="00607548">
      <w:pPr>
        <w:pStyle w:val="ListParagraph"/>
        <w:numPr>
          <w:ilvl w:val="0"/>
          <w:numId w:val="12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Cho số thực </w:t>
      </w:r>
      <w:r w:rsidRPr="000B2A56">
        <w:rPr>
          <w:position w:val="-6"/>
        </w:rPr>
        <w:object w:dxaOrig="680" w:dyaOrig="279" w14:anchorId="0A175F0A">
          <v:shape id="_x0000_i1632" type="#_x0000_t75" style="width:34pt;height:14pt" o:ole="">
            <v:imagedata r:id="rId1214" o:title=""/>
          </v:shape>
          <o:OLEObject Type="Embed" ProgID="Equation.DSMT4" ShapeID="_x0000_i1632" DrawAspect="Content" ObjectID="_1702753188" r:id="rId121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tìm giá trị nhỏ nhất của </w:t>
      </w:r>
      <w:r w:rsidRPr="000B2A56">
        <w:rPr>
          <w:position w:val="-24"/>
        </w:rPr>
        <w:object w:dxaOrig="1760" w:dyaOrig="620" w14:anchorId="3DA5C35F">
          <v:shape id="_x0000_i1633" type="#_x0000_t75" style="width:88pt;height:31pt" o:ole="">
            <v:imagedata r:id="rId1216" o:title=""/>
          </v:shape>
          <o:OLEObject Type="Embed" ProgID="Equation.DSMT4" ShapeID="_x0000_i1633" DrawAspect="Content" ObjectID="_1702753189" r:id="rId1217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9678303" w14:textId="14504314" w:rsidR="005E66A8" w:rsidRPr="000B2A56" w:rsidRDefault="00DF1C2A" w:rsidP="00607548">
      <w:pPr>
        <w:pStyle w:val="ListParagraph"/>
        <w:numPr>
          <w:ilvl w:val="0"/>
          <w:numId w:val="12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</w:t>
      </w:r>
      <w:r w:rsidRPr="000B2A56">
        <w:rPr>
          <w:position w:val="-10"/>
        </w:rPr>
        <w:object w:dxaOrig="460" w:dyaOrig="320" w14:anchorId="1B44EAF5">
          <v:shape id="_x0000_i1634" type="#_x0000_t75" style="width:23pt;height:16pt" o:ole="">
            <v:imagedata r:id="rId1218" o:title=""/>
          </v:shape>
          <o:OLEObject Type="Embed" ProgID="Equation.DSMT4" ShapeID="_x0000_i1634" DrawAspect="Content" ObjectID="_1702753190" r:id="rId121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</w:t>
      </w:r>
      <w:r w:rsidRPr="000B2A56">
        <w:rPr>
          <w:position w:val="-6"/>
        </w:rPr>
        <w:object w:dxaOrig="680" w:dyaOrig="279" w14:anchorId="3DF66B82">
          <v:shape id="_x0000_i1635" type="#_x0000_t75" style="width:34pt;height:14pt" o:ole="">
            <v:imagedata r:id="rId1220" o:title=""/>
          </v:shape>
          <o:OLEObject Type="Embed" ProgID="Equation.DSMT4" ShapeID="_x0000_i1635" DrawAspect="Content" ObjectID="_1702753191" r:id="rId122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với </w:t>
      </w:r>
      <w:r w:rsidR="00786C64" w:rsidRPr="000B2A56">
        <w:rPr>
          <w:position w:val="-14"/>
        </w:rPr>
        <w:object w:dxaOrig="900" w:dyaOrig="400" w14:anchorId="31871E0A">
          <v:shape id="_x0000_i1636" type="#_x0000_t75" style="width:45pt;height:20pt" o:ole="">
            <v:imagedata r:id="rId1222" o:title=""/>
          </v:shape>
          <o:OLEObject Type="Embed" ProgID="Equation.DSMT4" ShapeID="_x0000_i1636" DrawAspect="Content" ObjectID="_1702753192" r:id="rId122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786C64" w:rsidRPr="000B2A56">
        <w:rPr>
          <w:position w:val="-14"/>
        </w:rPr>
        <w:object w:dxaOrig="900" w:dyaOrig="400" w14:anchorId="279827DF">
          <v:shape id="_x0000_i1637" type="#_x0000_t75" style="width:45pt;height:20pt" o:ole="">
            <v:imagedata r:id="rId1224" o:title=""/>
          </v:shape>
          <o:OLEObject Type="Embed" ProgID="Equation.DSMT4" ShapeID="_x0000_i1637" DrawAspect="Content" ObjectID="_1702753193" r:id="rId122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="00786C64" w:rsidRPr="000B2A56">
        <w:rPr>
          <w:position w:val="-14"/>
        </w:rPr>
        <w:object w:dxaOrig="1040" w:dyaOrig="400" w14:anchorId="133E5F5F">
          <v:shape id="_x0000_i1638" type="#_x0000_t75" style="width:52pt;height:20pt" o:ole="">
            <v:imagedata r:id="rId1226" o:title=""/>
          </v:shape>
          <o:OLEObject Type="Embed" ProgID="Equation.DSMT4" ShapeID="_x0000_i1638" DrawAspect="Content" ObjectID="_1702753194" r:id="rId122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. Gọi </w:t>
      </w:r>
      <w:r w:rsidRPr="000B2A56">
        <w:rPr>
          <w:position w:val="-4"/>
        </w:rPr>
        <w:object w:dxaOrig="200" w:dyaOrig="260" w14:anchorId="5ADD6C51">
          <v:shape id="_x0000_i1639" type="#_x0000_t75" style="width:10pt;height:13pt" o:ole="">
            <v:imagedata r:id="rId1228" o:title=""/>
          </v:shape>
          <o:OLEObject Type="Embed" ProgID="Equation.DSMT4" ShapeID="_x0000_i1639" DrawAspect="Content" ObjectID="_1702753195" r:id="rId122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 tâm đường tròn ngoại tiếp </w:t>
      </w:r>
      <w:r w:rsidRPr="000B2A56">
        <w:rPr>
          <w:position w:val="-6"/>
        </w:rPr>
        <w:object w:dxaOrig="680" w:dyaOrig="279" w14:anchorId="7B915117">
          <v:shape id="_x0000_i1640" type="#_x0000_t75" style="width:34pt;height:14pt" o:ole="">
            <v:imagedata r:id="rId1230" o:title=""/>
          </v:shape>
          <o:OLEObject Type="Embed" ProgID="Equation.DSMT4" ShapeID="_x0000_i1640" DrawAspect="Content" ObjectID="_1702753196" r:id="rId1231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56E7897D" w14:textId="77777777" w:rsidR="005E66A8" w:rsidRPr="000B2A56" w:rsidRDefault="005E66A8" w:rsidP="005E66A8">
      <w:pPr>
        <w:spacing w:after="0" w:line="276" w:lineRule="auto"/>
        <w:ind w:left="992" w:hanging="360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a) </w:t>
      </w:r>
      <w:r w:rsidR="00DF1C2A" w:rsidRPr="000B2A56">
        <w:rPr>
          <w:rFonts w:ascii="Palatino Linotype" w:hAnsi="Palatino Linotype" w:cs="Times New Roman"/>
          <w:sz w:val="24"/>
          <w:szCs w:val="24"/>
        </w:rPr>
        <w:t xml:space="preserve">Chứng minh </w:t>
      </w:r>
      <w:r w:rsidR="00DF1C2A" w:rsidRPr="000B2A56">
        <w:rPr>
          <w:rFonts w:ascii="Palatino Linotype" w:hAnsi="Palatino Linotype"/>
          <w:position w:val="-6"/>
          <w:sz w:val="24"/>
        </w:rPr>
        <w:object w:dxaOrig="680" w:dyaOrig="279" w14:anchorId="10E0CE41">
          <v:shape id="_x0000_i1641" type="#_x0000_t75" style="width:34pt;height:14pt" o:ole="">
            <v:imagedata r:id="rId1232" o:title=""/>
          </v:shape>
          <o:OLEObject Type="Embed" ProgID="Equation.DSMT4" ShapeID="_x0000_i1641" DrawAspect="Content" ObjectID="_1702753197" r:id="rId1233"/>
        </w:object>
      </w:r>
      <w:r w:rsidR="00DF1C2A" w:rsidRPr="000B2A56">
        <w:rPr>
          <w:rFonts w:ascii="Palatino Linotype" w:hAnsi="Palatino Linotype" w:cs="Times New Roman"/>
          <w:sz w:val="24"/>
          <w:szCs w:val="24"/>
        </w:rPr>
        <w:t xml:space="preserve"> vuông tại </w:t>
      </w:r>
      <w:r w:rsidR="00DF1C2A" w:rsidRPr="000B2A56">
        <w:rPr>
          <w:rFonts w:ascii="Palatino Linotype" w:hAnsi="Palatino Linotype"/>
          <w:position w:val="-4"/>
          <w:sz w:val="24"/>
        </w:rPr>
        <w:object w:dxaOrig="240" w:dyaOrig="260" w14:anchorId="1B55407F">
          <v:shape id="_x0000_i1642" type="#_x0000_t75" style="width:12pt;height:13pt" o:ole="">
            <v:imagedata r:id="rId1234" o:title=""/>
          </v:shape>
          <o:OLEObject Type="Embed" ProgID="Equation.DSMT4" ShapeID="_x0000_i1642" DrawAspect="Content" ObjectID="_1702753198" r:id="rId1235"/>
        </w:object>
      </w:r>
      <w:r w:rsidR="00DF1C2A" w:rsidRPr="000B2A56">
        <w:rPr>
          <w:rFonts w:ascii="Palatino Linotype" w:hAnsi="Palatino Linotype" w:cs="Times New Roman"/>
          <w:sz w:val="24"/>
          <w:szCs w:val="24"/>
        </w:rPr>
        <w:t xml:space="preserve">. Tính diện tích hình tròn ngoại tiếp tam giác </w:t>
      </w:r>
      <w:r w:rsidR="00DF1C2A" w:rsidRPr="000B2A56">
        <w:rPr>
          <w:rFonts w:ascii="Palatino Linotype" w:hAnsi="Palatino Linotype"/>
          <w:position w:val="-6"/>
          <w:sz w:val="24"/>
        </w:rPr>
        <w:object w:dxaOrig="560" w:dyaOrig="279" w14:anchorId="30981A69">
          <v:shape id="_x0000_i1643" type="#_x0000_t75" style="width:28pt;height:14pt" o:ole="">
            <v:imagedata r:id="rId1236" o:title=""/>
          </v:shape>
          <o:OLEObject Type="Embed" ProgID="Equation.DSMT4" ShapeID="_x0000_i1643" DrawAspect="Content" ObjectID="_1702753199" r:id="rId1237"/>
        </w:object>
      </w:r>
      <w:r w:rsidR="00DF1C2A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AE7808B" w14:textId="77777777" w:rsidR="005E66A8" w:rsidRPr="000B2A56" w:rsidRDefault="005E66A8" w:rsidP="005E66A8">
      <w:pPr>
        <w:spacing w:after="0" w:line="276" w:lineRule="auto"/>
        <w:ind w:left="992" w:hanging="360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b) </w:t>
      </w:r>
      <w:r w:rsidR="00DF1C2A" w:rsidRPr="000B2A56">
        <w:rPr>
          <w:rFonts w:ascii="Palatino Linotype" w:hAnsi="Palatino Linotype" w:cs="Times New Roman"/>
          <w:sz w:val="24"/>
          <w:szCs w:val="24"/>
        </w:rPr>
        <w:t xml:space="preserve">Gọi </w:t>
      </w:r>
      <w:r w:rsidR="00DF1C2A" w:rsidRPr="000B2A56">
        <w:rPr>
          <w:rFonts w:ascii="Palatino Linotype" w:hAnsi="Palatino Linotype"/>
          <w:sz w:val="24"/>
        </w:rPr>
        <w:object w:dxaOrig="260" w:dyaOrig="260" w14:anchorId="5639F28E">
          <v:shape id="_x0000_i1644" type="#_x0000_t75" style="width:13pt;height:13pt" o:ole="">
            <v:imagedata r:id="rId1238" o:title=""/>
          </v:shape>
          <o:OLEObject Type="Embed" ProgID="Equation.DSMT4" ShapeID="_x0000_i1644" DrawAspect="Content" ObjectID="_1702753200" r:id="rId1239"/>
        </w:object>
      </w:r>
      <w:r w:rsidR="00DF1C2A" w:rsidRPr="000B2A56">
        <w:rPr>
          <w:rFonts w:ascii="Palatino Linotype" w:hAnsi="Palatino Linotype" w:cs="Times New Roman"/>
          <w:sz w:val="24"/>
          <w:szCs w:val="24"/>
        </w:rPr>
        <w:t xml:space="preserve"> là điểm đối xứng của </w:t>
      </w:r>
      <w:r w:rsidR="00DF1C2A" w:rsidRPr="000B2A56">
        <w:rPr>
          <w:rFonts w:ascii="Palatino Linotype" w:hAnsi="Palatino Linotype"/>
          <w:sz w:val="24"/>
        </w:rPr>
        <w:object w:dxaOrig="240" w:dyaOrig="260" w14:anchorId="081B0536">
          <v:shape id="_x0000_i1645" type="#_x0000_t75" style="width:12pt;height:13pt" o:ole="">
            <v:imagedata r:id="rId1240" o:title=""/>
          </v:shape>
          <o:OLEObject Type="Embed" ProgID="Equation.DSMT4" ShapeID="_x0000_i1645" DrawAspect="Content" ObjectID="_1702753201" r:id="rId1241"/>
        </w:object>
      </w:r>
      <w:r w:rsidR="00DF1C2A" w:rsidRPr="000B2A56">
        <w:rPr>
          <w:rFonts w:ascii="Palatino Linotype" w:hAnsi="Palatino Linotype" w:cs="Times New Roman"/>
          <w:sz w:val="24"/>
          <w:szCs w:val="24"/>
        </w:rPr>
        <w:t xml:space="preserve"> qua </w:t>
      </w:r>
      <w:r w:rsidR="00DF1C2A" w:rsidRPr="000B2A56">
        <w:rPr>
          <w:rFonts w:ascii="Palatino Linotype" w:hAnsi="Palatino Linotype"/>
          <w:sz w:val="24"/>
        </w:rPr>
        <w:object w:dxaOrig="240" w:dyaOrig="260" w14:anchorId="0FA39102">
          <v:shape id="_x0000_i1646" type="#_x0000_t75" style="width:12pt;height:13pt" o:ole="">
            <v:imagedata r:id="rId1242" o:title=""/>
          </v:shape>
          <o:OLEObject Type="Embed" ProgID="Equation.DSMT4" ShapeID="_x0000_i1646" DrawAspect="Content" ObjectID="_1702753202" r:id="rId1243"/>
        </w:object>
      </w:r>
      <w:r w:rsidR="00DF1C2A"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158707E5" w14:textId="0B92698A" w:rsidR="001E13C8" w:rsidRPr="000B2A56" w:rsidRDefault="001E13C8" w:rsidP="005E66A8">
      <w:pPr>
        <w:pStyle w:val="ListParagraph"/>
        <w:spacing w:after="0" w:line="276" w:lineRule="auto"/>
        <w:ind w:left="992"/>
        <w:jc w:val="center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ĐỀ 04</w:t>
      </w:r>
    </w:p>
    <w:p w14:paraId="78468DB7" w14:textId="7C0D0AF0" w:rsidR="001E13C8" w:rsidRPr="000B2A56" w:rsidRDefault="001E13C8" w:rsidP="005E66A8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I.Trắc nghiệm (7,5 điểm)</w:t>
      </w:r>
    </w:p>
    <w:p w14:paraId="4360116F" w14:textId="45E4CD25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color w:val="000000"/>
          <w:sz w:val="24"/>
        </w:rPr>
        <w:t>Tậ</w:t>
      </w:r>
      <w:r w:rsidRPr="000B2A56">
        <w:rPr>
          <w:rFonts w:ascii="Palatino Linotype" w:hAnsi="Palatino Linotype" w:cs="Chu Van An (Uni) CE"/>
          <w:color w:val="000000"/>
          <w:sz w:val="24"/>
        </w:rPr>
        <w:t>p xác đ</w: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ịnh của hàm số </w:t>
      </w:r>
      <w:r w:rsidRPr="000B2A56">
        <w:rPr>
          <w:position w:val="-30"/>
        </w:rPr>
        <w:object w:dxaOrig="1760" w:dyaOrig="680" w14:anchorId="1BAA4D67">
          <v:shape id="_x0000_i1647" type="#_x0000_t75" style="width:88.5pt;height:33.5pt" o:ole="">
            <v:imagedata r:id="rId1244" o:title=""/>
          </v:shape>
          <o:OLEObject Type="Embed" ProgID="Equation.DSMT4" ShapeID="_x0000_i1647" DrawAspect="Content" ObjectID="_1702753203" r:id="rId1245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 là:</w:t>
      </w:r>
    </w:p>
    <w:p w14:paraId="1FF256E7" w14:textId="0A4CFB4A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 w:cs="Chu Van An (Uni)"/>
          <w:b/>
          <w:color w:val="000000"/>
          <w:position w:val="-10"/>
          <w:sz w:val="24"/>
        </w:rPr>
        <w:object w:dxaOrig="1180" w:dyaOrig="320" w14:anchorId="6F68179F">
          <v:shape id="_x0000_i1648" type="#_x0000_t75" style="width:60pt;height:16.5pt" o:ole="">
            <v:imagedata r:id="rId1246" o:title=""/>
          </v:shape>
          <o:OLEObject Type="Embed" ProgID="Equation.DSMT4" ShapeID="_x0000_i1648" DrawAspect="Content" ObjectID="_1702753204" r:id="rId1247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 w:cs="Chu Van An (Uni)"/>
          <w:b/>
          <w:color w:val="000000"/>
          <w:position w:val="-14"/>
          <w:sz w:val="24"/>
        </w:rPr>
        <w:object w:dxaOrig="1800" w:dyaOrig="400" w14:anchorId="075F193D">
          <v:shape id="_x0000_i1649" type="#_x0000_t75" style="width:90.5pt;height:20.5pt" o:ole="">
            <v:imagedata r:id="rId1248" o:title=""/>
          </v:shape>
          <o:OLEObject Type="Embed" ProgID="Equation.DSMT4" ShapeID="_x0000_i1649" DrawAspect="Content" ObjectID="_1702753205" r:id="rId1249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>.</w:t>
      </w:r>
    </w:p>
    <w:p w14:paraId="7DD823B2" w14:textId="25621F82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 w:cs="Chu Van An (Uni)"/>
          <w:b/>
          <w:color w:val="000000"/>
          <w:position w:val="-14"/>
          <w:sz w:val="24"/>
        </w:rPr>
        <w:object w:dxaOrig="1840" w:dyaOrig="400" w14:anchorId="6657F0FB">
          <v:shape id="_x0000_i1650" type="#_x0000_t75" style="width:91pt;height:20.5pt" o:ole="">
            <v:imagedata r:id="rId1250" o:title=""/>
          </v:shape>
          <o:OLEObject Type="Embed" ProgID="Equation.DSMT4" ShapeID="_x0000_i1650" DrawAspect="Content" ObjectID="_1702753206" r:id="rId1251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 w:cs="Chu Van An (Uni)"/>
          <w:b/>
          <w:color w:val="000000"/>
          <w:position w:val="-6"/>
          <w:sz w:val="24"/>
        </w:rPr>
        <w:object w:dxaOrig="740" w:dyaOrig="279" w14:anchorId="56C4B362">
          <v:shape id="_x0000_i1651" type="#_x0000_t75" style="width:36.5pt;height:13.5pt" o:ole="">
            <v:imagedata r:id="rId1252" o:title=""/>
          </v:shape>
          <o:OLEObject Type="Embed" ProgID="Equation.DSMT4" ShapeID="_x0000_i1651" DrawAspect="Content" ObjectID="_1702753207" r:id="rId1253"/>
        </w:object>
      </w:r>
    </w:p>
    <w:p w14:paraId="59C663ED" w14:textId="6CCF4568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 w:themeColor="text1"/>
          <w:sz w:val="24"/>
        </w:rPr>
      </w:pPr>
      <w:r w:rsidRPr="000B2A56">
        <w:rPr>
          <w:rFonts w:ascii="Palatino Linotype" w:hAnsi="Palatino Linotype"/>
          <w:color w:val="000000" w:themeColor="text1"/>
          <w:sz w:val="24"/>
        </w:rPr>
        <w:t xml:space="preserve">Tìm tất cả các giá trị của m để hàm số </w:t>
      </w:r>
      <w:r w:rsidRPr="000B2A56">
        <w:rPr>
          <w:position w:val="-24"/>
          <w:lang w:val="vi-VN" w:eastAsia="vi-VN"/>
        </w:rPr>
        <w:object w:dxaOrig="1680" w:dyaOrig="700" w14:anchorId="5322AD83">
          <v:shape id="_x0000_i1652" type="#_x0000_t75" style="width:84pt;height:35pt" o:ole="">
            <v:imagedata r:id="rId1254" o:title=""/>
          </v:shape>
          <o:OLEObject Type="Embed" ProgID="Equation.DSMT4" ShapeID="_x0000_i1652" DrawAspect="Content" ObjectID="_1702753208" r:id="rId1255"/>
        </w:object>
      </w:r>
      <w:r w:rsidRPr="000B2A56">
        <w:rPr>
          <w:rFonts w:ascii="Palatino Linotype" w:hAnsi="Palatino Linotype"/>
          <w:color w:val="000000" w:themeColor="text1"/>
          <w:sz w:val="24"/>
        </w:rPr>
        <w:t xml:space="preserve"> có tập xác định là </w:t>
      </w:r>
      <w:r w:rsidRPr="000B2A56">
        <w:rPr>
          <w:position w:val="-4"/>
          <w:lang w:val="vi-VN" w:eastAsia="vi-VN"/>
        </w:rPr>
        <w:object w:dxaOrig="260" w:dyaOrig="260" w14:anchorId="74675E8B">
          <v:shape id="_x0000_i1653" type="#_x0000_t75" style="width:13pt;height:13pt" o:ole="">
            <v:imagedata r:id="rId828" o:title=""/>
          </v:shape>
          <o:OLEObject Type="Embed" ProgID="Equation.DSMT4" ShapeID="_x0000_i1653" DrawAspect="Content" ObjectID="_1702753209" r:id="rId1256"/>
        </w:object>
      </w:r>
      <w:r w:rsidRPr="000B2A56">
        <w:rPr>
          <w:rFonts w:ascii="Palatino Linotype" w:hAnsi="Palatino Linotype"/>
          <w:color w:val="000000" w:themeColor="text1"/>
          <w:sz w:val="24"/>
        </w:rPr>
        <w:t>.</w:t>
      </w:r>
    </w:p>
    <w:p w14:paraId="577C667C" w14:textId="541DE8A9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/>
          <w:b/>
          <w:position w:val="-6"/>
          <w:sz w:val="24"/>
        </w:rPr>
        <w:object w:dxaOrig="570" w:dyaOrig="270" w14:anchorId="3CA2E02D">
          <v:shape id="_x0000_i1654" type="#_x0000_t75" style="width:28.5pt;height:13.5pt" o:ole="">
            <v:imagedata r:id="rId1257" o:title=""/>
          </v:shape>
          <o:OLEObject Type="Embed" ProgID="Equation.DSMT4" ShapeID="_x0000_i1654" DrawAspect="Content" ObjectID="_1702753210" r:id="rId1258"/>
        </w:object>
      </w:r>
      <w:r w:rsidR="001E13C8" w:rsidRPr="000B2A56">
        <w:rPr>
          <w:rFonts w:ascii="Palatino Linotype" w:hAnsi="Palatino Linotype"/>
          <w:bCs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/>
          <w:b/>
          <w:position w:val="-6"/>
          <w:sz w:val="24"/>
        </w:rPr>
        <w:object w:dxaOrig="570" w:dyaOrig="270" w14:anchorId="4F7EE48E">
          <v:shape id="_x0000_i1655" type="#_x0000_t75" style="width:28.5pt;height:13.5pt" o:ole="">
            <v:imagedata r:id="rId1259" o:title=""/>
          </v:shape>
          <o:OLEObject Type="Embed" ProgID="Equation.DSMT4" ShapeID="_x0000_i1655" DrawAspect="Content" ObjectID="_1702753211" r:id="rId1260"/>
        </w:object>
      </w:r>
      <w:r w:rsidR="001E13C8" w:rsidRPr="000B2A56">
        <w:rPr>
          <w:rFonts w:ascii="Palatino Linotype" w:hAnsi="Palatino Linotype"/>
          <w:bCs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/>
          <w:b/>
          <w:position w:val="-6"/>
          <w:sz w:val="24"/>
        </w:rPr>
        <w:object w:dxaOrig="570" w:dyaOrig="270" w14:anchorId="5212FCFE">
          <v:shape id="_x0000_i1656" type="#_x0000_t75" style="width:28.5pt;height:13.5pt" o:ole="">
            <v:imagedata r:id="rId1261" o:title=""/>
          </v:shape>
          <o:OLEObject Type="Embed" ProgID="Equation.DSMT4" ShapeID="_x0000_i1656" DrawAspect="Content" ObjectID="_1702753212" r:id="rId1262"/>
        </w:object>
      </w:r>
      <w:r w:rsidR="001E13C8" w:rsidRPr="000B2A56">
        <w:rPr>
          <w:rFonts w:ascii="Palatino Linotype" w:hAnsi="Palatino Linotype"/>
          <w:bCs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/>
          <w:b/>
          <w:position w:val="-6"/>
          <w:sz w:val="24"/>
        </w:rPr>
        <w:object w:dxaOrig="570" w:dyaOrig="270" w14:anchorId="3D807B35">
          <v:shape id="_x0000_i1657" type="#_x0000_t75" style="width:28.5pt;height:13.5pt" o:ole="">
            <v:imagedata r:id="rId1263" o:title=""/>
          </v:shape>
          <o:OLEObject Type="Embed" ProgID="Equation.DSMT4" ShapeID="_x0000_i1657" DrawAspect="Content" ObjectID="_1702753213" r:id="rId1264"/>
        </w:object>
      </w:r>
      <w:r w:rsidR="001E13C8" w:rsidRPr="000B2A56">
        <w:rPr>
          <w:rFonts w:ascii="Palatino Linotype" w:hAnsi="Palatino Linotype"/>
          <w:bCs/>
          <w:sz w:val="24"/>
        </w:rPr>
        <w:t>.</w:t>
      </w:r>
    </w:p>
    <w:p w14:paraId="7ACD0876" w14:textId="113EC711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 (Vietnamese)"/>
          <w:color w:val="000000"/>
          <w:sz w:val="24"/>
        </w:rPr>
        <w:t>Cho hai đư</w: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ờng thẳng </w:t>
      </w:r>
      <w:r w:rsidRPr="000B2A56">
        <w:rPr>
          <w:position w:val="-24"/>
        </w:rPr>
        <w:object w:dxaOrig="1719" w:dyaOrig="660" w14:anchorId="05037F6B">
          <v:shape id="_x0000_i1658" type="#_x0000_t75" style="width:85pt;height:33.5pt" o:ole="">
            <v:imagedata r:id="rId1265" o:title=""/>
          </v:shape>
          <o:OLEObject Type="Embed" ProgID="Equation.DSMT4" ShapeID="_x0000_i1658" DrawAspect="Content" ObjectID="_1702753214" r:id="rId1266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 và </w:t>
      </w:r>
      <w:r w:rsidRPr="000B2A56">
        <w:rPr>
          <w:position w:val="-24"/>
        </w:rPr>
        <w:object w:dxaOrig="1420" w:dyaOrig="660" w14:anchorId="723BD335">
          <v:shape id="_x0000_i1659" type="#_x0000_t75" style="width:70pt;height:33.5pt" o:ole="">
            <v:imagedata r:id="rId1267" o:title=""/>
          </v:shape>
          <o:OLEObject Type="Embed" ProgID="Equation.DSMT4" ShapeID="_x0000_i1659" DrawAspect="Content" ObjectID="_1702753215" r:id="rId1268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. 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Mệ</w:t>
      </w:r>
      <w:r w:rsidRPr="000B2A56">
        <w:rPr>
          <w:rFonts w:ascii="Palatino Linotype" w:hAnsi="Palatino Linotype" w:cs="Chu Van An (Uni) CE"/>
          <w:color w:val="000000"/>
          <w:sz w:val="24"/>
          <w:lang w:val="fr-FR"/>
        </w:rPr>
        <w:t>nh đ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ề</w:t>
      </w:r>
      <w:r w:rsidRPr="000B2A56">
        <w:rPr>
          <w:rFonts w:ascii="Palatino Linotype" w:hAnsi="Palatino Linotype" w:cs="Chu Van An (Uni) (Vietnamese)"/>
          <w:color w:val="000000"/>
          <w:sz w:val="24"/>
          <w:lang w:val="fr-FR"/>
        </w:rPr>
        <w:t xml:space="preserve"> nào sau đây </w:t>
      </w:r>
      <w:r w:rsidRPr="000B2A56">
        <w:rPr>
          <w:rFonts w:ascii="Palatino Linotype" w:hAnsi="Palatino Linotype" w:cs="Chu Van An (Uni) CE"/>
          <w:b/>
          <w:color w:val="000000"/>
          <w:sz w:val="24"/>
          <w:lang w:val="fr-FR"/>
        </w:rPr>
        <w:t>đúng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?</w:t>
      </w:r>
    </w:p>
    <w:p w14:paraId="2DD31C4D" w14:textId="4F81925D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A. </w:t>
      </w:r>
      <w:r w:rsidR="001E13C8" w:rsidRPr="000B2A56">
        <w:rPr>
          <w:rFonts w:ascii="Palatino Linotype" w:hAnsi="Palatino Linotype" w:cs="Chu Van An (Uni)"/>
          <w:position w:val="-14"/>
          <w:sz w:val="24"/>
          <w:lang w:val="fr-FR"/>
        </w:rPr>
        <w:object w:dxaOrig="240" w:dyaOrig="400" w14:anchorId="7C227FF4">
          <v:shape id="_x0000_i1660" type="#_x0000_t75" style="width:12.5pt;height:19.5pt" o:ole="">
            <v:imagedata r:id="rId1269" o:title=""/>
          </v:shape>
          <o:OLEObject Type="Embed" ProgID="Equation.DSMT4" ShapeID="_x0000_i1660" DrawAspect="Content" ObjectID="_1702753216" r:id="rId1270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và </w:t>
      </w:r>
      <w:r w:rsidR="001E13C8" w:rsidRPr="000B2A56">
        <w:rPr>
          <w:rFonts w:ascii="Palatino Linotype" w:hAnsi="Palatino Linotype" w:cs="Chu Van An (Uni)"/>
          <w:position w:val="-14"/>
          <w:sz w:val="24"/>
          <w:lang w:val="fr-FR"/>
        </w:rPr>
        <w:object w:dxaOrig="260" w:dyaOrig="400" w14:anchorId="52939C77">
          <v:shape id="_x0000_i1661" type="#_x0000_t75" style="width:12pt;height:19.5pt" o:ole="">
            <v:imagedata r:id="rId1271" o:title=""/>
          </v:shape>
          <o:OLEObject Type="Embed" ProgID="Equation.DSMT4" ShapeID="_x0000_i1661" DrawAspect="Content" ObjectID="_1702753217" r:id="rId1272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trùng nhau.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B. </w:t>
      </w:r>
      <w:r w:rsidR="001E13C8" w:rsidRPr="000B2A56">
        <w:rPr>
          <w:rFonts w:ascii="Palatino Linotype" w:hAnsi="Palatino Linotype" w:cs="Chu Van An (Uni)"/>
          <w:position w:val="-14"/>
          <w:sz w:val="24"/>
          <w:lang w:val="fr-FR"/>
        </w:rPr>
        <w:object w:dxaOrig="240" w:dyaOrig="400" w14:anchorId="03E65F92">
          <v:shape id="_x0000_i1662" type="#_x0000_t75" style="width:12.5pt;height:19.5pt" o:ole="">
            <v:imagedata r:id="rId1273" o:title=""/>
          </v:shape>
          <o:OLEObject Type="Embed" ProgID="Equation.DSMT4" ShapeID="_x0000_i1662" DrawAspect="Content" ObjectID="_1702753218" r:id="rId1274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 xml:space="preserve">và </w:t>
      </w:r>
      <w:r w:rsidR="001E13C8" w:rsidRPr="000B2A56">
        <w:rPr>
          <w:rFonts w:ascii="Palatino Linotype" w:hAnsi="Palatino Linotype" w:cs="Chu Van An (Uni)"/>
          <w:position w:val="-14"/>
          <w:sz w:val="24"/>
        </w:rPr>
        <w:object w:dxaOrig="260" w:dyaOrig="400" w14:anchorId="37ED0B74">
          <v:shape id="_x0000_i1663" type="#_x0000_t75" style="width:12pt;height:19.5pt" o:ole="">
            <v:imagedata r:id="rId1275" o:title=""/>
          </v:shape>
          <o:OLEObject Type="Embed" ProgID="Equation.DSMT4" ShapeID="_x0000_i1663" DrawAspect="Content" ObjectID="_1702753219" r:id="rId1276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 xml:space="preserve"> cắt nhau và không vuông góc.</w:t>
      </w:r>
    </w:p>
    <w:p w14:paraId="1F3B438F" w14:textId="38388DA3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 w:cs="Chu Van An (Uni)"/>
          <w:position w:val="-14"/>
          <w:sz w:val="24"/>
        </w:rPr>
        <w:object w:dxaOrig="240" w:dyaOrig="400" w14:anchorId="1BDD2973">
          <v:shape id="_x0000_i1664" type="#_x0000_t75" style="width:12.5pt;height:19.5pt" o:ole="">
            <v:imagedata r:id="rId1277" o:title=""/>
          </v:shape>
          <o:OLEObject Type="Embed" ProgID="Equation.DSMT4" ShapeID="_x0000_i1664" DrawAspect="Content" ObjectID="_1702753220" r:id="rId1278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 xml:space="preserve">và </w:t>
      </w:r>
      <w:r w:rsidR="001E13C8" w:rsidRPr="000B2A56">
        <w:rPr>
          <w:rFonts w:ascii="Palatino Linotype" w:hAnsi="Palatino Linotype" w:cs="Chu Van An (Uni)"/>
          <w:position w:val="-14"/>
          <w:sz w:val="24"/>
        </w:rPr>
        <w:object w:dxaOrig="260" w:dyaOrig="400" w14:anchorId="0E8BDF1F">
          <v:shape id="_x0000_i1665" type="#_x0000_t75" style="width:12pt;height:19.5pt" o:ole="">
            <v:imagedata r:id="rId1279" o:title=""/>
          </v:shape>
          <o:OLEObject Type="Embed" ProgID="Equation.DSMT4" ShapeID="_x0000_i1665" DrawAspect="Content" ObjectID="_1702753221" r:id="rId1280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 xml:space="preserve"> song song với nhau.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 w:cs="Chu Van An (Uni)"/>
          <w:position w:val="-14"/>
          <w:sz w:val="24"/>
        </w:rPr>
        <w:object w:dxaOrig="240" w:dyaOrig="400" w14:anchorId="26FB6089">
          <v:shape id="_x0000_i1666" type="#_x0000_t75" style="width:12.5pt;height:19.5pt" o:ole="">
            <v:imagedata r:id="rId1281" o:title=""/>
          </v:shape>
          <o:OLEObject Type="Embed" ProgID="Equation.DSMT4" ShapeID="_x0000_i1666" DrawAspect="Content" ObjectID="_1702753222" r:id="rId1282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 xml:space="preserve">và </w:t>
      </w:r>
      <w:r w:rsidR="001E13C8" w:rsidRPr="000B2A56">
        <w:rPr>
          <w:rFonts w:ascii="Palatino Linotype" w:hAnsi="Palatino Linotype" w:cs="Chu Van An (Uni)"/>
          <w:position w:val="-14"/>
          <w:sz w:val="24"/>
        </w:rPr>
        <w:object w:dxaOrig="260" w:dyaOrig="400" w14:anchorId="14B32B0F">
          <v:shape id="_x0000_i1667" type="#_x0000_t75" style="width:12pt;height:19.5pt" o:ole="">
            <v:imagedata r:id="rId1283" o:title=""/>
          </v:shape>
          <o:OLEObject Type="Embed" ProgID="Equation.DSMT4" ShapeID="_x0000_i1667" DrawAspect="Content" ObjectID="_1702753223" r:id="rId1284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 xml:space="preserve"> vuông góc.</w:t>
      </w:r>
    </w:p>
    <w:p w14:paraId="41410B42" w14:textId="25ECC04E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 (Vietnamese)"/>
          <w:color w:val="000000"/>
          <w:sz w:val="24"/>
        </w:rPr>
        <w:t>Phương tr</w: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ình </w:t>
      </w:r>
      <w:r w:rsidRPr="000B2A56">
        <w:rPr>
          <w:rFonts w:ascii="Palatino Linotype" w:hAnsi="Palatino Linotype" w:cs="Chu Van An (Uni) (Vietnamese)"/>
          <w:color w:val="000000"/>
          <w:sz w:val="24"/>
        </w:rPr>
        <w:t>đư</w:t>
      </w:r>
      <w:r w:rsidRPr="000B2A56">
        <w:rPr>
          <w:rFonts w:ascii="Palatino Linotype" w:hAnsi="Palatino Linotype" w:cs="Chu Van An (Uni)"/>
          <w:color w:val="000000"/>
          <w:sz w:val="24"/>
        </w:rPr>
        <w:t>ờng thẳ</w:t>
      </w:r>
      <w:r w:rsidRPr="000B2A56">
        <w:rPr>
          <w:rFonts w:ascii="Palatino Linotype" w:hAnsi="Palatino Linotype" w:cs="Chu Van An (Uni) CE"/>
          <w:color w:val="000000"/>
          <w:sz w:val="24"/>
        </w:rPr>
        <w:t>ng đi qua hai đi</w: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ểm: </w:t>
      </w:r>
      <w:r w:rsidRPr="000B2A56">
        <w:rPr>
          <w:position w:val="-20"/>
        </w:rPr>
        <w:object w:dxaOrig="780" w:dyaOrig="520" w14:anchorId="38879646">
          <v:shape id="_x0000_i1668" type="#_x0000_t75" style="width:38.5pt;height:26.5pt" o:ole="">
            <v:imagedata r:id="rId1285" o:title=""/>
          </v:shape>
          <o:OLEObject Type="Embed" ProgID="Equation.DSMT4" ShapeID="_x0000_i1668" DrawAspect="Content" ObjectID="_1702753224" r:id="rId1286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, </w:t>
      </w:r>
      <w:r w:rsidRPr="000B2A56">
        <w:rPr>
          <w:position w:val="-20"/>
        </w:rPr>
        <w:object w:dxaOrig="1020" w:dyaOrig="520" w14:anchorId="449CBB45">
          <v:shape id="_x0000_i1669" type="#_x0000_t75" style="width:50pt;height:26.5pt" o:ole="">
            <v:imagedata r:id="rId1287" o:title=""/>
          </v:shape>
          <o:OLEObject Type="Embed" ProgID="Equation.DSMT4" ShapeID="_x0000_i1669" DrawAspect="Content" ObjectID="_1702753225" r:id="rId1288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 là:</w:t>
      </w:r>
    </w:p>
    <w:p w14:paraId="4EB1CDDE" w14:textId="7214D645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 w:cs="Chu Van An (Uni)"/>
          <w:position w:val="-10"/>
          <w:sz w:val="24"/>
        </w:rPr>
        <w:object w:dxaOrig="1219" w:dyaOrig="320" w14:anchorId="4BC9169D">
          <v:shape id="_x0000_i1670" type="#_x0000_t75" style="width:60.5pt;height:15.5pt" o:ole="">
            <v:imagedata r:id="rId1289" o:title=""/>
          </v:shape>
          <o:OLEObject Type="Embed" ProgID="Equation.DSMT4" ShapeID="_x0000_i1670" DrawAspect="Content" ObjectID="_1702753226" r:id="rId1290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 w:cs="Chu Van An (Uni)"/>
          <w:position w:val="-10"/>
          <w:sz w:val="24"/>
        </w:rPr>
        <w:object w:dxaOrig="1219" w:dyaOrig="320" w14:anchorId="7C7568FC">
          <v:shape id="_x0000_i1671" type="#_x0000_t75" style="width:60.5pt;height:15.5pt" o:ole="">
            <v:imagedata r:id="rId1291" o:title=""/>
          </v:shape>
          <o:OLEObject Type="Embed" ProgID="Equation.DSMT4" ShapeID="_x0000_i1671" DrawAspect="Content" ObjectID="_1702753227" r:id="rId1292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 w:cs="Chu Van An (Uni)"/>
          <w:position w:val="-10"/>
          <w:sz w:val="24"/>
        </w:rPr>
        <w:object w:dxaOrig="1160" w:dyaOrig="320" w14:anchorId="3F499797">
          <v:shape id="_x0000_i1672" type="#_x0000_t75" style="width:58pt;height:15.5pt" o:ole="">
            <v:imagedata r:id="rId1293" o:title=""/>
          </v:shape>
          <o:OLEObject Type="Embed" ProgID="Equation.DSMT4" ShapeID="_x0000_i1672" DrawAspect="Content" ObjectID="_1702753228" r:id="rId1294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 w:cs="Chu Van An (Uni)"/>
          <w:position w:val="-10"/>
          <w:sz w:val="24"/>
        </w:rPr>
        <w:object w:dxaOrig="1040" w:dyaOrig="320" w14:anchorId="05494211">
          <v:shape id="_x0000_i1673" type="#_x0000_t75" style="width:52.5pt;height:15.5pt" o:ole="">
            <v:imagedata r:id="rId1295" o:title=""/>
          </v:shape>
          <o:OLEObject Type="Embed" ProgID="Equation.DSMT4" ShapeID="_x0000_i1673" DrawAspect="Content" ObjectID="_1702753229" r:id="rId1296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>.</w:t>
      </w:r>
    </w:p>
    <w:p w14:paraId="46EA23E7" w14:textId="5E3EAC88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color w:val="000000"/>
          <w:sz w:val="24"/>
        </w:rPr>
        <w:t>Trong mặt phẳng tọ</w:t>
      </w:r>
      <w:r w:rsidRPr="000B2A56">
        <w:rPr>
          <w:rFonts w:ascii="Palatino Linotype" w:hAnsi="Palatino Linotype" w:cs="Chu Van An (Uni) CE"/>
          <w:color w:val="000000"/>
          <w:sz w:val="24"/>
        </w:rPr>
        <w:t>a đ</w:t>
      </w:r>
      <w:r w:rsidRPr="000B2A56">
        <w:rPr>
          <w:rFonts w:ascii="Palatino Linotype" w:hAnsi="Palatino Linotype" w:cs="Chu Van An (Uni)"/>
          <w:color w:val="000000"/>
          <w:sz w:val="24"/>
        </w:rPr>
        <w:t>ộ</w:t>
      </w:r>
      <w:r w:rsidRPr="000B2A56">
        <w:rPr>
          <w:position w:val="-10"/>
        </w:rPr>
        <w:object w:dxaOrig="480" w:dyaOrig="320" w14:anchorId="66784138">
          <v:shape id="_x0000_i1674" type="#_x0000_t75" style="width:24pt;height:15.5pt" o:ole="">
            <v:imagedata r:id="rId1297" o:title=""/>
          </v:shape>
          <o:OLEObject Type="Embed" ProgID="Equation.DSMT4" ShapeID="_x0000_i1674" DrawAspect="Content" ObjectID="_1702753230" r:id="rId1298"/>
        </w:object>
      </w:r>
      <w:r w:rsidRPr="000B2A56">
        <w:rPr>
          <w:rFonts w:ascii="Palatino Linotype" w:hAnsi="Palatino Linotype" w:cs="Chu Van An (Uni) (Vietnamese)"/>
          <w:color w:val="000000"/>
          <w:sz w:val="24"/>
        </w:rPr>
        <w:t xml:space="preserve"> cho đư</w: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ờng thẳng </w:t>
      </w:r>
      <w:r w:rsidRPr="000B2A56">
        <w:rPr>
          <w:position w:val="-16"/>
        </w:rPr>
        <w:object w:dxaOrig="360" w:dyaOrig="440" w14:anchorId="2E6AE047">
          <v:shape id="_x0000_i1675" type="#_x0000_t75" style="width:18.5pt;height:22pt" o:ole="">
            <v:imagedata r:id="rId1299" o:title=""/>
          </v:shape>
          <o:OLEObject Type="Embed" ProgID="Equation.DSMT4" ShapeID="_x0000_i1675" DrawAspect="Content" ObjectID="_1702753231" r:id="rId1300"/>
        </w:object>
      </w:r>
      <w:r w:rsidRPr="000B2A56">
        <w:rPr>
          <w:rFonts w:ascii="Palatino Linotype" w:hAnsi="Palatino Linotype" w:cs="Chu Van An (Uni) (Vietnamese)"/>
          <w:color w:val="000000"/>
          <w:sz w:val="24"/>
        </w:rPr>
        <w:t xml:space="preserve"> có phương tr</w: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ình </w:t>
      </w:r>
      <w:r w:rsidRPr="000B2A56">
        <w:rPr>
          <w:position w:val="-10"/>
        </w:rPr>
        <w:object w:dxaOrig="1640" w:dyaOrig="380" w14:anchorId="552AE2F3">
          <v:shape id="_x0000_i1676" type="#_x0000_t75" style="width:82pt;height:18.5pt" o:ole="">
            <v:imagedata r:id="rId1301" o:title=""/>
          </v:shape>
          <o:OLEObject Type="Embed" ProgID="Equation.DSMT4" ShapeID="_x0000_i1676" DrawAspect="Content" ObjectID="_1702753232" r:id="rId1302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. Tìm </w:t>
      </w:r>
      <w:r w:rsidRPr="000B2A56">
        <w:rPr>
          <w:position w:val="-4"/>
        </w:rPr>
        <w:object w:dxaOrig="200" w:dyaOrig="260" w14:anchorId="69517857">
          <v:shape id="_x0000_i1677" type="#_x0000_t75" style="width:10pt;height:12pt" o:ole="">
            <v:imagedata r:id="rId1303" o:title=""/>
          </v:shape>
          <o:OLEObject Type="Embed" ProgID="Equation.DSMT4" ShapeID="_x0000_i1677" DrawAspect="Content" ObjectID="_1702753233" r:id="rId1304"/>
        </w:object>
      </w:r>
      <w:r w:rsidRPr="000B2A56">
        <w:rPr>
          <w:rFonts w:ascii="Palatino Linotype" w:hAnsi="Palatino Linotype" w:cs="Chu Van An (Uni) CE"/>
          <w:color w:val="000000"/>
          <w:sz w:val="24"/>
        </w:rPr>
        <w:t xml:space="preserve"> đ</w:t>
      </w:r>
      <w:r w:rsidRPr="000B2A56">
        <w:rPr>
          <w:rFonts w:ascii="Palatino Linotype" w:hAnsi="Palatino Linotype" w:cs="Chu Van An (Uni)"/>
          <w:color w:val="000000"/>
          <w:sz w:val="24"/>
        </w:rPr>
        <w:t>ể</w:t>
      </w:r>
      <w:r w:rsidRPr="000B2A56">
        <w:rPr>
          <w:rFonts w:ascii="Palatino Linotype" w:hAnsi="Palatino Linotype" w:cs="Chu Van An (Uni) (Vietnamese)"/>
          <w:color w:val="000000"/>
          <w:sz w:val="24"/>
        </w:rPr>
        <w:t xml:space="preserve"> đư</w: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ờng thẳng </w:t>
      </w:r>
      <w:r w:rsidRPr="000B2A56">
        <w:rPr>
          <w:position w:val="-16"/>
        </w:rPr>
        <w:object w:dxaOrig="360" w:dyaOrig="440" w14:anchorId="7582894E">
          <v:shape id="_x0000_i1678" type="#_x0000_t75" style="width:18.5pt;height:22pt" o:ole="">
            <v:imagedata r:id="rId1305" o:title=""/>
          </v:shape>
          <o:OLEObject Type="Embed" ProgID="Equation.DSMT4" ShapeID="_x0000_i1678" DrawAspect="Content" ObjectID="_1702753234" r:id="rId1306"/>
        </w:object>
      </w:r>
      <w:r w:rsidRPr="000B2A56">
        <w:rPr>
          <w:rFonts w:ascii="Palatino Linotype" w:hAnsi="Palatino Linotype" w:cs="Chu Van An (Uni) CE"/>
          <w:color w:val="000000"/>
          <w:sz w:val="24"/>
        </w:rPr>
        <w:t xml:space="preserve"> đi qua g</w:t>
      </w:r>
      <w:r w:rsidRPr="000B2A56">
        <w:rPr>
          <w:rFonts w:ascii="Palatino Linotype" w:hAnsi="Palatino Linotype" w:cs="Chu Van An (Uni)"/>
          <w:color w:val="000000"/>
          <w:sz w:val="24"/>
        </w:rPr>
        <w:t>ốc tọ</w:t>
      </w:r>
      <w:r w:rsidRPr="000B2A56">
        <w:rPr>
          <w:rFonts w:ascii="Palatino Linotype" w:hAnsi="Palatino Linotype" w:cs="Chu Van An (Uni) CE"/>
          <w:color w:val="000000"/>
          <w:sz w:val="24"/>
        </w:rPr>
        <w:t>a đ</w:t>
      </w:r>
      <w:r w:rsidRPr="000B2A56">
        <w:rPr>
          <w:rFonts w:ascii="Palatino Linotype" w:hAnsi="Palatino Linotype" w:cs="Chu Van An (Uni)"/>
          <w:color w:val="000000"/>
          <w:sz w:val="24"/>
        </w:rPr>
        <w:t>ộ:</w:t>
      </w:r>
    </w:p>
    <w:p w14:paraId="47A64418" w14:textId="7DAA983E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 w:cs="Chu Van An (Uni)"/>
          <w:position w:val="-6"/>
          <w:sz w:val="24"/>
        </w:rPr>
        <w:object w:dxaOrig="820" w:dyaOrig="380" w14:anchorId="2BDA5E2A">
          <v:shape id="_x0000_i1679" type="#_x0000_t75" style="width:41.5pt;height:18.5pt" o:ole="">
            <v:imagedata r:id="rId1307" o:title=""/>
          </v:shape>
          <o:OLEObject Type="Embed" ProgID="Equation.DSMT4" ShapeID="_x0000_i1679" DrawAspect="Content" ObjectID="_1702753235" r:id="rId1308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 w:cs="Chu Van An (Uni)"/>
          <w:position w:val="-6"/>
          <w:sz w:val="24"/>
        </w:rPr>
        <w:object w:dxaOrig="800" w:dyaOrig="380" w14:anchorId="735B293A">
          <v:shape id="_x0000_i1680" type="#_x0000_t75" style="width:40pt;height:18.5pt" o:ole="">
            <v:imagedata r:id="rId1309" o:title=""/>
          </v:shape>
          <o:OLEObject Type="Embed" ProgID="Equation.DSMT4" ShapeID="_x0000_i1680" DrawAspect="Content" ObjectID="_1702753236" r:id="rId1310"/>
        </w:object>
      </w:r>
    </w:p>
    <w:p w14:paraId="7BD6D9A4" w14:textId="1DB424DA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 w:cs="Chu Van An (Uni)"/>
          <w:position w:val="-6"/>
          <w:sz w:val="24"/>
        </w:rPr>
        <w:object w:dxaOrig="980" w:dyaOrig="380" w14:anchorId="0B498A36">
          <v:shape id="_x0000_i1681" type="#_x0000_t75" style="width:48.5pt;height:18.5pt" o:ole="">
            <v:imagedata r:id="rId1311" o:title=""/>
          </v:shape>
          <o:OLEObject Type="Embed" ProgID="Equation.DSMT4" ShapeID="_x0000_i1681" DrawAspect="Content" ObjectID="_1702753237" r:id="rId1312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 w:cs="Chu Van An (Uni)"/>
          <w:position w:val="-6"/>
          <w:sz w:val="24"/>
        </w:rPr>
        <w:object w:dxaOrig="820" w:dyaOrig="380" w14:anchorId="1F480213">
          <v:shape id="_x0000_i1682" type="#_x0000_t75" style="width:41.5pt;height:18.5pt" o:ole="">
            <v:imagedata r:id="rId1313" o:title=""/>
          </v:shape>
          <o:OLEObject Type="Embed" ProgID="Equation.DSMT4" ShapeID="_x0000_i1682" DrawAspect="Content" ObjectID="_1702753238" r:id="rId1314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 xml:space="preserve"> hoặc </w:t>
      </w:r>
      <w:r w:rsidR="001E13C8" w:rsidRPr="000B2A56">
        <w:rPr>
          <w:rFonts w:ascii="Palatino Linotype" w:hAnsi="Palatino Linotype" w:cs="Chu Van An (Uni)"/>
          <w:position w:val="-6"/>
          <w:sz w:val="24"/>
        </w:rPr>
        <w:object w:dxaOrig="980" w:dyaOrig="380" w14:anchorId="28845F2E">
          <v:shape id="_x0000_i1683" type="#_x0000_t75" style="width:48.5pt;height:18.5pt" o:ole="">
            <v:imagedata r:id="rId1315" o:title=""/>
          </v:shape>
          <o:OLEObject Type="Embed" ProgID="Equation.DSMT4" ShapeID="_x0000_i1683" DrawAspect="Content" ObjectID="_1702753239" r:id="rId1316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>.</w:t>
      </w:r>
    </w:p>
    <w:p w14:paraId="7C68542C" w14:textId="48D55FD1" w:rsidR="001E13C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 CE"/>
          <w:color w:val="000000"/>
          <w:sz w:val="24"/>
        </w:rPr>
        <w:t>Đ</w:t>
      </w:r>
      <w:r w:rsidRPr="000B2A56">
        <w:rPr>
          <w:rFonts w:ascii="Palatino Linotype" w:hAnsi="Palatino Linotype" w:cs="Chu Van An (Uni)"/>
          <w:color w:val="000000"/>
          <w:sz w:val="24"/>
        </w:rPr>
        <w:t>ồ thị</w:t>
      </w:r>
      <w:r w:rsidRPr="000B2A56">
        <w:rPr>
          <w:rFonts w:ascii="Palatino Linotype" w:hAnsi="Palatino Linotype" w:cs="Chu Van An (Uni) CE"/>
          <w:color w:val="000000"/>
          <w:sz w:val="24"/>
        </w:rPr>
        <w:t xml:space="preserve"> sau đây bi</w:t>
      </w:r>
      <w:r w:rsidRPr="000B2A56">
        <w:rPr>
          <w:rFonts w:ascii="Palatino Linotype" w:hAnsi="Palatino Linotype" w:cs="Chu Van An (Uni)"/>
          <w:color w:val="000000"/>
          <w:sz w:val="24"/>
        </w:rPr>
        <w:t>ểu diễn hàm số nào?</w:t>
      </w:r>
    </w:p>
    <w:p w14:paraId="2CE9E3B8" w14:textId="77777777" w:rsidR="005E66A8" w:rsidRPr="000B2A56" w:rsidRDefault="001E13C8" w:rsidP="005E66A8">
      <w:pPr>
        <w:spacing w:line="276" w:lineRule="auto"/>
        <w:ind w:left="992"/>
        <w:jc w:val="center"/>
        <w:rPr>
          <w:rFonts w:ascii="Palatino Linotype" w:hAnsi="Palatino Linotype" w:cs="Chu Van An (Uni)"/>
          <w:b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noProof/>
          <w:color w:val="000000"/>
          <w:sz w:val="24"/>
        </w:rPr>
        <w:drawing>
          <wp:inline distT="0" distB="0" distL="0" distR="0" wp14:anchorId="2B8F6B2E" wp14:editId="380F8FFD">
            <wp:extent cx="1147445" cy="1069975"/>
            <wp:effectExtent l="0" t="0" r="0" b="0"/>
            <wp:docPr id="58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BA0C" w14:textId="2D0D5B84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 w:cs="Chu Van An (Uni)"/>
          <w:position w:val="-10"/>
          <w:sz w:val="24"/>
        </w:rPr>
        <w:object w:dxaOrig="1219" w:dyaOrig="320" w14:anchorId="79443E1A">
          <v:shape id="_x0000_i1684" type="#_x0000_t75" style="width:60.5pt;height:15.5pt" o:ole="">
            <v:imagedata r:id="rId1318" o:title=""/>
          </v:shape>
          <o:OLEObject Type="Embed" ProgID="Equation.DSMT4" ShapeID="_x0000_i1684" DrawAspect="Content" ObjectID="_1702753240" r:id="rId1319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 w:cs="Chu Van An (Uni)"/>
          <w:position w:val="-10"/>
          <w:sz w:val="24"/>
        </w:rPr>
        <w:object w:dxaOrig="1200" w:dyaOrig="320" w14:anchorId="4A0F55D8">
          <v:shape id="_x0000_i1685" type="#_x0000_t75" style="width:60pt;height:15.5pt" o:ole="">
            <v:imagedata r:id="rId1320" o:title=""/>
          </v:shape>
          <o:OLEObject Type="Embed" ProgID="Equation.DSMT4" ShapeID="_x0000_i1685" DrawAspect="Content" ObjectID="_1702753241" r:id="rId1321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 w:cs="Chu Van An (Uni)"/>
          <w:position w:val="-10"/>
          <w:sz w:val="24"/>
        </w:rPr>
        <w:object w:dxaOrig="1040" w:dyaOrig="320" w14:anchorId="495D169C">
          <v:shape id="_x0000_i1686" type="#_x0000_t75" style="width:52.5pt;height:15.5pt" o:ole="">
            <v:imagedata r:id="rId1322" o:title=""/>
          </v:shape>
          <o:OLEObject Type="Embed" ProgID="Equation.DSMT4" ShapeID="_x0000_i1686" DrawAspect="Content" ObjectID="_1702753242" r:id="rId1323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 w:cs="Chu Van An (Uni)"/>
          <w:position w:val="-10"/>
          <w:sz w:val="24"/>
        </w:rPr>
        <w:object w:dxaOrig="1060" w:dyaOrig="320" w14:anchorId="13394208">
          <v:shape id="_x0000_i1687" type="#_x0000_t75" style="width:53pt;height:15.5pt" o:ole="">
            <v:imagedata r:id="rId1324" o:title=""/>
          </v:shape>
          <o:OLEObject Type="Embed" ProgID="Equation.DSMT4" ShapeID="_x0000_i1687" DrawAspect="Content" ObjectID="_1702753243" r:id="rId1325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>.</w:t>
      </w:r>
    </w:p>
    <w:p w14:paraId="45BC8662" w14:textId="7D946CF7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vi-VN"/>
        </w:rPr>
      </w:pPr>
      <w:r w:rsidRPr="000B2A56">
        <w:rPr>
          <w:rFonts w:ascii="Palatino Linotype" w:hAnsi="Palatino Linotype" w:cs="Chu Van An (Uni)"/>
          <w:color w:val="000000"/>
          <w:sz w:val="24"/>
          <w:lang w:val="vi-VN"/>
        </w:rPr>
        <w:t xml:space="preserve">Cho hàm số </w:t>
      </w:r>
      <w:r w:rsidRPr="000B2A56">
        <w:rPr>
          <w:position w:val="-10"/>
          <w:lang w:val="fr-FR"/>
        </w:rPr>
        <w:object w:dxaOrig="1020" w:dyaOrig="320" w14:anchorId="16A6DAD7">
          <v:shape id="_x0000_i1688" type="#_x0000_t75" style="width:50pt;height:15.5pt" o:ole="">
            <v:imagedata r:id="rId1326" o:title=""/>
          </v:shape>
          <o:OLEObject Type="Embed" ProgID="Equation.DSMT4" ShapeID="_x0000_i1688" DrawAspect="Content" ObjectID="_1702753244" r:id="rId1327"/>
        </w:object>
      </w:r>
      <w:r w:rsidRPr="000B2A56">
        <w:rPr>
          <w:rFonts w:ascii="Palatino Linotype" w:hAnsi="Palatino Linotype" w:cs="Chu Van An (Uni) (Vietnamese)"/>
          <w:color w:val="000000"/>
          <w:sz w:val="24"/>
          <w:lang w:val="vi-VN"/>
        </w:rPr>
        <w:t xml:space="preserve"> có đ</w:t>
      </w:r>
      <w:r w:rsidRPr="000B2A56">
        <w:rPr>
          <w:rFonts w:ascii="Palatino Linotype" w:hAnsi="Palatino Linotype" w:cs="Chu Van An (Uni)"/>
          <w:color w:val="000000"/>
          <w:sz w:val="24"/>
          <w:lang w:val="vi-VN"/>
        </w:rPr>
        <w:t>ồ thị</w:t>
      </w:r>
      <w:r w:rsidRPr="000B2A56">
        <w:rPr>
          <w:rFonts w:ascii="Palatino Linotype" w:hAnsi="Palatino Linotype" w:cs="Chu Van An (Uni) (Vietnamese)"/>
          <w:color w:val="000000"/>
          <w:sz w:val="24"/>
          <w:lang w:val="vi-VN"/>
        </w:rPr>
        <w:t xml:space="preserve"> là đư</w:t>
      </w:r>
      <w:r w:rsidRPr="000B2A56">
        <w:rPr>
          <w:rFonts w:ascii="Palatino Linotype" w:hAnsi="Palatino Linotype" w:cs="Chu Van An (Uni)"/>
          <w:color w:val="000000"/>
          <w:sz w:val="24"/>
          <w:lang w:val="vi-VN"/>
        </w:rPr>
        <w:t xml:space="preserve">ờng thẳng </w:t>
      </w:r>
      <w:r w:rsidRPr="000B2A56">
        <w:rPr>
          <w:position w:val="-4"/>
          <w:lang w:val="fr-FR"/>
        </w:rPr>
        <w:object w:dxaOrig="220" w:dyaOrig="260" w14:anchorId="1A262AD9">
          <v:shape id="_x0000_i1689" type="#_x0000_t75" style="width:11.5pt;height:12pt" o:ole="">
            <v:imagedata r:id="rId1328" o:title=""/>
          </v:shape>
          <o:OLEObject Type="Embed" ProgID="Equation.DSMT4" ShapeID="_x0000_i1689" DrawAspect="Content" ObjectID="_1702753245" r:id="rId1329"/>
        </w:object>
      </w:r>
      <w:r w:rsidRPr="000B2A56">
        <w:rPr>
          <w:rFonts w:ascii="Palatino Linotype" w:hAnsi="Palatino Linotype" w:cs="Chu Van An (Uni) (Vietnamese)"/>
          <w:color w:val="000000"/>
          <w:sz w:val="24"/>
          <w:lang w:val="vi-VN"/>
        </w:rPr>
        <w:t>. Đư</w:t>
      </w:r>
      <w:r w:rsidRPr="000B2A56">
        <w:rPr>
          <w:rFonts w:ascii="Palatino Linotype" w:hAnsi="Palatino Linotype" w:cs="Chu Van An (Uni)"/>
          <w:color w:val="000000"/>
          <w:sz w:val="24"/>
          <w:lang w:val="vi-VN"/>
        </w:rPr>
        <w:t xml:space="preserve">ờng thẳng </w:t>
      </w:r>
      <w:r w:rsidRPr="000B2A56">
        <w:rPr>
          <w:position w:val="-4"/>
          <w:lang w:val="vi-VN"/>
        </w:rPr>
        <w:object w:dxaOrig="220" w:dyaOrig="260" w14:anchorId="454677E9">
          <v:shape id="_x0000_i1690" type="#_x0000_t75" style="width:11.5pt;height:12pt" o:ole="">
            <v:imagedata r:id="rId1330" o:title=""/>
          </v:shape>
          <o:OLEObject Type="Embed" ProgID="Equation.DSMT4" ShapeID="_x0000_i1690" DrawAspect="Content" ObjectID="_1702753246" r:id="rId1331"/>
        </w:object>
      </w:r>
      <w:r w:rsidRPr="000B2A56">
        <w:rPr>
          <w:rFonts w:ascii="Palatino Linotype" w:hAnsi="Palatino Linotype" w:cs="Chu Van An (Uni)"/>
          <w:color w:val="000000"/>
          <w:sz w:val="24"/>
          <w:lang w:val="vi-VN"/>
        </w:rPr>
        <w:t xml:space="preserve"> tạo với hai trục tọ</w:t>
      </w:r>
      <w:r w:rsidRPr="000B2A56">
        <w:rPr>
          <w:rFonts w:ascii="Palatino Linotype" w:hAnsi="Palatino Linotype" w:cs="Chu Van An (Uni) (Vietnamese)"/>
          <w:color w:val="000000"/>
          <w:sz w:val="24"/>
          <w:lang w:val="vi-VN"/>
        </w:rPr>
        <w:t>a đ</w:t>
      </w:r>
      <w:r w:rsidRPr="000B2A56">
        <w:rPr>
          <w:rFonts w:ascii="Palatino Linotype" w:hAnsi="Palatino Linotype" w:cs="Chu Van An (Uni)"/>
          <w:color w:val="000000"/>
          <w:sz w:val="24"/>
          <w:lang w:val="vi-VN"/>
        </w:rPr>
        <w:t>ộ một tam giác có diện tích bằng:</w:t>
      </w:r>
    </w:p>
    <w:p w14:paraId="40396165" w14:textId="71DD6691" w:rsidR="001E13C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szCs w:val="24"/>
          <w:lang w:val="vi-VN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A. </w:t>
      </w:r>
      <w:r w:rsidR="001E13C8" w:rsidRPr="000B2A56">
        <w:rPr>
          <w:rFonts w:ascii="Palatino Linotype" w:hAnsi="Palatino Linotype" w:cs="Chu Van An (Uni)"/>
          <w:position w:val="-24"/>
          <w:sz w:val="24"/>
          <w:szCs w:val="24"/>
          <w:lang w:val="vi-VN"/>
        </w:rPr>
        <w:object w:dxaOrig="220" w:dyaOrig="660" w14:anchorId="3B72FE83">
          <v:shape id="_x0000_i1691" type="#_x0000_t75" style="width:11.5pt;height:33.5pt" o:ole="">
            <v:imagedata r:id="rId1332" o:title=""/>
          </v:shape>
          <o:OLEObject Type="Embed" ProgID="Equation.DSMT4" ShapeID="_x0000_i1691" DrawAspect="Content" ObjectID="_1702753247" r:id="rId1333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B. </w:t>
      </w:r>
      <w:r w:rsidR="001E13C8"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>1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C. </w:t>
      </w:r>
      <w:r w:rsidR="001E13C8"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>2</w:t>
      </w:r>
      <w:r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  <w:lang w:val="vi-VN"/>
        </w:rPr>
        <w:t xml:space="preserve">D. </w:t>
      </w:r>
      <w:r w:rsidR="001E13C8" w:rsidRPr="000B2A56">
        <w:rPr>
          <w:rFonts w:ascii="Palatino Linotype" w:hAnsi="Palatino Linotype" w:cs="Chu Van An (Uni)"/>
          <w:position w:val="-24"/>
          <w:sz w:val="24"/>
          <w:szCs w:val="24"/>
          <w:lang w:val="vi-VN"/>
        </w:rPr>
        <w:object w:dxaOrig="220" w:dyaOrig="660" w14:anchorId="459AAB66">
          <v:shape id="_x0000_i1692" type="#_x0000_t75" style="width:11.5pt;height:33.5pt" o:ole="">
            <v:imagedata r:id="rId1334" o:title=""/>
          </v:shape>
          <o:OLEObject Type="Embed" ProgID="Equation.DSMT4" ShapeID="_x0000_i1692" DrawAspect="Content" ObjectID="_1702753248" r:id="rId1335"/>
        </w:object>
      </w:r>
      <w:r w:rsidR="001E13C8" w:rsidRPr="000B2A56">
        <w:rPr>
          <w:rFonts w:ascii="Palatino Linotype" w:hAnsi="Palatino Linotype" w:cs="Chu Van An (Uni)"/>
          <w:color w:val="000000"/>
          <w:sz w:val="24"/>
          <w:szCs w:val="24"/>
          <w:lang w:val="vi-VN"/>
        </w:rPr>
        <w:t>.</w:t>
      </w:r>
    </w:p>
    <w:p w14:paraId="76DA5F87" w14:textId="6A0CD3AC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nl-NL"/>
        </w:rPr>
      </w:pP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Giá trị nào của </w:t>
      </w:r>
      <w:r w:rsidRPr="000B2A56">
        <w:rPr>
          <w:position w:val="-6"/>
          <w:lang w:val="nl-NL"/>
        </w:rPr>
        <w:object w:dxaOrig="260" w:dyaOrig="220" w14:anchorId="59AE50A7">
          <v:shape id="_x0000_i1693" type="#_x0000_t75" style="width:13pt;height:11pt" o:ole="">
            <v:imagedata r:id="rId1336" o:title=""/>
          </v:shape>
          <o:OLEObject Type="Embed" ProgID="Equation.DSMT4" ShapeID="_x0000_i1693" DrawAspect="Content" ObjectID="_1702753249" r:id="rId1337"/>
        </w:objec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 thì </w:t>
      </w:r>
      <w:r w:rsidRPr="000B2A56">
        <w:rPr>
          <w:rFonts w:ascii="Palatino Linotype" w:hAnsi="Palatino Linotype" w:cs="Chu Van An (Uni) CE"/>
          <w:color w:val="000000"/>
          <w:sz w:val="24"/>
          <w:lang w:val="nl-NL"/>
        </w:rPr>
        <w:t>đ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ồ thị hàm số </w:t>
      </w:r>
      <w:r w:rsidRPr="000B2A56">
        <w:rPr>
          <w:position w:val="-10"/>
          <w:lang w:val="nl-NL"/>
        </w:rPr>
        <w:object w:dxaOrig="1359" w:dyaOrig="360" w14:anchorId="0F590664">
          <v:shape id="_x0000_i1694" type="#_x0000_t75" style="width:68pt;height:18.5pt" o:ole="">
            <v:imagedata r:id="rId1338" o:title=""/>
          </v:shape>
          <o:OLEObject Type="Embed" ProgID="Equation.DSMT4" ShapeID="_x0000_i1694" DrawAspect="Content" ObjectID="_1702753250" r:id="rId1339"/>
        </w:object>
      </w:r>
      <w:r w:rsidRPr="000B2A56">
        <w:rPr>
          <w:rFonts w:ascii="Palatino Linotype" w:hAnsi="Palatino Linotype" w:cs="Chu Van An (Uni)"/>
          <w:sz w:val="24"/>
          <w:lang w:val="nl-NL"/>
        </w:rPr>
        <w:t xml:space="preserve"> 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cắt đường thẳng </w:t>
      </w:r>
      <w:r w:rsidRPr="000B2A56">
        <w:rPr>
          <w:position w:val="-10"/>
          <w:lang w:val="nl-NL"/>
        </w:rPr>
        <w:object w:dxaOrig="980" w:dyaOrig="320" w14:anchorId="6556D722">
          <v:shape id="_x0000_i1695" type="#_x0000_t75" style="width:49pt;height:16.5pt" o:ole="">
            <v:imagedata r:id="rId1340" o:title=""/>
          </v:shape>
          <o:OLEObject Type="Embed" ProgID="Equation.DSMT4" ShapeID="_x0000_i1695" DrawAspect="Content" ObjectID="_1702753251" r:id="rId1341"/>
        </w:objec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>tạ</w:t>
      </w:r>
      <w:r w:rsidRPr="000B2A56">
        <w:rPr>
          <w:rFonts w:ascii="Palatino Linotype" w:hAnsi="Palatino Linotype" w:cs="Chu Van An (Uni) CE"/>
          <w:color w:val="000000"/>
          <w:sz w:val="24"/>
          <w:lang w:val="nl-NL"/>
        </w:rPr>
        <w:t>i hai đi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>ểm phân biệt?</w:t>
      </w:r>
    </w:p>
    <w:p w14:paraId="466630AC" w14:textId="156605C8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 w:val="24"/>
          <w:lang w:val="nl-NL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A. </w:t>
      </w:r>
      <w:r w:rsidR="001E13C8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800" w:dyaOrig="620" w14:anchorId="4F882504">
          <v:shape id="_x0000_i1696" type="#_x0000_t75" style="width:40pt;height:31pt" o:ole="">
            <v:imagedata r:id="rId1342" o:title=""/>
          </v:shape>
          <o:OLEObject Type="Embed" ProgID="Equation.DSMT4" ShapeID="_x0000_i1696" DrawAspect="Content" ObjectID="_1702753252" r:id="rId1343"/>
        </w:object>
      </w:r>
      <w:r w:rsidR="001E13C8"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>.</w:t>
      </w:r>
      <w:r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B. </w:t>
      </w:r>
      <w:r w:rsidR="001E13C8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820" w:dyaOrig="620" w14:anchorId="3500F959">
          <v:shape id="_x0000_i1697" type="#_x0000_t75" style="width:41pt;height:31pt" o:ole="">
            <v:imagedata r:id="rId1344" o:title=""/>
          </v:shape>
          <o:OLEObject Type="Embed" ProgID="Equation.DSMT4" ShapeID="_x0000_i1697" DrawAspect="Content" ObjectID="_1702753253" r:id="rId1345"/>
        </w:object>
      </w:r>
      <w:r w:rsidR="001E13C8"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>.</w:t>
      </w:r>
      <w:r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hd w:val="clear" w:color="auto" w:fill="FFFFFF"/>
          <w:lang w:val="nl-NL"/>
        </w:rPr>
        <w:t xml:space="preserve">C. </w:t>
      </w:r>
      <w:r w:rsidR="001E13C8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639" w:dyaOrig="620" w14:anchorId="016A9E95">
          <v:shape id="_x0000_i1698" type="#_x0000_t75" style="width:32pt;height:31pt" o:ole="">
            <v:imagedata r:id="rId1346" o:title=""/>
          </v:shape>
          <o:OLEObject Type="Embed" ProgID="Equation.DSMT4" ShapeID="_x0000_i1698" DrawAspect="Content" ObjectID="_1702753254" r:id="rId1347"/>
        </w:object>
      </w:r>
      <w:r w:rsidR="001E13C8" w:rsidRPr="000B2A56">
        <w:rPr>
          <w:rFonts w:ascii="Palatino Linotype" w:hAnsi="Palatino Linotype" w:cs="Chu Van An (Uni)"/>
          <w:noProof/>
          <w:color w:val="000000"/>
          <w:position w:val="-6"/>
          <w:sz w:val="24"/>
          <w:shd w:val="clear" w:color="auto" w:fill="FFFFFF"/>
          <w:lang w:val="nl-NL"/>
        </w:rPr>
        <w:t>.</w:t>
      </w:r>
      <w:r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D. </w:t>
      </w:r>
      <w:r w:rsidR="001E13C8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639" w:dyaOrig="620" w14:anchorId="72526609">
          <v:shape id="_x0000_i1699" type="#_x0000_t75" style="width:32pt;height:31pt" o:ole="">
            <v:imagedata r:id="rId1348" o:title=""/>
          </v:shape>
          <o:OLEObject Type="Embed" ProgID="Equation.DSMT4" ShapeID="_x0000_i1699" DrawAspect="Content" ObjectID="_1702753255" r:id="rId1349"/>
        </w:object>
      </w:r>
      <w:r w:rsidR="001E13C8" w:rsidRPr="000B2A56">
        <w:rPr>
          <w:rFonts w:ascii="Palatino Linotype" w:hAnsi="Palatino Linotype" w:cs="Chu Van An (Uni)"/>
          <w:sz w:val="24"/>
          <w:lang w:val="nl-NL"/>
        </w:rPr>
        <w:t>.</w:t>
      </w:r>
    </w:p>
    <w:p w14:paraId="4D09E516" w14:textId="3CB25D92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 CE"/>
          <w:color w:val="000000"/>
          <w:sz w:val="24"/>
        </w:rPr>
      </w:pPr>
      <w:r w:rsidRPr="000B2A56">
        <w:rPr>
          <w:rFonts w:ascii="Palatino Linotype" w:hAnsi="Palatino Linotype" w:cs="Chu Van An (Uni)"/>
          <w:color w:val="000000"/>
          <w:sz w:val="24"/>
        </w:rPr>
        <w:t xml:space="preserve">Cho hàm số </w:t>
      </w:r>
      <w:r w:rsidRPr="000B2A56">
        <w:rPr>
          <w:position w:val="-14"/>
        </w:rPr>
        <w:object w:dxaOrig="2220" w:dyaOrig="400" w14:anchorId="5E21520B">
          <v:shape id="_x0000_i1700" type="#_x0000_t75" style="width:110.5pt;height:19.5pt" o:ole="">
            <v:imagedata r:id="rId914" o:title=""/>
          </v:shape>
          <o:OLEObject Type="Embed" ProgID="Equation.DSMT4" ShapeID="_x0000_i1700" DrawAspect="Content" ObjectID="_1702753256" r:id="rId1350"/>
        </w:object>
      </w:r>
      <w:r w:rsidRPr="000B2A56">
        <w:rPr>
          <w:rFonts w:ascii="Palatino Linotype" w:hAnsi="Palatino Linotype" w:cs="Chu Van An (Uni) CE"/>
          <w:color w:val="000000"/>
          <w:sz w:val="24"/>
        </w:rPr>
        <w:t>. Khi đó:</w:t>
      </w:r>
    </w:p>
    <w:p w14:paraId="1F25E95B" w14:textId="776D5676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 w:cs="Chu Van An (Uni) (Vietnamese)"/>
          <w:color w:val="000000"/>
          <w:sz w:val="24"/>
        </w:rPr>
        <w:t xml:space="preserve">Hàm số tăng trên khoảng </w:t>
      </w:r>
      <w:r w:rsidR="001E13C8" w:rsidRPr="000B2A56">
        <w:rPr>
          <w:rFonts w:ascii="Palatino Linotype" w:hAnsi="Palatino Linotype" w:cs="Chu Van An (Uni)"/>
          <w:position w:val="-14"/>
          <w:sz w:val="24"/>
        </w:rPr>
        <w:object w:dxaOrig="760" w:dyaOrig="400" w14:anchorId="3F554F3B">
          <v:shape id="_x0000_i1701" type="#_x0000_t75" style="width:37.5pt;height:19.5pt" o:ole="">
            <v:imagedata r:id="rId1351" o:title=""/>
          </v:shape>
          <o:OLEObject Type="Embed" ProgID="Equation.DSMT4" ShapeID="_x0000_i1701" DrawAspect="Content" ObjectID="_1702753257" r:id="rId1352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 xml:space="preserve">Hàm số giảm trên khoảng </w:t>
      </w:r>
      <w:r w:rsidR="001E13C8" w:rsidRPr="000B2A56">
        <w:rPr>
          <w:rFonts w:ascii="Palatino Linotype" w:hAnsi="Palatino Linotype" w:cs="Chu Van An (Uni)"/>
          <w:position w:val="-14"/>
          <w:sz w:val="24"/>
        </w:rPr>
        <w:object w:dxaOrig="760" w:dyaOrig="400" w14:anchorId="46CD5F1A">
          <v:shape id="_x0000_i1702" type="#_x0000_t75" style="width:37.5pt;height:19.5pt" o:ole="">
            <v:imagedata r:id="rId1353" o:title=""/>
          </v:shape>
          <o:OLEObject Type="Embed" ProgID="Equation.DSMT4" ShapeID="_x0000_i1702" DrawAspect="Content" ObjectID="_1702753258" r:id="rId1354"/>
        </w:object>
      </w:r>
    </w:p>
    <w:p w14:paraId="3E21AE69" w14:textId="0EC22EC3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 w:cs="Chu Van An (Uni) (Vietnamese)"/>
          <w:color w:val="000000"/>
          <w:sz w:val="24"/>
        </w:rPr>
        <w:t>Hàm số tăng t</w: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 xml:space="preserve">rên khoảng </w:t>
      </w:r>
      <w:r w:rsidR="001E13C8" w:rsidRPr="000B2A56">
        <w:rPr>
          <w:rFonts w:ascii="Palatino Linotype" w:hAnsi="Palatino Linotype" w:cs="Chu Van An (Uni)"/>
          <w:position w:val="-14"/>
          <w:sz w:val="24"/>
        </w:rPr>
        <w:object w:dxaOrig="880" w:dyaOrig="400" w14:anchorId="4FC64C06">
          <v:shape id="_x0000_i1703" type="#_x0000_t75" style="width:43.5pt;height:19.5pt" o:ole="">
            <v:imagedata r:id="rId1355" o:title=""/>
          </v:shape>
          <o:OLEObject Type="Embed" ProgID="Equation.DSMT4" ShapeID="_x0000_i1703" DrawAspect="Content" ObjectID="_1702753259" r:id="rId1356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 w:cs="Chu Van An (Uni)"/>
          <w:color w:val="000000"/>
          <w:sz w:val="24"/>
        </w:rPr>
        <w:t xml:space="preserve">Hàm số giảm trên khoảng </w:t>
      </w:r>
      <w:r w:rsidR="001E13C8" w:rsidRPr="000B2A56">
        <w:rPr>
          <w:rFonts w:ascii="Palatino Linotype" w:hAnsi="Palatino Linotype" w:cs="Chu Van An (Uni)"/>
          <w:position w:val="-14"/>
          <w:sz w:val="24"/>
        </w:rPr>
        <w:object w:dxaOrig="720" w:dyaOrig="400" w14:anchorId="055F6B62">
          <v:shape id="_x0000_i1704" type="#_x0000_t75" style="width:35.5pt;height:19.5pt" o:ole="">
            <v:imagedata r:id="rId1357" o:title=""/>
          </v:shape>
          <o:OLEObject Type="Embed" ProgID="Equation.DSMT4" ShapeID="_x0000_i1704" DrawAspect="Content" ObjectID="_1702753260" r:id="rId1358"/>
        </w:object>
      </w:r>
    </w:p>
    <w:p w14:paraId="7A3BA81C" w14:textId="61EB85D2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 CE"/>
          <w:color w:val="000000"/>
          <w:sz w:val="24"/>
          <w:lang w:val="fr-FR"/>
        </w:rPr>
        <w:t>Đ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ỉnh của parabol </w:t>
      </w:r>
      <w:r w:rsidRPr="000B2A56">
        <w:rPr>
          <w:noProof/>
          <w:position w:val="-10"/>
        </w:rPr>
        <w:drawing>
          <wp:inline distT="0" distB="0" distL="0" distR="0" wp14:anchorId="4813B34D" wp14:editId="36D27B5F">
            <wp:extent cx="880110" cy="233045"/>
            <wp:effectExtent l="0" t="0" r="0" b="0"/>
            <wp:docPr id="926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nằ</w:t>
      </w:r>
      <w:r w:rsidRPr="000B2A56">
        <w:rPr>
          <w:rFonts w:ascii="Palatino Linotype" w:hAnsi="Palatino Linotype" w:cs="Chu Van An (Uni) (Vietnamese)"/>
          <w:color w:val="000000"/>
          <w:sz w:val="24"/>
          <w:lang w:val="fr-FR"/>
        </w:rPr>
        <w:t>m trên đư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ờng thẳng </w:t>
      </w:r>
      <w:r w:rsidRPr="000B2A56">
        <w:rPr>
          <w:position w:val="-24"/>
          <w:lang w:val="fr-FR"/>
        </w:rPr>
        <w:object w:dxaOrig="620" w:dyaOrig="620" w14:anchorId="38A742FA">
          <v:shape id="_x0000_i1705" type="#_x0000_t75" style="width:31pt;height:31pt" o:ole="">
            <v:imagedata r:id="rId1360" o:title=""/>
          </v:shape>
          <o:OLEObject Type="Embed" ProgID="Equation.DSMT4" ShapeID="_x0000_i1705" DrawAspect="Content" ObjectID="_1702753261" r:id="rId1361"/>
        </w:objec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nếu </w:t>
      </w:r>
      <w:r w:rsidRPr="000B2A56">
        <w:rPr>
          <w:position w:val="-6"/>
          <w:lang w:val="fr-FR"/>
        </w:rPr>
        <w:object w:dxaOrig="260" w:dyaOrig="220" w14:anchorId="03C14964">
          <v:shape id="_x0000_i1706" type="#_x0000_t75" style="width:13pt;height:11pt" o:ole="">
            <v:imagedata r:id="rId1362" o:title=""/>
          </v:shape>
          <o:OLEObject Type="Embed" ProgID="Equation.DSMT4" ShapeID="_x0000_i1706" DrawAspect="Content" ObjectID="_1702753262" r:id="rId1363"/>
        </w:objec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bằng</w:t>
      </w:r>
    </w:p>
    <w:p w14:paraId="2755D9DB" w14:textId="440917E9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A. </w:t>
      </w:r>
      <w:r w:rsidR="001E13C8" w:rsidRPr="000B2A56">
        <w:rPr>
          <w:rFonts w:ascii="Palatino Linotype" w:hAnsi="Palatino Linotype" w:cs="Chu Van An (Uni)"/>
          <w:color w:val="000000"/>
          <w:sz w:val="24"/>
          <w:lang w:val="fr-FR"/>
        </w:rPr>
        <w:t>2.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B. </w:t>
      </w:r>
      <w:r w:rsidR="001E13C8" w:rsidRPr="000B2A56">
        <w:rPr>
          <w:rFonts w:ascii="Palatino Linotype" w:hAnsi="Palatino Linotype" w:cs="Chu Van An (Uni)"/>
          <w:b/>
          <w:noProof/>
          <w:color w:val="000000"/>
          <w:position w:val="-6"/>
          <w:sz w:val="24"/>
        </w:rPr>
        <w:drawing>
          <wp:inline distT="0" distB="0" distL="0" distR="0" wp14:anchorId="43D3C2A7" wp14:editId="2DDF6406">
            <wp:extent cx="112395" cy="180975"/>
            <wp:effectExtent l="0" t="0" r="1905" b="9525"/>
            <wp:docPr id="929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3C8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C. </w:t>
      </w:r>
      <w:r w:rsidR="001E13C8" w:rsidRPr="000B2A56">
        <w:rPr>
          <w:rFonts w:ascii="Palatino Linotype" w:hAnsi="Palatino Linotype" w:cs="Chu Van An (Uni)"/>
          <w:b/>
          <w:noProof/>
          <w:color w:val="000000"/>
          <w:position w:val="-6"/>
          <w:sz w:val="24"/>
        </w:rPr>
        <w:drawing>
          <wp:inline distT="0" distB="0" distL="0" distR="0" wp14:anchorId="6E0D0E79" wp14:editId="05F11F10">
            <wp:extent cx="112395" cy="180975"/>
            <wp:effectExtent l="0" t="0" r="1905" b="9525"/>
            <wp:docPr id="930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3C8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D. </w:t>
      </w:r>
      <w:r w:rsidR="001E13C8" w:rsidRPr="000B2A56">
        <w:rPr>
          <w:rFonts w:ascii="Palatino Linotype" w:hAnsi="Palatino Linotype" w:cs="Chu Van An (Uni)"/>
          <w:b/>
          <w:noProof/>
          <w:color w:val="000000"/>
          <w:position w:val="-4"/>
          <w:sz w:val="24"/>
        </w:rPr>
        <w:drawing>
          <wp:inline distT="0" distB="0" distL="0" distR="0" wp14:anchorId="0E4159E5" wp14:editId="7C2258B1">
            <wp:extent cx="86360" cy="163830"/>
            <wp:effectExtent l="0" t="0" r="8890" b="7620"/>
            <wp:docPr id="931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3C8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</w:p>
    <w:p w14:paraId="58B6B148" w14:textId="0C5EAC2E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</w:rPr>
      </w:pPr>
      <w:r w:rsidRPr="000B2A56">
        <w:rPr>
          <w:rFonts w:ascii="Palatino Linotype" w:hAnsi="Palatino Linotype"/>
          <w:sz w:val="24"/>
        </w:rPr>
        <w:t xml:space="preserve">Điều kiện </w:t>
      </w:r>
      <w:r w:rsidRPr="000B2A56">
        <w:rPr>
          <w:rFonts w:ascii="Palatino Linotype" w:hAnsi="Palatino Linotype"/>
          <w:sz w:val="24"/>
          <w:lang w:val="vi-VN" w:eastAsia="x-none"/>
        </w:rPr>
        <w:t>xác định của phương trình</w:t>
      </w:r>
      <w:r w:rsidR="005E66A8" w:rsidRPr="000B2A56">
        <w:rPr>
          <w:position w:val="-30"/>
        </w:rPr>
        <w:object w:dxaOrig="1719" w:dyaOrig="760" w14:anchorId="29292944">
          <v:shape id="_x0000_i1707" type="#_x0000_t75" style="width:85pt;height:37pt" o:ole="">
            <v:imagedata r:id="rId1367" o:title=""/>
          </v:shape>
          <o:OLEObject Type="Embed" ProgID="Equation.DSMT4" ShapeID="_x0000_i1707" DrawAspect="Content" ObjectID="_1702753263" r:id="rId1368"/>
        </w:object>
      </w:r>
      <w:r w:rsidRPr="000B2A56">
        <w:rPr>
          <w:rFonts w:ascii="Palatino Linotype" w:hAnsi="Palatino Linotype"/>
          <w:sz w:val="24"/>
          <w:lang w:val="vi-VN" w:eastAsia="x-none"/>
        </w:rPr>
        <w:t xml:space="preserve"> là:</w:t>
      </w:r>
    </w:p>
    <w:p w14:paraId="685EEC84" w14:textId="0F2F7E95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/>
          <w:position w:val="-14"/>
          <w:sz w:val="24"/>
        </w:rPr>
        <w:object w:dxaOrig="800" w:dyaOrig="400" w14:anchorId="2B20E86D">
          <v:shape id="_x0000_i1708" type="#_x0000_t75" style="width:39.5pt;height:20.5pt" o:ole="">
            <v:imagedata r:id="rId944" o:title=""/>
          </v:shape>
          <o:OLEObject Type="Embed" ProgID="Equation.DSMT4" ShapeID="_x0000_i1708" DrawAspect="Content" ObjectID="_1702753264" r:id="rId1369"/>
        </w:object>
      </w:r>
      <w:r w:rsidR="001E13C8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/>
          <w:position w:val="-14"/>
          <w:sz w:val="24"/>
        </w:rPr>
        <w:object w:dxaOrig="800" w:dyaOrig="420" w14:anchorId="28816575">
          <v:shape id="_x0000_i1709" type="#_x0000_t75" style="width:39.5pt;height:21pt" o:ole="">
            <v:imagedata r:id="rId946" o:title=""/>
          </v:shape>
          <o:OLEObject Type="Embed" ProgID="Equation.DSMT4" ShapeID="_x0000_i1709" DrawAspect="Content" ObjectID="_1702753265" r:id="rId1370"/>
        </w:object>
      </w:r>
      <w:r w:rsidR="001E13C8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/>
          <w:position w:val="-14"/>
          <w:sz w:val="24"/>
        </w:rPr>
        <w:object w:dxaOrig="760" w:dyaOrig="420" w14:anchorId="071DF467">
          <v:shape id="_x0000_i1710" type="#_x0000_t75" style="width:38.5pt;height:21pt" o:ole="">
            <v:imagedata r:id="rId948" o:title=""/>
          </v:shape>
          <o:OLEObject Type="Embed" ProgID="Equation.DSMT4" ShapeID="_x0000_i1710" DrawAspect="Content" ObjectID="_1702753266" r:id="rId1371"/>
        </w:object>
      </w:r>
      <w:r w:rsidR="001E13C8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/>
          <w:position w:val="-14"/>
          <w:sz w:val="24"/>
        </w:rPr>
        <w:object w:dxaOrig="740" w:dyaOrig="400" w14:anchorId="2335BE0E">
          <v:shape id="_x0000_i1711" type="#_x0000_t75" style="width:36.5pt;height:20.5pt" o:ole="">
            <v:imagedata r:id="rId950" o:title=""/>
          </v:shape>
          <o:OLEObject Type="Embed" ProgID="Equation.DSMT4" ShapeID="_x0000_i1711" DrawAspect="Content" ObjectID="_1702753267" r:id="rId1372"/>
        </w:object>
      </w:r>
      <w:r w:rsidR="001E13C8" w:rsidRPr="000B2A56">
        <w:rPr>
          <w:rFonts w:ascii="Palatino Linotype" w:hAnsi="Palatino Linotype"/>
          <w:sz w:val="24"/>
        </w:rPr>
        <w:t>.</w:t>
      </w:r>
    </w:p>
    <w:p w14:paraId="0B8C5EA6" w14:textId="03B78788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bCs/>
          <w:sz w:val="24"/>
        </w:rPr>
      </w:pPr>
      <w:r w:rsidRPr="000B2A56">
        <w:rPr>
          <w:rFonts w:ascii="Palatino Linotype" w:hAnsi="Palatino Linotype"/>
          <w:bCs/>
          <w:sz w:val="24"/>
        </w:rPr>
        <w:t xml:space="preserve">Tổng các nghiệm của phương trình </w:t>
      </w:r>
      <w:r w:rsidRPr="000B2A56">
        <w:rPr>
          <w:position w:val="-28"/>
          <w:lang w:val="vi-VN" w:eastAsia="vi-VN"/>
        </w:rPr>
        <w:object w:dxaOrig="1660" w:dyaOrig="760" w14:anchorId="5FC8E01F">
          <v:shape id="_x0000_i1712" type="#_x0000_t75" style="width:83pt;height:38pt" o:ole="">
            <v:imagedata r:id="rId1373" o:title=""/>
          </v:shape>
          <o:OLEObject Type="Embed" ProgID="Equation.DSMT4" ShapeID="_x0000_i1712" DrawAspect="Content" ObjectID="_1702753268" r:id="rId1374"/>
        </w:object>
      </w:r>
      <w:r w:rsidRPr="000B2A56">
        <w:rPr>
          <w:rFonts w:ascii="Palatino Linotype" w:hAnsi="Palatino Linotype"/>
          <w:bCs/>
          <w:sz w:val="24"/>
        </w:rPr>
        <w:t xml:space="preserve"> là</w:t>
      </w:r>
    </w:p>
    <w:p w14:paraId="27CC0B16" w14:textId="5C3B7C25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Cs/>
          <w:color w:val="008000"/>
          <w:sz w:val="24"/>
        </w:rPr>
      </w:pPr>
      <w:r w:rsidRPr="000B2A56">
        <w:rPr>
          <w:rFonts w:ascii="Palatino Linotype" w:hAnsi="Palatino Linotype"/>
          <w:b/>
          <w:bCs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/>
          <w:sz w:val="24"/>
        </w:rPr>
        <w:t>một số không nguyên</w:t>
      </w:r>
      <w:r w:rsidRPr="000B2A56">
        <w:rPr>
          <w:rFonts w:ascii="Palatino Linotype" w:hAnsi="Palatino Linotype"/>
          <w:bCs/>
          <w:color w:val="008000"/>
          <w:sz w:val="24"/>
        </w:rPr>
        <w:tab/>
      </w:r>
      <w:r w:rsidRPr="000B2A56">
        <w:rPr>
          <w:rFonts w:ascii="Palatino Linotype" w:hAnsi="Palatino Linotype"/>
          <w:b/>
          <w:bCs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/>
          <w:sz w:val="24"/>
        </w:rPr>
        <w:t>một số nguyên tố</w:t>
      </w:r>
      <w:r w:rsidR="001E13C8" w:rsidRPr="000B2A56">
        <w:rPr>
          <w:rFonts w:ascii="Palatino Linotype" w:hAnsi="Palatino Linotype"/>
          <w:bCs/>
          <w:color w:val="008000"/>
          <w:sz w:val="24"/>
        </w:rPr>
        <w:t>.</w:t>
      </w:r>
    </w:p>
    <w:p w14:paraId="5C4546E8" w14:textId="5065DF70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Cs/>
          <w:color w:val="008000"/>
          <w:sz w:val="24"/>
        </w:rPr>
      </w:pPr>
      <w:r w:rsidRPr="000B2A56">
        <w:rPr>
          <w:rFonts w:ascii="Palatino Linotype" w:hAnsi="Palatino Linotype"/>
          <w:b/>
          <w:bCs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/>
          <w:sz w:val="24"/>
        </w:rPr>
        <w:t>một số nguyên âm</w:t>
      </w:r>
      <w:r w:rsidRPr="000B2A56">
        <w:rPr>
          <w:rFonts w:ascii="Palatino Linotype" w:hAnsi="Palatino Linotype"/>
          <w:bCs/>
          <w:color w:val="008000"/>
          <w:sz w:val="24"/>
        </w:rPr>
        <w:tab/>
      </w:r>
      <w:r w:rsidRPr="000B2A56">
        <w:rPr>
          <w:rFonts w:ascii="Palatino Linotype" w:hAnsi="Palatino Linotype"/>
          <w:bCs/>
          <w:color w:val="008000"/>
          <w:sz w:val="24"/>
        </w:rPr>
        <w:tab/>
      </w:r>
      <w:r w:rsidRPr="000B2A56">
        <w:rPr>
          <w:rFonts w:ascii="Palatino Linotype" w:hAnsi="Palatino Linotype"/>
          <w:b/>
          <w:bCs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/>
          <w:sz w:val="24"/>
        </w:rPr>
        <w:t xml:space="preserve">một </w:t>
      </w:r>
      <w:r w:rsidR="001E13C8" w:rsidRPr="000B2A56">
        <w:rPr>
          <w:rFonts w:ascii="Palatino Linotype" w:hAnsi="Palatino Linotype"/>
          <w:bCs/>
          <w:color w:val="000000" w:themeColor="text1"/>
          <w:sz w:val="24"/>
        </w:rPr>
        <w:t>số chính phương</w:t>
      </w:r>
    </w:p>
    <w:p w14:paraId="61B4AE84" w14:textId="0C3BD802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</w:rPr>
      </w:pPr>
      <w:r w:rsidRPr="000B2A56">
        <w:rPr>
          <w:rFonts w:ascii="Palatino Linotype" w:hAnsi="Palatino Linotype"/>
          <w:sz w:val="24"/>
        </w:rPr>
        <w:t xml:space="preserve">Số nghiệm của phương trình </w:t>
      </w:r>
      <w:r w:rsidRPr="000B2A56">
        <w:rPr>
          <w:position w:val="-14"/>
          <w:lang w:val="vi-VN" w:eastAsia="vi-VN"/>
        </w:rPr>
        <w:object w:dxaOrig="1359" w:dyaOrig="400" w14:anchorId="384AF894">
          <v:shape id="_x0000_i1713" type="#_x0000_t75" style="width:68pt;height:20pt" o:ole="">
            <v:imagedata r:id="rId1375" o:title=""/>
          </v:shape>
          <o:OLEObject Type="Embed" ProgID="Equation.DSMT4" ShapeID="_x0000_i1713" DrawAspect="Content" ObjectID="_1702753269" r:id="rId1376"/>
        </w:object>
      </w:r>
      <w:r w:rsidRPr="000B2A56">
        <w:rPr>
          <w:rFonts w:ascii="Palatino Linotype" w:hAnsi="Palatino Linotype"/>
          <w:sz w:val="24"/>
        </w:rPr>
        <w:t xml:space="preserve"> bằng</w:t>
      </w:r>
    </w:p>
    <w:p w14:paraId="605676BD" w14:textId="37CA6713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/>
          <w:position w:val="-4"/>
          <w:sz w:val="24"/>
        </w:rPr>
        <w:object w:dxaOrig="139" w:dyaOrig="260" w14:anchorId="2F2F0E26">
          <v:shape id="_x0000_i1714" type="#_x0000_t75" style="width:7pt;height:13pt" o:ole="">
            <v:imagedata r:id="rId1377" o:title=""/>
          </v:shape>
          <o:OLEObject Type="Embed" ProgID="Equation.DSMT4" ShapeID="_x0000_i1714" DrawAspect="Content" ObjectID="_1702753270" r:id="rId1378"/>
        </w:object>
      </w:r>
      <w:r w:rsidR="001E13C8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/>
          <w:position w:val="-6"/>
          <w:sz w:val="24"/>
        </w:rPr>
        <w:object w:dxaOrig="200" w:dyaOrig="279" w14:anchorId="3B3E8D1D">
          <v:shape id="_x0000_i1715" type="#_x0000_t75" style="width:10pt;height:14pt" o:ole="">
            <v:imagedata r:id="rId1379" o:title=""/>
          </v:shape>
          <o:OLEObject Type="Embed" ProgID="Equation.DSMT4" ShapeID="_x0000_i1715" DrawAspect="Content" ObjectID="_1702753271" r:id="rId1380"/>
        </w:object>
      </w:r>
      <w:r w:rsidR="001E13C8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/>
          <w:position w:val="-4"/>
          <w:sz w:val="24"/>
        </w:rPr>
        <w:object w:dxaOrig="200" w:dyaOrig="260" w14:anchorId="69B86C0C">
          <v:shape id="_x0000_i1716" type="#_x0000_t75" style="width:10pt;height:13pt" o:ole="">
            <v:imagedata r:id="rId1381" o:title=""/>
          </v:shape>
          <o:OLEObject Type="Embed" ProgID="Equation.DSMT4" ShapeID="_x0000_i1716" DrawAspect="Content" ObjectID="_1702753272" r:id="rId1382"/>
        </w:object>
      </w:r>
      <w:r w:rsidR="001E13C8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/>
          <w:position w:val="-6"/>
          <w:sz w:val="24"/>
        </w:rPr>
        <w:object w:dxaOrig="180" w:dyaOrig="279" w14:anchorId="6315F262">
          <v:shape id="_x0000_i1717" type="#_x0000_t75" style="width:9pt;height:14pt" o:ole="">
            <v:imagedata r:id="rId1383" o:title=""/>
          </v:shape>
          <o:OLEObject Type="Embed" ProgID="Equation.DSMT4" ShapeID="_x0000_i1717" DrawAspect="Content" ObjectID="_1702753273" r:id="rId1384"/>
        </w:object>
      </w:r>
      <w:r w:rsidR="001E13C8" w:rsidRPr="000B2A56">
        <w:rPr>
          <w:rFonts w:ascii="Palatino Linotype" w:hAnsi="Palatino Linotype"/>
          <w:sz w:val="24"/>
        </w:rPr>
        <w:t>.</w:t>
      </w:r>
    </w:p>
    <w:p w14:paraId="3B60D6DE" w14:textId="55F84478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color w:val="000000"/>
          <w:sz w:val="24"/>
          <w:szCs w:val="24"/>
        </w:rPr>
        <w:t xml:space="preserve">Phương </w:t>
      </w:r>
      <w:r w:rsidRPr="000B2A56">
        <w:rPr>
          <w:rFonts w:ascii="Palatino Linotype" w:hAnsi="Palatino Linotype"/>
          <w:iCs/>
          <w:color w:val="000000"/>
          <w:sz w:val="24"/>
          <w:szCs w:val="24"/>
        </w:rPr>
        <w:t xml:space="preserve">trình </w:t>
      </w:r>
      <w:r w:rsidRPr="000B2A56">
        <w:rPr>
          <w:position w:val="-18"/>
        </w:rPr>
        <w:object w:dxaOrig="3000" w:dyaOrig="540" w14:anchorId="5C007443">
          <v:shape id="_x0000_i1718" type="#_x0000_t75" style="width:150.5pt;height:27pt" o:ole="">
            <v:imagedata r:id="rId1385" o:title=""/>
          </v:shape>
          <o:OLEObject Type="Embed" ProgID="Equation.DSMT4" ShapeID="_x0000_i1718" DrawAspect="Content" ObjectID="_1702753274" r:id="rId1386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>:</w:t>
      </w:r>
    </w:p>
    <w:p w14:paraId="6B944B4D" w14:textId="0AD97E5C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/>
          <w:iCs/>
          <w:color w:val="000000"/>
          <w:sz w:val="24"/>
        </w:rPr>
        <w:t xml:space="preserve">Có </w:t>
      </w:r>
      <w:r w:rsidR="001E13C8" w:rsidRPr="000B2A56">
        <w:rPr>
          <w:rFonts w:ascii="Palatino Linotype" w:hAnsi="Palatino Linotype"/>
          <w:iCs/>
          <w:color w:val="000000"/>
          <w:position w:val="-4"/>
          <w:sz w:val="24"/>
        </w:rPr>
        <w:object w:dxaOrig="200" w:dyaOrig="260" w14:anchorId="1879264E">
          <v:shape id="_x0000_i1719" type="#_x0000_t75" style="width:9.5pt;height:13pt" o:ole="">
            <v:imagedata r:id="rId966" o:title=""/>
          </v:shape>
          <o:OLEObject Type="Embed" ProgID="Equation.DSMT4" ShapeID="_x0000_i1719" DrawAspect="Content" ObjectID="_1702753275" r:id="rId1387"/>
        </w:object>
      </w:r>
      <w:r w:rsidR="001E13C8" w:rsidRPr="000B2A56">
        <w:rPr>
          <w:rFonts w:ascii="Palatino Linotype" w:hAnsi="Palatino Linotype"/>
          <w:iCs/>
          <w:color w:val="000000"/>
          <w:sz w:val="24"/>
        </w:rPr>
        <w:t xml:space="preserve"> nghiệm trái dấu.</w:t>
      </w:r>
      <w:r w:rsidRPr="000B2A56">
        <w:rPr>
          <w:rFonts w:ascii="Palatino Linotype" w:hAnsi="Palatino Linotype"/>
          <w:iCs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/>
          <w:iCs/>
          <w:color w:val="000000"/>
          <w:sz w:val="24"/>
        </w:rPr>
        <w:t xml:space="preserve">Có </w:t>
      </w:r>
      <w:r w:rsidR="001E13C8" w:rsidRPr="000B2A56">
        <w:rPr>
          <w:rFonts w:ascii="Palatino Linotype" w:hAnsi="Palatino Linotype"/>
          <w:iCs/>
          <w:color w:val="000000"/>
          <w:position w:val="-4"/>
          <w:sz w:val="24"/>
        </w:rPr>
        <w:object w:dxaOrig="200" w:dyaOrig="260" w14:anchorId="7ABF2A64">
          <v:shape id="_x0000_i1720" type="#_x0000_t75" style="width:9.5pt;height:13pt" o:ole="">
            <v:imagedata r:id="rId968" o:title=""/>
          </v:shape>
          <o:OLEObject Type="Embed" ProgID="Equation.DSMT4" ShapeID="_x0000_i1720" DrawAspect="Content" ObjectID="_1702753276" r:id="rId1388"/>
        </w:object>
      </w:r>
      <w:r w:rsidR="001E13C8" w:rsidRPr="000B2A56">
        <w:rPr>
          <w:rFonts w:ascii="Palatino Linotype" w:hAnsi="Palatino Linotype"/>
          <w:iCs/>
          <w:color w:val="000000"/>
          <w:sz w:val="24"/>
        </w:rPr>
        <w:t>nghiệm âm phân biệt.</w:t>
      </w:r>
    </w:p>
    <w:p w14:paraId="3AB41399" w14:textId="748AEACB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iCs/>
          <w:color w:val="000000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/>
          <w:iCs/>
          <w:color w:val="000000"/>
          <w:sz w:val="24"/>
        </w:rPr>
        <w:t xml:space="preserve">Có </w:t>
      </w:r>
      <w:r w:rsidR="001E13C8" w:rsidRPr="000B2A56">
        <w:rPr>
          <w:rFonts w:ascii="Palatino Linotype" w:hAnsi="Palatino Linotype"/>
          <w:iCs/>
          <w:color w:val="000000"/>
          <w:position w:val="-4"/>
          <w:sz w:val="24"/>
        </w:rPr>
        <w:object w:dxaOrig="200" w:dyaOrig="260" w14:anchorId="12CA370A">
          <v:shape id="_x0000_i1721" type="#_x0000_t75" style="width:9.5pt;height:13pt" o:ole="">
            <v:imagedata r:id="rId970" o:title=""/>
          </v:shape>
          <o:OLEObject Type="Embed" ProgID="Equation.DSMT4" ShapeID="_x0000_i1721" DrawAspect="Content" ObjectID="_1702753277" r:id="rId1389"/>
        </w:object>
      </w:r>
      <w:r w:rsidR="001E13C8" w:rsidRPr="000B2A56">
        <w:rPr>
          <w:rFonts w:ascii="Palatino Linotype" w:hAnsi="Palatino Linotype"/>
          <w:iCs/>
          <w:color w:val="000000"/>
          <w:sz w:val="24"/>
        </w:rPr>
        <w:t xml:space="preserve"> nghiệm dương phân biệt.</w:t>
      </w:r>
      <w:r w:rsidRPr="000B2A56">
        <w:rPr>
          <w:rFonts w:ascii="Palatino Linotype" w:hAnsi="Palatino Linotype"/>
          <w:iCs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/>
          <w:iCs/>
          <w:color w:val="000000"/>
          <w:sz w:val="24"/>
        </w:rPr>
        <w:t>Vô nghiệm.</w:t>
      </w:r>
    </w:p>
    <w:p w14:paraId="18A58CBE" w14:textId="48CCE00F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lang w:val="vi-VN"/>
        </w:rPr>
      </w:pPr>
      <w:r w:rsidRPr="000B2A56">
        <w:rPr>
          <w:rFonts w:ascii="Palatino Linotype" w:hAnsi="Palatino Linotype"/>
          <w:color w:val="000000"/>
          <w:sz w:val="24"/>
          <w:lang w:val="vi-VN"/>
        </w:rPr>
        <w:t xml:space="preserve">Cho </w: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phương trình </w:t>
      </w:r>
      <w:r w:rsidRPr="000B2A56">
        <w:rPr>
          <w:position w:val="-18"/>
          <w:lang w:val="vi-VN"/>
        </w:rPr>
        <w:object w:dxaOrig="3140" w:dyaOrig="540" w14:anchorId="72AE4615">
          <v:shape id="_x0000_i1722" type="#_x0000_t75" style="width:155.5pt;height:27pt" o:ole="">
            <v:imagedata r:id="rId1390" o:title=""/>
          </v:shape>
          <o:OLEObject Type="Embed" ProgID="Equation.DSMT4" ShapeID="_x0000_i1722" DrawAspect="Content" ObjectID="_1702753278" r:id="rId1391"/>
        </w:objec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>. Hãy chọn khẳng định đúng trong các khẳng định sau:</w:t>
      </w:r>
    </w:p>
    <w:p w14:paraId="7E19C2BF" w14:textId="19F2B31F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A. </w:t>
      </w:r>
      <w:r w:rsidR="001E13C8" w:rsidRPr="000B2A56">
        <w:rPr>
          <w:rFonts w:ascii="Palatino Linotype" w:hAnsi="Palatino Linotype"/>
          <w:iCs/>
          <w:color w:val="000000"/>
          <w:sz w:val="24"/>
          <w:lang w:val="vi-VN"/>
        </w:rPr>
        <w:t>Phương trình vô nghiệm.</w:t>
      </w:r>
      <w:r w:rsidRPr="000B2A56">
        <w:rPr>
          <w:rFonts w:ascii="Palatino Linotype" w:hAnsi="Palatino Linotype"/>
          <w:color w:val="000000"/>
          <w:sz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B. </w:t>
      </w:r>
      <w:r w:rsidR="001E13C8" w:rsidRPr="000B2A56">
        <w:rPr>
          <w:rFonts w:ascii="Palatino Linotype" w:hAnsi="Palatino Linotype"/>
          <w:iCs/>
          <w:color w:val="000000"/>
          <w:sz w:val="24"/>
          <w:lang w:val="vi-VN"/>
        </w:rPr>
        <w:t>Phương trình có</w:t>
      </w:r>
      <w:r w:rsidR="001E13C8" w:rsidRPr="000B2A56">
        <w:rPr>
          <w:rFonts w:ascii="Palatino Linotype" w:hAnsi="Palatino Linotype"/>
          <w:iCs/>
          <w:color w:val="000000"/>
          <w:position w:val="-4"/>
          <w:sz w:val="24"/>
          <w:lang w:val="vi-VN"/>
        </w:rPr>
        <w:object w:dxaOrig="200" w:dyaOrig="260" w14:anchorId="22C39076">
          <v:shape id="_x0000_i1723" type="#_x0000_t75" style="width:9.5pt;height:13pt" o:ole="">
            <v:imagedata r:id="rId974" o:title=""/>
          </v:shape>
          <o:OLEObject Type="Embed" ProgID="Equation.DSMT4" ShapeID="_x0000_i1723" DrawAspect="Content" ObjectID="_1702753279" r:id="rId1392"/>
        </w:object>
      </w:r>
      <w:r w:rsidR="001E13C8"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 nghiệm dương.</w:t>
      </w:r>
    </w:p>
    <w:p w14:paraId="0FB69E98" w14:textId="2E3972EB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iCs/>
          <w:color w:val="000000"/>
          <w:sz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C. </w:t>
      </w:r>
      <w:r w:rsidR="001E13C8"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Phương trình có </w:t>
      </w:r>
      <w:r w:rsidR="001E13C8" w:rsidRPr="000B2A56">
        <w:rPr>
          <w:rFonts w:ascii="Palatino Linotype" w:hAnsi="Palatino Linotype"/>
          <w:iCs/>
          <w:color w:val="000000"/>
          <w:position w:val="-4"/>
          <w:sz w:val="24"/>
          <w:lang w:val="vi-VN"/>
        </w:rPr>
        <w:object w:dxaOrig="200" w:dyaOrig="260" w14:anchorId="4389CA05">
          <v:shape id="_x0000_i1724" type="#_x0000_t75" style="width:9.5pt;height:13pt" o:ole="">
            <v:imagedata r:id="rId976" o:title=""/>
          </v:shape>
          <o:OLEObject Type="Embed" ProgID="Equation.DSMT4" ShapeID="_x0000_i1724" DrawAspect="Content" ObjectID="_1702753280" r:id="rId1393"/>
        </w:object>
      </w:r>
      <w:r w:rsidR="001E13C8"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 nghiệm trái dấu.</w:t>
      </w:r>
      <w:r w:rsidRPr="000B2A56">
        <w:rPr>
          <w:rFonts w:ascii="Palatino Linotype" w:hAnsi="Palatino Linotype"/>
          <w:color w:val="000000"/>
          <w:sz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D. </w:t>
      </w:r>
      <w:r w:rsidR="001E13C8"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Phương trình có </w:t>
      </w:r>
      <w:r w:rsidR="001E13C8" w:rsidRPr="000B2A56">
        <w:rPr>
          <w:rFonts w:ascii="Palatino Linotype" w:hAnsi="Palatino Linotype"/>
          <w:iCs/>
          <w:color w:val="000000"/>
          <w:position w:val="-4"/>
          <w:sz w:val="24"/>
          <w:lang w:val="vi-VN"/>
        </w:rPr>
        <w:object w:dxaOrig="200" w:dyaOrig="260" w14:anchorId="181802C7">
          <v:shape id="_x0000_i1725" type="#_x0000_t75" style="width:9.5pt;height:13pt" o:ole="">
            <v:imagedata r:id="rId978" o:title=""/>
          </v:shape>
          <o:OLEObject Type="Embed" ProgID="Equation.DSMT4" ShapeID="_x0000_i1725" DrawAspect="Content" ObjectID="_1702753281" r:id="rId1394"/>
        </w:object>
      </w:r>
      <w:r w:rsidR="001E13C8"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 nghiệm âm.</w:t>
      </w:r>
    </w:p>
    <w:p w14:paraId="1DC59339" w14:textId="78889E26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theme="minorHAnsi"/>
          <w:sz w:val="24"/>
          <w:szCs w:val="28"/>
          <w:lang w:val="vi-VN" w:eastAsia="x-none"/>
        </w:rPr>
      </w:pPr>
      <w:r w:rsidRPr="000B2A56">
        <w:rPr>
          <w:rFonts w:ascii="Palatino Linotype" w:hAnsi="Palatino Linotype" w:cstheme="minorHAnsi"/>
          <w:sz w:val="24"/>
          <w:szCs w:val="28"/>
        </w:rPr>
        <w:t>H</w:t>
      </w:r>
      <w:r w:rsidRPr="000B2A56">
        <w:rPr>
          <w:rFonts w:ascii="Palatino Linotype" w:hAnsi="Palatino Linotype" w:cstheme="minorHAnsi"/>
          <w:sz w:val="24"/>
          <w:szCs w:val="28"/>
          <w:lang w:val="vi-VN" w:eastAsia="x-none"/>
        </w:rPr>
        <w:t xml:space="preserve">ệ phương trình </w:t>
      </w:r>
      <w:r w:rsidRPr="000B2A56">
        <w:rPr>
          <w:position w:val="-68"/>
          <w:lang w:val="nl-NL"/>
        </w:rPr>
        <w:object w:dxaOrig="2180" w:dyaOrig="1480" w14:anchorId="6C2F416A">
          <v:shape id="_x0000_i1726" type="#_x0000_t75" style="width:109pt;height:74pt" o:ole="">
            <v:imagedata r:id="rId1395" o:title=""/>
          </v:shape>
          <o:OLEObject Type="Embed" ProgID="Equation.DSMT4" ShapeID="_x0000_i1726" DrawAspect="Content" ObjectID="_1702753282" r:id="rId1396"/>
        </w:object>
      </w:r>
      <w:r w:rsidRPr="000B2A56">
        <w:rPr>
          <w:rFonts w:ascii="Palatino Linotype" w:hAnsi="Palatino Linotype" w:cstheme="minorHAnsi"/>
          <w:sz w:val="24"/>
          <w:szCs w:val="28"/>
          <w:lang w:val="vi-VN" w:eastAsia="x-none"/>
        </w:rPr>
        <w:t xml:space="preserve"> </w:t>
      </w:r>
      <w:r w:rsidRPr="000B2A56">
        <w:rPr>
          <w:rFonts w:ascii="Palatino Linotype" w:hAnsi="Palatino Linotype" w:cstheme="minorHAnsi"/>
          <w:sz w:val="24"/>
          <w:szCs w:val="28"/>
        </w:rPr>
        <w:t>có nghiệm duy nhất (x;y). Khi đó x-y bằng</w:t>
      </w:r>
    </w:p>
    <w:p w14:paraId="47AA4D44" w14:textId="1B16D694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theme="minorHAnsi"/>
          <w:color w:val="000000"/>
          <w:sz w:val="24"/>
          <w:szCs w:val="28"/>
        </w:rPr>
      </w:pP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A. </w:t>
      </w:r>
      <w:r w:rsidR="001E13C8" w:rsidRPr="000B2A56">
        <w:rPr>
          <w:rFonts w:ascii="Palatino Linotype" w:hAnsi="Palatino Linotype" w:cstheme="minorHAnsi"/>
          <w:color w:val="000000"/>
          <w:sz w:val="24"/>
          <w:szCs w:val="28"/>
        </w:rPr>
        <w:t>3</w:t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B. </w:t>
      </w:r>
      <w:r w:rsidR="001E13C8" w:rsidRPr="000B2A56">
        <w:rPr>
          <w:rFonts w:ascii="Palatino Linotype" w:hAnsi="Palatino Linotype" w:cstheme="minorHAnsi"/>
          <w:i/>
          <w:position w:val="-6"/>
          <w:sz w:val="24"/>
          <w:szCs w:val="28"/>
          <w:lang w:val="nl-NL"/>
        </w:rPr>
        <w:object w:dxaOrig="200" w:dyaOrig="279" w14:anchorId="6BED7764">
          <v:shape id="_x0000_i1727" type="#_x0000_t75" style="width:10pt;height:14pt" o:ole="">
            <v:imagedata r:id="rId1397" o:title=""/>
          </v:shape>
          <o:OLEObject Type="Embed" ProgID="Equation.DSMT4" ShapeID="_x0000_i1727" DrawAspect="Content" ObjectID="_1702753283" r:id="rId1398"/>
        </w:object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C. </w:t>
      </w:r>
      <w:r w:rsidR="001E13C8" w:rsidRPr="000B2A56">
        <w:rPr>
          <w:rFonts w:ascii="Palatino Linotype" w:hAnsi="Palatino Linotype" w:cstheme="minorHAnsi"/>
          <w:color w:val="000000"/>
          <w:sz w:val="24"/>
          <w:szCs w:val="28"/>
        </w:rPr>
        <w:t>6</w:t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D. </w:t>
      </w:r>
      <w:r w:rsidR="001E13C8" w:rsidRPr="000B2A56">
        <w:rPr>
          <w:rFonts w:ascii="Palatino Linotype" w:hAnsi="Palatino Linotype" w:cstheme="minorHAnsi"/>
          <w:color w:val="000000"/>
          <w:sz w:val="24"/>
          <w:szCs w:val="28"/>
        </w:rPr>
        <w:t>5</w:t>
      </w:r>
    </w:p>
    <w:p w14:paraId="070526F4" w14:textId="6D11A602" w:rsidR="005E66A8" w:rsidRPr="000B2A56" w:rsidRDefault="001E13C8" w:rsidP="00607548">
      <w:pPr>
        <w:pStyle w:val="ListParagraph"/>
        <w:widowControl w:val="0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8"/>
          <w:lang w:val="nl-NL"/>
        </w:rPr>
      </w:pPr>
      <w:r w:rsidRPr="000B2A56">
        <w:rPr>
          <w:rFonts w:ascii="Palatino Linotype" w:hAnsi="Palatino Linotype"/>
          <w:iCs/>
          <w:sz w:val="24"/>
          <w:szCs w:val="28"/>
        </w:rPr>
        <w:t xml:space="preserve">Tìm giá trị thực của tham số </w:t>
      </w:r>
      <w:r w:rsidRPr="000B2A56">
        <w:rPr>
          <w:position w:val="-6"/>
        </w:rPr>
        <w:object w:dxaOrig="260" w:dyaOrig="220" w14:anchorId="100A2926">
          <v:shape id="_x0000_i1728" type="#_x0000_t75" style="width:13pt;height:11.5pt" o:ole="">
            <v:imagedata r:id="rId1054" o:title=""/>
          </v:shape>
          <o:OLEObject Type="Embed" ProgID="Equation.DSMT4" ShapeID="_x0000_i1728" DrawAspect="Content" ObjectID="_1702753284" r:id="rId1399"/>
        </w:object>
      </w:r>
      <w:r w:rsidRPr="000B2A56">
        <w:rPr>
          <w:rFonts w:ascii="Palatino Linotype" w:hAnsi="Palatino Linotype"/>
          <w:iCs/>
          <w:sz w:val="24"/>
          <w:szCs w:val="28"/>
        </w:rPr>
        <w:t xml:space="preserve"> để hệ phương trình </w:t>
      </w:r>
      <w:r w:rsidRPr="000B2A56">
        <w:rPr>
          <w:position w:val="-50"/>
        </w:rPr>
        <w:object w:dxaOrig="1820" w:dyaOrig="1120" w14:anchorId="70D946FB">
          <v:shape id="_x0000_i1729" type="#_x0000_t75" style="width:90.5pt;height:56pt" o:ole="">
            <v:imagedata r:id="rId1400" o:title=""/>
          </v:shape>
          <o:OLEObject Type="Embed" ProgID="Equation.DSMT4" ShapeID="_x0000_i1729" DrawAspect="Content" ObjectID="_1702753285" r:id="rId1401"/>
        </w:object>
      </w:r>
      <w:r w:rsidRPr="000B2A56">
        <w:rPr>
          <w:rFonts w:ascii="Palatino Linotype" w:hAnsi="Palatino Linotype"/>
          <w:iCs/>
          <w:sz w:val="24"/>
          <w:szCs w:val="28"/>
        </w:rPr>
        <w:t xml:space="preserve"> có duy nhất một nghiệm.</w:t>
      </w:r>
    </w:p>
    <w:p w14:paraId="4F77C995" w14:textId="120BFEF8" w:rsidR="001E13C8" w:rsidRPr="000B2A56" w:rsidRDefault="005E66A8" w:rsidP="005E66A8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iCs/>
          <w:sz w:val="24"/>
          <w:szCs w:val="28"/>
        </w:rPr>
      </w:pPr>
      <w:r w:rsidRPr="000B2A56">
        <w:rPr>
          <w:rFonts w:ascii="Palatino Linotype" w:hAnsi="Palatino Linotype"/>
          <w:b/>
          <w:iCs/>
          <w:color w:val="008000"/>
          <w:sz w:val="24"/>
          <w:szCs w:val="28"/>
        </w:rPr>
        <w:t xml:space="preserve">A. </w:t>
      </w:r>
      <w:r w:rsidR="001E13C8" w:rsidRPr="000B2A56">
        <w:rPr>
          <w:rFonts w:ascii="Palatino Linotype" w:hAnsi="Palatino Linotype"/>
          <w:position w:val="-6"/>
          <w:sz w:val="24"/>
          <w:szCs w:val="28"/>
        </w:rPr>
        <w:object w:dxaOrig="660" w:dyaOrig="279" w14:anchorId="5A850384">
          <v:shape id="_x0000_i1730" type="#_x0000_t75" style="width:33pt;height:14pt" o:ole="">
            <v:imagedata r:id="rId1402" o:title=""/>
          </v:shape>
          <o:OLEObject Type="Embed" ProgID="Equation.DSMT4" ShapeID="_x0000_i1730" DrawAspect="Content" ObjectID="_1702753286" r:id="rId1403"/>
        </w:object>
      </w:r>
      <w:r w:rsidRPr="000B2A56">
        <w:rPr>
          <w:rFonts w:ascii="Palatino Linotype" w:hAnsi="Palatino Linotype"/>
          <w:iCs/>
          <w:sz w:val="24"/>
          <w:szCs w:val="28"/>
        </w:rPr>
        <w:tab/>
      </w:r>
      <w:r w:rsidRPr="000B2A56">
        <w:rPr>
          <w:rFonts w:ascii="Palatino Linotype" w:hAnsi="Palatino Linotype"/>
          <w:b/>
          <w:iCs/>
          <w:color w:val="008000"/>
          <w:sz w:val="24"/>
          <w:szCs w:val="28"/>
        </w:rPr>
        <w:t xml:space="preserve">B. </w:t>
      </w:r>
      <w:r w:rsidR="001E13C8" w:rsidRPr="000B2A56">
        <w:rPr>
          <w:rFonts w:ascii="Palatino Linotype" w:hAnsi="Palatino Linotype"/>
          <w:position w:val="-6"/>
          <w:sz w:val="24"/>
          <w:szCs w:val="28"/>
        </w:rPr>
        <w:object w:dxaOrig="800" w:dyaOrig="279" w14:anchorId="3BE4D45E">
          <v:shape id="_x0000_i1731" type="#_x0000_t75" style="width:40.5pt;height:14.5pt" o:ole="">
            <v:imagedata r:id="rId1404" o:title=""/>
          </v:shape>
          <o:OLEObject Type="Embed" ProgID="Equation.DSMT4" ShapeID="_x0000_i1731" DrawAspect="Content" ObjectID="_1702753287" r:id="rId1405"/>
        </w:object>
      </w:r>
      <w:r w:rsidRPr="000B2A56">
        <w:rPr>
          <w:rFonts w:ascii="Palatino Linotype" w:hAnsi="Palatino Linotype"/>
          <w:iCs/>
          <w:sz w:val="24"/>
          <w:szCs w:val="28"/>
        </w:rPr>
        <w:tab/>
      </w:r>
      <w:r w:rsidRPr="000B2A56">
        <w:rPr>
          <w:rFonts w:ascii="Palatino Linotype" w:hAnsi="Palatino Linotype"/>
          <w:b/>
          <w:iCs/>
          <w:color w:val="008000"/>
          <w:sz w:val="24"/>
          <w:szCs w:val="28"/>
        </w:rPr>
        <w:t xml:space="preserve">C. </w:t>
      </w:r>
      <w:r w:rsidR="001E13C8" w:rsidRPr="000B2A56">
        <w:rPr>
          <w:rFonts w:ascii="Palatino Linotype" w:hAnsi="Palatino Linotype"/>
          <w:position w:val="-24"/>
          <w:sz w:val="24"/>
          <w:szCs w:val="28"/>
        </w:rPr>
        <w:object w:dxaOrig="880" w:dyaOrig="620" w14:anchorId="54B3E5D3">
          <v:shape id="_x0000_i1732" type="#_x0000_t75" style="width:44pt;height:31pt" o:ole="">
            <v:imagedata r:id="rId1406" o:title=""/>
          </v:shape>
          <o:OLEObject Type="Embed" ProgID="Equation.DSMT4" ShapeID="_x0000_i1732" DrawAspect="Content" ObjectID="_1702753288" r:id="rId1407"/>
        </w:object>
      </w:r>
      <w:r w:rsidRPr="000B2A56">
        <w:rPr>
          <w:rFonts w:ascii="Palatino Linotype" w:hAnsi="Palatino Linotype"/>
          <w:iCs/>
          <w:sz w:val="24"/>
          <w:szCs w:val="28"/>
        </w:rPr>
        <w:tab/>
      </w:r>
      <w:r w:rsidRPr="000B2A56">
        <w:rPr>
          <w:rFonts w:ascii="Palatino Linotype" w:hAnsi="Palatino Linotype"/>
          <w:b/>
          <w:iCs/>
          <w:color w:val="008000"/>
          <w:sz w:val="24"/>
          <w:szCs w:val="28"/>
        </w:rPr>
        <w:t xml:space="preserve">D. </w:t>
      </w:r>
      <w:r w:rsidR="001E13C8" w:rsidRPr="000B2A56">
        <w:rPr>
          <w:rFonts w:ascii="Palatino Linotype" w:hAnsi="Palatino Linotype"/>
          <w:position w:val="-24"/>
          <w:sz w:val="24"/>
          <w:szCs w:val="28"/>
        </w:rPr>
        <w:object w:dxaOrig="720" w:dyaOrig="620" w14:anchorId="1484BB07">
          <v:shape id="_x0000_i1733" type="#_x0000_t75" style="width:36.5pt;height:32pt" o:ole="">
            <v:imagedata r:id="rId1408" o:title=""/>
          </v:shape>
          <o:OLEObject Type="Embed" ProgID="Equation.DSMT4" ShapeID="_x0000_i1733" DrawAspect="Content" ObjectID="_1702753289" r:id="rId1409"/>
        </w:object>
      </w:r>
    </w:p>
    <w:p w14:paraId="74C92A58" w14:textId="3BFCD3F6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theme="minorHAnsi"/>
          <w:sz w:val="24"/>
          <w:szCs w:val="28"/>
          <w:lang w:val="vi-VN" w:eastAsia="x-none"/>
        </w:rPr>
      </w:pPr>
      <w:r w:rsidRPr="000B2A56">
        <w:rPr>
          <w:rFonts w:ascii="Palatino Linotype" w:hAnsi="Palatino Linotype" w:cstheme="minorHAnsi"/>
          <w:sz w:val="24"/>
          <w:szCs w:val="28"/>
        </w:rPr>
        <w:t>H</w:t>
      </w:r>
      <w:r w:rsidRPr="000B2A56">
        <w:rPr>
          <w:rFonts w:ascii="Palatino Linotype" w:hAnsi="Palatino Linotype" w:cstheme="minorHAnsi"/>
          <w:sz w:val="24"/>
          <w:szCs w:val="28"/>
          <w:lang w:val="vi-VN" w:eastAsia="x-none"/>
        </w:rPr>
        <w:t xml:space="preserve">ệ phương trình </w:t>
      </w:r>
      <w:r w:rsidRPr="000B2A56">
        <w:rPr>
          <w:position w:val="-32"/>
          <w:lang w:val="nl-NL"/>
        </w:rPr>
        <w:object w:dxaOrig="1800" w:dyaOrig="760" w14:anchorId="4307BA2F">
          <v:shape id="_x0000_i1734" type="#_x0000_t75" style="width:90pt;height:38pt" o:ole="">
            <v:imagedata r:id="rId1410" o:title=""/>
          </v:shape>
          <o:OLEObject Type="Embed" ProgID="Equation.DSMT4" ShapeID="_x0000_i1734" DrawAspect="Content" ObjectID="_1702753290" r:id="rId1411"/>
        </w:object>
      </w:r>
      <w:r w:rsidRPr="000B2A56">
        <w:rPr>
          <w:rFonts w:ascii="Palatino Linotype" w:hAnsi="Palatino Linotype" w:cstheme="minorHAnsi"/>
          <w:sz w:val="24"/>
          <w:szCs w:val="28"/>
          <w:lang w:val="vi-VN" w:eastAsia="x-none"/>
        </w:rPr>
        <w:t xml:space="preserve"> </w:t>
      </w:r>
      <w:r w:rsidRPr="000B2A56">
        <w:rPr>
          <w:rFonts w:ascii="Palatino Linotype" w:hAnsi="Palatino Linotype" w:cstheme="minorHAnsi"/>
          <w:sz w:val="24"/>
          <w:szCs w:val="28"/>
        </w:rPr>
        <w:t xml:space="preserve">có nghiệm </w:t>
      </w:r>
      <w:r w:rsidRPr="000B2A56">
        <w:rPr>
          <w:position w:val="-12"/>
          <w:lang w:val="nl-NL"/>
        </w:rPr>
        <w:object w:dxaOrig="740" w:dyaOrig="360" w14:anchorId="1A7E7139">
          <v:shape id="_x0000_i1735" type="#_x0000_t75" style="width:37pt;height:18pt" o:ole="">
            <v:imagedata r:id="rId1412" o:title=""/>
          </v:shape>
          <o:OLEObject Type="Embed" ProgID="Equation.DSMT4" ShapeID="_x0000_i1735" DrawAspect="Content" ObjectID="_1702753291" r:id="rId1413"/>
        </w:object>
      </w:r>
      <w:r w:rsidRPr="000B2A56">
        <w:rPr>
          <w:rFonts w:ascii="Palatino Linotype" w:hAnsi="Palatino Linotype" w:cstheme="minorHAnsi"/>
          <w:sz w:val="24"/>
          <w:szCs w:val="28"/>
        </w:rPr>
        <w:t xml:space="preserve"> với </w:t>
      </w:r>
      <w:r w:rsidRPr="000B2A56">
        <w:rPr>
          <w:position w:val="-12"/>
          <w:lang w:val="nl-NL"/>
        </w:rPr>
        <w:object w:dxaOrig="260" w:dyaOrig="360" w14:anchorId="7FCA4A81">
          <v:shape id="_x0000_i1736" type="#_x0000_t75" style="width:13pt;height:18pt" o:ole="">
            <v:imagedata r:id="rId1414" o:title=""/>
          </v:shape>
          <o:OLEObject Type="Embed" ProgID="Equation.DSMT4" ShapeID="_x0000_i1736" DrawAspect="Content" ObjectID="_1702753292" r:id="rId1415"/>
        </w:object>
      </w:r>
      <w:r w:rsidRPr="000B2A56">
        <w:rPr>
          <w:rFonts w:ascii="Palatino Linotype" w:hAnsi="Palatino Linotype"/>
          <w:sz w:val="24"/>
          <w:lang w:val="nl-NL"/>
        </w:rPr>
        <w:t xml:space="preserve"> là số nguyên dương. Lúc đó </w:t>
      </w:r>
      <w:r w:rsidRPr="000B2A56">
        <w:rPr>
          <w:position w:val="-12"/>
          <w:lang w:val="nl-NL"/>
        </w:rPr>
        <w:object w:dxaOrig="680" w:dyaOrig="360" w14:anchorId="0E993CEA">
          <v:shape id="_x0000_i1737" type="#_x0000_t75" style="width:34pt;height:18pt" o:ole="">
            <v:imagedata r:id="rId1416" o:title=""/>
          </v:shape>
          <o:OLEObject Type="Embed" ProgID="Equation.DSMT4" ShapeID="_x0000_i1737" DrawAspect="Content" ObjectID="_1702753293" r:id="rId1417"/>
        </w:object>
      </w:r>
    </w:p>
    <w:p w14:paraId="6930401E" w14:textId="23E63B55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theme="minorHAnsi"/>
          <w:color w:val="000000"/>
          <w:sz w:val="24"/>
          <w:szCs w:val="28"/>
        </w:rPr>
      </w:pP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A. </w:t>
      </w:r>
      <w:r w:rsidR="001E13C8" w:rsidRPr="000B2A56">
        <w:rPr>
          <w:rFonts w:ascii="Palatino Linotype" w:hAnsi="Palatino Linotype" w:cstheme="minorHAnsi"/>
          <w:color w:val="000000"/>
          <w:sz w:val="24"/>
          <w:szCs w:val="28"/>
        </w:rPr>
        <w:t>là số chính phương</w:t>
      </w:r>
      <w:r w:rsidRPr="000B2A56">
        <w:rPr>
          <w:rFonts w:ascii="Palatino Linotype" w:hAnsi="Palatino Linotype" w:cstheme="minorHAnsi"/>
          <w:color w:val="000000"/>
          <w:sz w:val="24"/>
          <w:szCs w:val="28"/>
        </w:rPr>
        <w:tab/>
      </w:r>
      <w:r w:rsidRPr="000B2A56">
        <w:rPr>
          <w:rFonts w:ascii="Palatino Linotype" w:hAnsi="Palatino Linotype" w:cstheme="minorHAnsi"/>
          <w:color w:val="000000"/>
          <w:sz w:val="24"/>
          <w:szCs w:val="28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B. </w:t>
      </w:r>
      <w:r w:rsidR="001E13C8" w:rsidRPr="000B2A56">
        <w:rPr>
          <w:rFonts w:ascii="Palatino Linotype" w:hAnsi="Palatino Linotype" w:cstheme="minorHAnsi"/>
          <w:color w:val="000000"/>
          <w:sz w:val="24"/>
          <w:szCs w:val="28"/>
        </w:rPr>
        <w:t>là số chẵn</w:t>
      </w:r>
    </w:p>
    <w:p w14:paraId="41B33089" w14:textId="354A6295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theme="minorHAnsi"/>
          <w:color w:val="000000"/>
          <w:sz w:val="24"/>
          <w:szCs w:val="28"/>
        </w:rPr>
      </w:pP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C. </w:t>
      </w:r>
      <w:r w:rsidR="001E13C8" w:rsidRPr="000B2A56">
        <w:rPr>
          <w:rFonts w:ascii="Palatino Linotype" w:hAnsi="Palatino Linotype" w:cstheme="minorHAnsi"/>
          <w:color w:val="000000"/>
          <w:sz w:val="24"/>
          <w:szCs w:val="28"/>
        </w:rPr>
        <w:t>Là số nguyên tố</w:t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color w:val="000000"/>
          <w:sz w:val="24"/>
          <w:szCs w:val="28"/>
          <w:lang w:val="vi-VN"/>
        </w:rPr>
        <w:tab/>
      </w:r>
      <w:r w:rsidRPr="000B2A56">
        <w:rPr>
          <w:rFonts w:ascii="Palatino Linotype" w:hAnsi="Palatino Linotype" w:cstheme="minorHAnsi"/>
          <w:b/>
          <w:color w:val="008000"/>
          <w:sz w:val="24"/>
          <w:szCs w:val="28"/>
          <w:lang w:val="vi-VN"/>
        </w:rPr>
        <w:t xml:space="preserve">D. </w:t>
      </w:r>
      <w:r w:rsidR="001E13C8" w:rsidRPr="000B2A56">
        <w:rPr>
          <w:rFonts w:ascii="Palatino Linotype" w:hAnsi="Palatino Linotype" w:cstheme="minorHAnsi"/>
          <w:color w:val="000000"/>
          <w:sz w:val="24"/>
          <w:szCs w:val="28"/>
        </w:rPr>
        <w:t>Là số không nguyên</w:t>
      </w:r>
    </w:p>
    <w:p w14:paraId="6334CD86" w14:textId="0C841DCA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lang w:eastAsia="x-none"/>
        </w:rPr>
      </w:pPr>
      <w:r w:rsidRPr="000B2A56">
        <w:rPr>
          <w:rFonts w:ascii="Palatino Linotype" w:hAnsi="Palatino Linotype"/>
          <w:sz w:val="24"/>
          <w:lang w:eastAsia="x-none"/>
        </w:rPr>
        <w:t xml:space="preserve">Phương </w:t>
      </w:r>
      <w:r w:rsidRPr="000B2A56">
        <w:rPr>
          <w:rFonts w:ascii="Palatino Linotype" w:hAnsi="Palatino Linotype"/>
          <w:iCs/>
          <w:sz w:val="24"/>
          <w:lang w:eastAsia="x-none"/>
        </w:rPr>
        <w:t xml:space="preserve">trình </w:t>
      </w:r>
      <w:r w:rsidRPr="000B2A56">
        <w:rPr>
          <w:position w:val="-14"/>
        </w:rPr>
        <w:object w:dxaOrig="1260" w:dyaOrig="400" w14:anchorId="27C28ED6">
          <v:shape id="_x0000_i1738" type="#_x0000_t75" style="width:63pt;height:19.5pt" o:ole="">
            <v:imagedata r:id="rId1418" o:title=""/>
          </v:shape>
          <o:OLEObject Type="Embed" ProgID="Equation.DSMT4" ShapeID="_x0000_i1738" DrawAspect="Content" ObjectID="_1702753294" r:id="rId1419"/>
        </w:object>
      </w:r>
      <w:r w:rsidRPr="000B2A56">
        <w:rPr>
          <w:rFonts w:ascii="Palatino Linotype" w:hAnsi="Palatino Linotype"/>
          <w:sz w:val="24"/>
        </w:rPr>
        <w:t xml:space="preserve"> </w:t>
      </w:r>
      <w:r w:rsidRPr="000B2A56">
        <w:rPr>
          <w:rFonts w:ascii="Palatino Linotype" w:hAnsi="Palatino Linotype"/>
          <w:b/>
          <w:sz w:val="24"/>
        </w:rPr>
        <w:t xml:space="preserve">không </w:t>
      </w:r>
      <w:r w:rsidRPr="000B2A56">
        <w:rPr>
          <w:rFonts w:ascii="Palatino Linotype" w:hAnsi="Palatino Linotype"/>
          <w:b/>
          <w:iCs/>
          <w:sz w:val="24"/>
          <w:lang w:eastAsia="x-none"/>
        </w:rPr>
        <w:t>tương đương</w:t>
      </w:r>
      <w:r w:rsidRPr="000B2A56">
        <w:rPr>
          <w:rFonts w:ascii="Palatino Linotype" w:hAnsi="Palatino Linotype"/>
          <w:iCs/>
          <w:sz w:val="24"/>
          <w:lang w:eastAsia="x-none"/>
        </w:rPr>
        <w:t xml:space="preserve"> với phương trình nào sau đây</w:t>
      </w:r>
    </w:p>
    <w:p w14:paraId="7D6B5101" w14:textId="087C03DC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A. </w:t>
      </w:r>
      <w:r w:rsidR="001E13C8" w:rsidRPr="000B2A56">
        <w:rPr>
          <w:rFonts w:ascii="Palatino Linotype" w:hAnsi="Palatino Linotype"/>
          <w:position w:val="-10"/>
          <w:sz w:val="24"/>
        </w:rPr>
        <w:object w:dxaOrig="1540" w:dyaOrig="360" w14:anchorId="6DEE7990">
          <v:shape id="_x0000_i1739" type="#_x0000_t75" style="width:77pt;height:17.5pt" o:ole="">
            <v:imagedata r:id="rId1420" o:title=""/>
          </v:shape>
          <o:OLEObject Type="Embed" ProgID="Equation.DSMT4" ShapeID="_x0000_i1739" DrawAspect="Content" ObjectID="_1702753295" r:id="rId1421"/>
        </w:object>
      </w:r>
      <w:r w:rsidR="001E13C8" w:rsidRPr="000B2A56">
        <w:rPr>
          <w:rFonts w:ascii="Palatino Linotype" w:hAnsi="Palatino Linotype"/>
          <w:sz w:val="24"/>
          <w:lang w:val="fr-FR"/>
        </w:rPr>
        <w:t>.</w:t>
      </w:r>
      <w:r w:rsidRPr="000B2A56">
        <w:rPr>
          <w:rFonts w:ascii="Palatino Linotype" w:hAnsi="Palatino Linotype"/>
          <w:sz w:val="24"/>
          <w:lang w:val="fr-FR"/>
        </w:rPr>
        <w:tab/>
      </w:r>
      <w:r w:rsidRPr="000B2A56">
        <w:rPr>
          <w:rFonts w:ascii="Palatino Linotype" w:hAnsi="Palatino Linotype"/>
          <w:sz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B. </w:t>
      </w:r>
      <w:r w:rsidR="001E13C8" w:rsidRPr="000B2A56">
        <w:rPr>
          <w:rFonts w:ascii="Palatino Linotype" w:hAnsi="Palatino Linotype"/>
          <w:position w:val="-10"/>
          <w:sz w:val="24"/>
        </w:rPr>
        <w:object w:dxaOrig="1520" w:dyaOrig="360" w14:anchorId="70BA70A3">
          <v:shape id="_x0000_i1740" type="#_x0000_t75" style="width:76pt;height:17.5pt" o:ole="">
            <v:imagedata r:id="rId1422" o:title=""/>
          </v:shape>
          <o:OLEObject Type="Embed" ProgID="Equation.DSMT4" ShapeID="_x0000_i1740" DrawAspect="Content" ObjectID="_1702753296" r:id="rId1423"/>
        </w:object>
      </w:r>
      <w:r w:rsidR="001E13C8" w:rsidRPr="000B2A56">
        <w:rPr>
          <w:rFonts w:ascii="Palatino Linotype" w:hAnsi="Palatino Linotype"/>
          <w:sz w:val="24"/>
          <w:lang w:val="fr-FR"/>
        </w:rPr>
        <w:t>.</w:t>
      </w:r>
    </w:p>
    <w:p w14:paraId="18D973E6" w14:textId="1C0100D3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C. </w:t>
      </w:r>
      <w:r w:rsidR="001E13C8" w:rsidRPr="000B2A56">
        <w:rPr>
          <w:rFonts w:ascii="Palatino Linotype" w:hAnsi="Palatino Linotype"/>
          <w:position w:val="-24"/>
          <w:sz w:val="24"/>
        </w:rPr>
        <w:object w:dxaOrig="1680" w:dyaOrig="660" w14:anchorId="3B8009A3">
          <v:shape id="_x0000_i1741" type="#_x0000_t75" style="width:84pt;height:32.5pt" o:ole="">
            <v:imagedata r:id="rId1424" o:title=""/>
          </v:shape>
          <o:OLEObject Type="Embed" ProgID="Equation.DSMT4" ShapeID="_x0000_i1741" DrawAspect="Content" ObjectID="_1702753297" r:id="rId1425"/>
        </w:object>
      </w:r>
      <w:r w:rsidR="001E13C8" w:rsidRPr="000B2A56">
        <w:rPr>
          <w:rFonts w:ascii="Palatino Linotype" w:hAnsi="Palatino Linotype"/>
          <w:sz w:val="24"/>
          <w:lang w:val="fr-FR"/>
        </w:rPr>
        <w:t>.</w:t>
      </w:r>
      <w:r w:rsidRPr="000B2A56">
        <w:rPr>
          <w:rFonts w:ascii="Palatino Linotype" w:hAnsi="Palatino Linotype"/>
          <w:sz w:val="24"/>
          <w:lang w:val="fr-FR"/>
        </w:rPr>
        <w:tab/>
      </w:r>
      <w:r w:rsidRPr="000B2A56">
        <w:rPr>
          <w:rFonts w:ascii="Palatino Linotype" w:hAnsi="Palatino Linotype"/>
          <w:sz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D. </w:t>
      </w:r>
      <w:r w:rsidR="001E13C8" w:rsidRPr="000B2A56">
        <w:rPr>
          <w:rFonts w:ascii="Palatino Linotype" w:hAnsi="Palatino Linotype"/>
          <w:position w:val="-24"/>
          <w:sz w:val="24"/>
        </w:rPr>
        <w:object w:dxaOrig="1340" w:dyaOrig="660" w14:anchorId="39FE85C3">
          <v:shape id="_x0000_i1742" type="#_x0000_t75" style="width:67pt;height:32.5pt" o:ole="">
            <v:imagedata r:id="rId1426" o:title=""/>
          </v:shape>
          <o:OLEObject Type="Embed" ProgID="Equation.DSMT4" ShapeID="_x0000_i1742" DrawAspect="Content" ObjectID="_1702753298" r:id="rId1427"/>
        </w:object>
      </w:r>
      <w:r w:rsidR="001E13C8" w:rsidRPr="000B2A56">
        <w:rPr>
          <w:rFonts w:ascii="Palatino Linotype" w:hAnsi="Palatino Linotype"/>
          <w:sz w:val="24"/>
          <w:lang w:val="fr-FR"/>
        </w:rPr>
        <w:t>.</w:t>
      </w:r>
    </w:p>
    <w:p w14:paraId="2C4D4A16" w14:textId="1C884114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ăn An (Uni)"/>
          <w:color w:val="000000"/>
          <w:spacing w:val="-4"/>
          <w:sz w:val="24"/>
          <w:lang w:val="fr-FR"/>
        </w:rPr>
      </w:pPr>
      <w:r w:rsidRPr="000B2A56">
        <w:rPr>
          <w:rFonts w:ascii="Palatino Linotype" w:hAnsi="Palatino Linotype" w:cs="Chu Văn An (Uni)"/>
          <w:color w:val="000000"/>
          <w:spacing w:val="-4"/>
          <w:sz w:val="24"/>
          <w:lang w:val="fr-FR"/>
        </w:rPr>
        <w:t xml:space="preserve">Với mỗi </w:t>
      </w:r>
      <w:r w:rsidRPr="000B2A56">
        <w:rPr>
          <w:position w:val="-6"/>
          <w:lang w:val="fr-FR"/>
        </w:rPr>
        <w:object w:dxaOrig="560" w:dyaOrig="279" w14:anchorId="745E519E">
          <v:shape id="_x0000_i1743" type="#_x0000_t75" style="width:28.5pt;height:13.5pt" o:ole="">
            <v:imagedata r:id="rId1428" o:title=""/>
          </v:shape>
          <o:OLEObject Type="Embed" ProgID="Equation.DSMT4" ShapeID="_x0000_i1743" DrawAspect="Content" ObjectID="_1702753299" r:id="rId1429"/>
        </w:object>
      </w:r>
      <w:r w:rsidRPr="000B2A56">
        <w:rPr>
          <w:rFonts w:ascii="Palatino Linotype" w:hAnsi="Palatino Linotype" w:cs="Chu Văn An (Uni)"/>
          <w:color w:val="000000"/>
          <w:spacing w:val="-4"/>
          <w:sz w:val="24"/>
          <w:lang w:val="fr-FR"/>
        </w:rPr>
        <w:t xml:space="preserve">, </w:t>
      </w:r>
      <w:r w:rsidRPr="000B2A56">
        <w:rPr>
          <w:rFonts w:ascii="Palatino Linotype" w:hAnsi="Palatino Linotype" w:cs="Chu Văn An (Uni)"/>
          <w:color w:val="000000"/>
          <w:sz w:val="24"/>
          <w:lang w:val="fr-FR"/>
        </w:rPr>
        <w:t>trong</w:t>
      </w:r>
      <w:r w:rsidRPr="000B2A56">
        <w:rPr>
          <w:rFonts w:ascii="Palatino Linotype" w:hAnsi="Palatino Linotype" w:cs="Chu Văn An (Uni)"/>
          <w:color w:val="000000"/>
          <w:spacing w:val="-4"/>
          <w:sz w:val="24"/>
          <w:lang w:val="fr-FR"/>
        </w:rPr>
        <w:t xml:space="preserve"> các biểu thức: </w:t>
      </w:r>
      <w:r w:rsidRPr="000B2A56">
        <w:rPr>
          <w:position w:val="-24"/>
          <w:lang w:val="fr-FR"/>
        </w:rPr>
        <w:object w:dxaOrig="520" w:dyaOrig="620" w14:anchorId="616E1B0C">
          <v:shape id="_x0000_i1744" type="#_x0000_t75" style="width:25.5pt;height:31pt" o:ole="">
            <v:imagedata r:id="rId1430" o:title=""/>
          </v:shape>
          <o:OLEObject Type="Embed" ProgID="Equation.DSMT4" ShapeID="_x0000_i1744" DrawAspect="Content" ObjectID="_1702753300" r:id="rId1431"/>
        </w:object>
      </w:r>
      <w:r w:rsidRPr="000B2A56">
        <w:rPr>
          <w:rFonts w:ascii="Palatino Linotype" w:hAnsi="Palatino Linotype" w:cs="Chu Văn An (Uni)"/>
          <w:color w:val="000000"/>
          <w:spacing w:val="-4"/>
          <w:sz w:val="24"/>
          <w:lang w:val="fr-FR"/>
        </w:rPr>
        <w:t xml:space="preserve">, </w:t>
      </w:r>
      <w:r w:rsidRPr="000B2A56">
        <w:rPr>
          <w:position w:val="-24"/>
          <w:lang w:val="fr-FR"/>
        </w:rPr>
        <w:object w:dxaOrig="560" w:dyaOrig="620" w14:anchorId="581096EA">
          <v:shape id="_x0000_i1745" type="#_x0000_t75" style="width:28pt;height:31pt" o:ole="">
            <v:imagedata r:id="rId1432" o:title=""/>
          </v:shape>
          <o:OLEObject Type="Embed" ProgID="Equation.DSMT4" ShapeID="_x0000_i1745" DrawAspect="Content" ObjectID="_1702753301" r:id="rId1433"/>
        </w:object>
      </w:r>
      <w:r w:rsidRPr="000B2A56">
        <w:rPr>
          <w:rFonts w:ascii="Palatino Linotype" w:hAnsi="Palatino Linotype" w:cs="Chu Văn An (Uni)"/>
          <w:color w:val="000000"/>
          <w:spacing w:val="-4"/>
          <w:sz w:val="24"/>
          <w:lang w:val="fr-FR"/>
        </w:rPr>
        <w:t xml:space="preserve">, </w:t>
      </w:r>
      <w:r w:rsidRPr="000B2A56">
        <w:rPr>
          <w:position w:val="-24"/>
          <w:lang w:val="fr-FR"/>
        </w:rPr>
        <w:object w:dxaOrig="520" w:dyaOrig="620" w14:anchorId="0F7A7D01">
          <v:shape id="_x0000_i1746" type="#_x0000_t75" style="width:26pt;height:31pt" o:ole="">
            <v:imagedata r:id="rId1434" o:title=""/>
          </v:shape>
          <o:OLEObject Type="Embed" ProgID="Equation.DSMT4" ShapeID="_x0000_i1746" DrawAspect="Content" ObjectID="_1702753302" r:id="rId1435"/>
        </w:object>
      </w:r>
      <w:r w:rsidRPr="000B2A56">
        <w:rPr>
          <w:rFonts w:ascii="Palatino Linotype" w:hAnsi="Palatino Linotype" w:cs="Chu Văn An (Uni)"/>
          <w:color w:val="000000"/>
          <w:spacing w:val="-4"/>
          <w:sz w:val="24"/>
          <w:lang w:val="fr-FR"/>
        </w:rPr>
        <w:t xml:space="preserve">, </w:t>
      </w:r>
      <w:r w:rsidRPr="000B2A56">
        <w:rPr>
          <w:position w:val="-24"/>
          <w:lang w:val="fr-FR"/>
        </w:rPr>
        <w:object w:dxaOrig="520" w:dyaOrig="620" w14:anchorId="691A5BB7">
          <v:shape id="_x0000_i1747" type="#_x0000_t75" style="width:26pt;height:31pt" o:ole="">
            <v:imagedata r:id="rId1436" o:title=""/>
          </v:shape>
          <o:OLEObject Type="Embed" ProgID="Equation.DSMT4" ShapeID="_x0000_i1747" DrawAspect="Content" ObjectID="_1702753303" r:id="rId1437"/>
        </w:object>
      </w:r>
      <w:r w:rsidRPr="000B2A56">
        <w:rPr>
          <w:rFonts w:ascii="Palatino Linotype" w:hAnsi="Palatino Linotype" w:cs="Chu Văn An (Uni)"/>
          <w:color w:val="000000"/>
          <w:spacing w:val="-4"/>
          <w:sz w:val="24"/>
          <w:lang w:val="fr-FR"/>
        </w:rPr>
        <w:t xml:space="preserve">, </w:t>
      </w:r>
      <w:r w:rsidRPr="000B2A56">
        <w:rPr>
          <w:position w:val="-24"/>
          <w:lang w:val="fr-FR"/>
        </w:rPr>
        <w:object w:dxaOrig="240" w:dyaOrig="620" w14:anchorId="333D58D8">
          <v:shape id="_x0000_i1748" type="#_x0000_t75" style="width:11.5pt;height:31pt" o:ole="">
            <v:imagedata r:id="rId1438" o:title=""/>
          </v:shape>
          <o:OLEObject Type="Embed" ProgID="Equation.DSMT4" ShapeID="_x0000_i1748" DrawAspect="Content" ObjectID="_1702753304" r:id="rId1439"/>
        </w:object>
      </w:r>
      <w:r w:rsidRPr="000B2A56">
        <w:rPr>
          <w:rFonts w:ascii="Palatino Linotype" w:hAnsi="Palatino Linotype" w:cs="Chu Văn An (Uni)"/>
          <w:color w:val="000000"/>
          <w:spacing w:val="-4"/>
          <w:sz w:val="24"/>
          <w:lang w:val="fr-FR"/>
        </w:rPr>
        <w:t>giá trị biểu thức nào là nhỏ nhất?</w:t>
      </w:r>
    </w:p>
    <w:p w14:paraId="541E1B1F" w14:textId="57654419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ă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ăn An (Uni)"/>
          <w:b/>
          <w:color w:val="008000"/>
          <w:sz w:val="24"/>
          <w:lang w:val="fr-FR"/>
        </w:rPr>
        <w:t xml:space="preserve">A. </w:t>
      </w:r>
      <w:r w:rsidR="001E13C8" w:rsidRPr="000B2A56">
        <w:rPr>
          <w:rFonts w:ascii="Palatino Linotype" w:hAnsi="Palatino Linotype" w:cs="Chu Văn An (Uni)"/>
          <w:color w:val="000000"/>
          <w:position w:val="-24"/>
          <w:sz w:val="24"/>
          <w:lang w:val="fr-FR"/>
        </w:rPr>
        <w:object w:dxaOrig="240" w:dyaOrig="620" w14:anchorId="53861662">
          <v:shape id="_x0000_i1749" type="#_x0000_t75" style="width:11.5pt;height:31pt" o:ole="">
            <v:imagedata r:id="rId1440" o:title=""/>
          </v:shape>
          <o:OLEObject Type="Embed" ProgID="Equation.DSMT4" ShapeID="_x0000_i1749" DrawAspect="Content" ObjectID="_1702753305" r:id="rId1441"/>
        </w:object>
      </w:r>
      <w:r w:rsidR="001E13C8" w:rsidRPr="000B2A56">
        <w:rPr>
          <w:rFonts w:ascii="Palatino Linotype" w:hAnsi="Palatino Linotype" w:cs="Chu Vă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ă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ăn An (Uni)"/>
          <w:b/>
          <w:color w:val="008000"/>
          <w:sz w:val="24"/>
          <w:lang w:val="fr-FR"/>
        </w:rPr>
        <w:t xml:space="preserve">B. </w:t>
      </w:r>
      <w:r w:rsidR="001E13C8" w:rsidRPr="000B2A56">
        <w:rPr>
          <w:rFonts w:ascii="Palatino Linotype" w:hAnsi="Palatino Linotype" w:cs="Chu Văn An (Uni)"/>
          <w:color w:val="000000"/>
          <w:position w:val="-24"/>
          <w:sz w:val="24"/>
          <w:lang w:val="fr-FR"/>
        </w:rPr>
        <w:object w:dxaOrig="520" w:dyaOrig="620" w14:anchorId="5A15851E">
          <v:shape id="_x0000_i1750" type="#_x0000_t75" style="width:26pt;height:31pt" o:ole="">
            <v:imagedata r:id="rId1442" o:title=""/>
          </v:shape>
          <o:OLEObject Type="Embed" ProgID="Equation.DSMT4" ShapeID="_x0000_i1750" DrawAspect="Content" ObjectID="_1702753306" r:id="rId1443"/>
        </w:object>
      </w:r>
      <w:r w:rsidR="001E13C8" w:rsidRPr="000B2A56">
        <w:rPr>
          <w:rFonts w:ascii="Palatino Linotype" w:hAnsi="Palatino Linotype" w:cs="Chu Vă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ă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ăn An (Uni)"/>
          <w:b/>
          <w:color w:val="008000"/>
          <w:sz w:val="24"/>
          <w:lang w:val="fr-FR"/>
        </w:rPr>
        <w:t xml:space="preserve">C. </w:t>
      </w:r>
      <w:r w:rsidR="001E13C8" w:rsidRPr="000B2A56">
        <w:rPr>
          <w:rFonts w:ascii="Palatino Linotype" w:hAnsi="Palatino Linotype" w:cs="Chu Văn An (Uni)"/>
          <w:color w:val="000000"/>
          <w:position w:val="-24"/>
          <w:sz w:val="24"/>
          <w:lang w:val="fr-FR"/>
        </w:rPr>
        <w:object w:dxaOrig="520" w:dyaOrig="620" w14:anchorId="06A0AFBC">
          <v:shape id="_x0000_i1751" type="#_x0000_t75" style="width:26pt;height:31pt" o:ole="">
            <v:imagedata r:id="rId1444" o:title=""/>
          </v:shape>
          <o:OLEObject Type="Embed" ProgID="Equation.DSMT4" ShapeID="_x0000_i1751" DrawAspect="Content" ObjectID="_1702753307" r:id="rId1445"/>
        </w:object>
      </w:r>
      <w:r w:rsidR="001E13C8" w:rsidRPr="000B2A56">
        <w:rPr>
          <w:rFonts w:ascii="Palatino Linotype" w:hAnsi="Palatino Linotype" w:cs="Chu Vă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ă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ăn An (Uni)"/>
          <w:b/>
          <w:color w:val="008000"/>
          <w:sz w:val="24"/>
          <w:lang w:val="fr-FR"/>
        </w:rPr>
        <w:t xml:space="preserve">D. </w:t>
      </w:r>
      <w:r w:rsidR="001E13C8" w:rsidRPr="000B2A56">
        <w:rPr>
          <w:rFonts w:ascii="Palatino Linotype" w:hAnsi="Palatino Linotype" w:cs="Chu Văn An (Uni)"/>
          <w:color w:val="000000"/>
          <w:position w:val="-24"/>
          <w:sz w:val="24"/>
          <w:lang w:val="fr-FR"/>
        </w:rPr>
        <w:object w:dxaOrig="240" w:dyaOrig="620" w14:anchorId="5D827EFC">
          <v:shape id="_x0000_i1752" type="#_x0000_t75" style="width:11.5pt;height:31pt" o:ole="">
            <v:imagedata r:id="rId1446" o:title=""/>
          </v:shape>
          <o:OLEObject Type="Embed" ProgID="Equation.DSMT4" ShapeID="_x0000_i1752" DrawAspect="Content" ObjectID="_1702753308" r:id="rId1447"/>
        </w:object>
      </w:r>
      <w:r w:rsidR="001E13C8" w:rsidRPr="000B2A56">
        <w:rPr>
          <w:rFonts w:ascii="Palatino Linotype" w:hAnsi="Palatino Linotype" w:cs="Chu Văn An (Uni)"/>
          <w:color w:val="000000"/>
          <w:sz w:val="24"/>
          <w:lang w:val="fr-FR"/>
        </w:rPr>
        <w:t>.</w:t>
      </w:r>
    </w:p>
    <w:p w14:paraId="5F783A7C" w14:textId="70EB72F3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ăn An (Uni)"/>
          <w:color w:val="000000"/>
          <w:sz w:val="24"/>
        </w:rPr>
      </w:pPr>
      <w:r w:rsidRPr="000B2A56">
        <w:rPr>
          <w:rFonts w:ascii="Palatino Linotype" w:hAnsi="Palatino Linotype" w:cs="Chu Văn An (Uni)"/>
          <w:color w:val="000000"/>
          <w:sz w:val="24"/>
        </w:rPr>
        <w:t xml:space="preserve">Giá trị nhỏ nhất của hàm số </w:t>
      </w:r>
      <w:r w:rsidRPr="000B2A56">
        <w:rPr>
          <w:position w:val="-24"/>
        </w:rPr>
        <w:object w:dxaOrig="1680" w:dyaOrig="620" w14:anchorId="724E7285">
          <v:shape id="_x0000_i1753" type="#_x0000_t75" style="width:84pt;height:31pt" o:ole="">
            <v:imagedata r:id="rId1448" o:title=""/>
          </v:shape>
          <o:OLEObject Type="Embed" ProgID="Equation.DSMT4" ShapeID="_x0000_i1753" DrawAspect="Content" ObjectID="_1702753309" r:id="rId1449"/>
        </w:object>
      </w:r>
      <w:r w:rsidRPr="000B2A56">
        <w:rPr>
          <w:rFonts w:ascii="Palatino Linotype" w:hAnsi="Palatino Linotype" w:cs="Chu Văn An (Uni)"/>
          <w:color w:val="000000"/>
          <w:sz w:val="24"/>
        </w:rPr>
        <w:t xml:space="preserve"> với </w:t>
      </w:r>
      <w:r w:rsidRPr="000B2A56">
        <w:rPr>
          <w:position w:val="-6"/>
        </w:rPr>
        <w:object w:dxaOrig="499" w:dyaOrig="279" w14:anchorId="468C4483">
          <v:shape id="_x0000_i1754" type="#_x0000_t75" style="width:25.5pt;height:13.5pt" o:ole="">
            <v:imagedata r:id="rId1450" o:title=""/>
          </v:shape>
          <o:OLEObject Type="Embed" ProgID="Equation.DSMT4" ShapeID="_x0000_i1754" DrawAspect="Content" ObjectID="_1702753310" r:id="rId1451"/>
        </w:object>
      </w:r>
      <w:r w:rsidRPr="000B2A56">
        <w:rPr>
          <w:rFonts w:ascii="Palatino Linotype" w:hAnsi="Palatino Linotype" w:cs="Chu Văn An (Uni)"/>
          <w:color w:val="000000"/>
          <w:sz w:val="24"/>
        </w:rPr>
        <w:t xml:space="preserve"> là</w:t>
      </w:r>
    </w:p>
    <w:p w14:paraId="7630D216" w14:textId="6B273311" w:rsidR="001E13C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ăn An (Uni)"/>
          <w:color w:val="000000"/>
          <w:sz w:val="24"/>
        </w:rPr>
      </w:pPr>
      <w:r w:rsidRPr="000B2A56">
        <w:rPr>
          <w:rFonts w:ascii="Palatino Linotype" w:hAnsi="Palatino Linotype" w:cs="Chu Văn An (Uni)"/>
          <w:b/>
          <w:color w:val="008000"/>
          <w:sz w:val="24"/>
        </w:rPr>
        <w:t xml:space="preserve">A. </w:t>
      </w:r>
      <w:r w:rsidR="001E13C8" w:rsidRPr="000B2A56">
        <w:rPr>
          <w:rFonts w:ascii="Palatino Linotype" w:hAnsi="Palatino Linotype" w:cs="Chu Văn An (Uni)"/>
          <w:color w:val="000000"/>
          <w:position w:val="-6"/>
          <w:sz w:val="24"/>
        </w:rPr>
        <w:object w:dxaOrig="780" w:dyaOrig="340" w14:anchorId="0E2D3A86">
          <v:shape id="_x0000_i1755" type="#_x0000_t75" style="width:39pt;height:16.5pt" o:ole="">
            <v:imagedata r:id="rId1452" o:title=""/>
          </v:shape>
          <o:OLEObject Type="Embed" ProgID="Equation.DSMT4" ShapeID="_x0000_i1755" DrawAspect="Content" ObjectID="_1702753311" r:id="rId1453"/>
        </w:object>
      </w:r>
      <w:r w:rsidR="001E13C8" w:rsidRPr="000B2A56">
        <w:rPr>
          <w:rFonts w:ascii="Palatino Linotype" w:hAnsi="Palatino Linotype" w:cs="Chu Văn An (Uni)"/>
          <w:color w:val="000000"/>
          <w:sz w:val="24"/>
        </w:rPr>
        <w:t>.</w:t>
      </w:r>
      <w:r w:rsidRPr="000B2A56">
        <w:rPr>
          <w:rFonts w:ascii="Palatino Linotype" w:hAnsi="Palatino Linotype" w:cs="Chu Văn An (Uni)"/>
          <w:color w:val="000000"/>
          <w:sz w:val="24"/>
        </w:rPr>
        <w:tab/>
      </w:r>
      <w:r w:rsidRPr="000B2A56">
        <w:rPr>
          <w:rFonts w:ascii="Palatino Linotype" w:hAnsi="Palatino Linotype" w:cs="Chu Văn An (Uni)"/>
          <w:b/>
          <w:color w:val="008000"/>
          <w:sz w:val="24"/>
        </w:rPr>
        <w:t xml:space="preserve">B. </w:t>
      </w:r>
      <w:r w:rsidR="001E13C8" w:rsidRPr="000B2A56">
        <w:rPr>
          <w:rFonts w:ascii="Palatino Linotype" w:hAnsi="Palatino Linotype" w:cs="Chu Văn An (Uni)"/>
          <w:color w:val="000000"/>
          <w:position w:val="-6"/>
          <w:sz w:val="24"/>
        </w:rPr>
        <w:object w:dxaOrig="499" w:dyaOrig="340" w14:anchorId="782ACD7D">
          <v:shape id="_x0000_i1756" type="#_x0000_t75" style="width:25pt;height:16.5pt" o:ole="">
            <v:imagedata r:id="rId1454" o:title=""/>
          </v:shape>
          <o:OLEObject Type="Embed" ProgID="Equation.DSMT4" ShapeID="_x0000_i1756" DrawAspect="Content" ObjectID="_1702753312" r:id="rId1455"/>
        </w:object>
      </w:r>
      <w:r w:rsidR="001E13C8" w:rsidRPr="000B2A56">
        <w:rPr>
          <w:rFonts w:ascii="Palatino Linotype" w:hAnsi="Palatino Linotype" w:cs="Chu Văn An (Uni)"/>
          <w:color w:val="000000"/>
          <w:sz w:val="24"/>
        </w:rPr>
        <w:t>.</w:t>
      </w:r>
      <w:r w:rsidRPr="000B2A56">
        <w:rPr>
          <w:rFonts w:ascii="Palatino Linotype" w:hAnsi="Palatino Linotype" w:cs="Chu Văn An (Uni)"/>
          <w:color w:val="000000"/>
          <w:sz w:val="24"/>
        </w:rPr>
        <w:tab/>
      </w:r>
      <w:r w:rsidRPr="000B2A56">
        <w:rPr>
          <w:rFonts w:ascii="Palatino Linotype" w:hAnsi="Palatino Linotype" w:cs="Chu Văn An (Uni)"/>
          <w:b/>
          <w:color w:val="008000"/>
          <w:sz w:val="24"/>
        </w:rPr>
        <w:t xml:space="preserve">C. </w:t>
      </w:r>
      <w:r w:rsidR="001E13C8" w:rsidRPr="000B2A56">
        <w:rPr>
          <w:rFonts w:ascii="Palatino Linotype" w:hAnsi="Palatino Linotype" w:cs="Chu Văn An (Uni)"/>
          <w:color w:val="000000"/>
          <w:position w:val="-6"/>
          <w:sz w:val="24"/>
        </w:rPr>
        <w:object w:dxaOrig="780" w:dyaOrig="340" w14:anchorId="1D1A3810">
          <v:shape id="_x0000_i1757" type="#_x0000_t75" style="width:39pt;height:16.5pt" o:ole="">
            <v:imagedata r:id="rId1456" o:title=""/>
          </v:shape>
          <o:OLEObject Type="Embed" ProgID="Equation.DSMT4" ShapeID="_x0000_i1757" DrawAspect="Content" ObjectID="_1702753313" r:id="rId1457"/>
        </w:object>
      </w:r>
      <w:r w:rsidR="001E13C8" w:rsidRPr="000B2A56">
        <w:rPr>
          <w:rFonts w:ascii="Palatino Linotype" w:hAnsi="Palatino Linotype" w:cs="Chu Văn An (Uni)"/>
          <w:color w:val="000000"/>
          <w:sz w:val="24"/>
        </w:rPr>
        <w:t>.</w:t>
      </w:r>
      <w:r w:rsidRPr="000B2A56">
        <w:rPr>
          <w:rFonts w:ascii="Palatino Linotype" w:hAnsi="Palatino Linotype" w:cs="Chu Văn An (Uni)"/>
          <w:color w:val="000000"/>
          <w:sz w:val="24"/>
        </w:rPr>
        <w:tab/>
      </w:r>
      <w:r w:rsidRPr="000B2A56">
        <w:rPr>
          <w:rFonts w:ascii="Palatino Linotype" w:hAnsi="Palatino Linotype" w:cs="Chu Văn An (Uni)"/>
          <w:b/>
          <w:color w:val="008000"/>
          <w:sz w:val="24"/>
        </w:rPr>
        <w:t xml:space="preserve">D. </w:t>
      </w:r>
      <w:r w:rsidR="001E13C8" w:rsidRPr="000B2A56">
        <w:rPr>
          <w:rFonts w:ascii="Palatino Linotype" w:hAnsi="Palatino Linotype" w:cs="Chu Văn An (Uni)"/>
          <w:color w:val="000000"/>
          <w:sz w:val="24"/>
        </w:rPr>
        <w:t>3.</w:t>
      </w:r>
    </w:p>
    <w:p w14:paraId="23389BAF" w14:textId="4CBB5CAB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pacing w:val="-8"/>
          <w:sz w:val="24"/>
          <w:szCs w:val="28"/>
          <w:lang w:val="nl-NL"/>
        </w:rPr>
      </w:pPr>
      <w:r w:rsidRPr="000B2A56">
        <w:rPr>
          <w:rFonts w:ascii="Palatino Linotype" w:hAnsi="Palatino Linotype"/>
          <w:spacing w:val="-8"/>
          <w:sz w:val="24"/>
          <w:szCs w:val="28"/>
          <w:lang w:val="nl-NL"/>
        </w:rPr>
        <w:t xml:space="preserve">Cho hai số thực dương </w:t>
      </w:r>
      <w:r w:rsidRPr="000B2A56">
        <w:rPr>
          <w:position w:val="-12"/>
          <w:lang w:val="nl-NL"/>
        </w:rPr>
        <w:object w:dxaOrig="520" w:dyaOrig="300" w14:anchorId="11E576D6">
          <v:shape id="_x0000_i1758" type="#_x0000_t75" style="width:26pt;height:15pt" o:ole="">
            <v:imagedata r:id="rId1458" o:title=""/>
          </v:shape>
          <o:OLEObject Type="Embed" ProgID="Equation.DSMT4" ShapeID="_x0000_i1758" DrawAspect="Content" ObjectID="_1702753314" r:id="rId1459"/>
        </w:object>
      </w:r>
      <w:r w:rsidRPr="000B2A56">
        <w:rPr>
          <w:rFonts w:ascii="Palatino Linotype" w:hAnsi="Palatino Linotype"/>
          <w:spacing w:val="-8"/>
          <w:sz w:val="24"/>
          <w:szCs w:val="28"/>
        </w:rPr>
        <w:t xml:space="preserve"> </w:t>
      </w:r>
      <w:r w:rsidRPr="000B2A56">
        <w:rPr>
          <w:rFonts w:ascii="Palatino Linotype" w:hAnsi="Palatino Linotype"/>
          <w:spacing w:val="-8"/>
          <w:sz w:val="24"/>
          <w:szCs w:val="28"/>
          <w:lang w:val="nl-NL"/>
        </w:rPr>
        <w:t xml:space="preserve">thỏa mãn </w:t>
      </w:r>
      <w:r w:rsidRPr="000B2A56">
        <w:rPr>
          <w:position w:val="-12"/>
          <w:lang w:val="nl-NL"/>
        </w:rPr>
        <w:object w:dxaOrig="999" w:dyaOrig="360" w14:anchorId="2B0CABFC">
          <v:shape id="_x0000_i1759" type="#_x0000_t75" style="width:50pt;height:18pt" o:ole="">
            <v:imagedata r:id="rId1460" o:title=""/>
          </v:shape>
          <o:OLEObject Type="Embed" ProgID="Equation.DSMT4" ShapeID="_x0000_i1759" DrawAspect="Content" ObjectID="_1702753315" r:id="rId1461"/>
        </w:object>
      </w:r>
      <w:r w:rsidRPr="000B2A56">
        <w:rPr>
          <w:rFonts w:ascii="Palatino Linotype" w:hAnsi="Palatino Linotype"/>
          <w:spacing w:val="-8"/>
          <w:sz w:val="24"/>
          <w:szCs w:val="28"/>
          <w:lang w:val="nl-NL"/>
        </w:rPr>
        <w:t xml:space="preserve">. Giá trị nhỏ nhất của </w:t>
      </w:r>
      <w:r w:rsidRPr="000B2A56">
        <w:rPr>
          <w:position w:val="-32"/>
          <w:lang w:val="nl-NL"/>
        </w:rPr>
        <w:object w:dxaOrig="1180" w:dyaOrig="760" w14:anchorId="202EBDE3">
          <v:shape id="_x0000_i1760" type="#_x0000_t75" style="width:59pt;height:38pt" o:ole="">
            <v:imagedata r:id="rId1462" o:title=""/>
          </v:shape>
          <o:OLEObject Type="Embed" ProgID="Equation.DSMT4" ShapeID="_x0000_i1760" DrawAspect="Content" ObjectID="_1702753316" r:id="rId1463"/>
        </w:object>
      </w:r>
      <w:r w:rsidRPr="000B2A56">
        <w:rPr>
          <w:rFonts w:ascii="Palatino Linotype" w:hAnsi="Palatino Linotype"/>
          <w:spacing w:val="-8"/>
          <w:sz w:val="24"/>
          <w:szCs w:val="28"/>
          <w:lang w:val="nl-NL"/>
        </w:rPr>
        <w:t xml:space="preserve"> là:</w:t>
      </w:r>
    </w:p>
    <w:p w14:paraId="5DFD8CA2" w14:textId="620A3F5A" w:rsidR="001E13C8" w:rsidRPr="000B2A56" w:rsidRDefault="005E66A8" w:rsidP="005E66A8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8"/>
        </w:rPr>
      </w:pPr>
      <w:r w:rsidRPr="000B2A56">
        <w:rPr>
          <w:rFonts w:ascii="Palatino Linotype" w:hAnsi="Palatino Linotype"/>
          <w:b/>
          <w:color w:val="008000"/>
          <w:sz w:val="24"/>
          <w:szCs w:val="28"/>
          <w:lang w:val="nl-NL"/>
        </w:rPr>
        <w:t xml:space="preserve">A. </w:t>
      </w:r>
      <w:r w:rsidR="001E13C8" w:rsidRPr="000B2A56">
        <w:rPr>
          <w:rFonts w:ascii="Palatino Linotype" w:hAnsi="Palatino Linotype"/>
          <w:position w:val="-4"/>
          <w:sz w:val="24"/>
          <w:szCs w:val="28"/>
          <w:lang w:val="nl-NL"/>
        </w:rPr>
        <w:object w:dxaOrig="220" w:dyaOrig="279" w14:anchorId="3C37710D">
          <v:shape id="_x0000_i1761" type="#_x0000_t75" style="width:11pt;height:14pt" o:ole="">
            <v:imagedata r:id="rId1464" o:title=""/>
          </v:shape>
          <o:OLEObject Type="Embed" ProgID="Equation.DSMT4" ShapeID="_x0000_i1761" DrawAspect="Content" ObjectID="_1702753317" r:id="rId1465"/>
        </w:object>
      </w:r>
      <w:r w:rsidR="001E13C8" w:rsidRPr="000B2A56">
        <w:rPr>
          <w:rFonts w:ascii="Palatino Linotype" w:hAnsi="Palatino Linotype"/>
          <w:sz w:val="24"/>
          <w:szCs w:val="28"/>
          <w:lang w:val="nl-NL"/>
        </w:rPr>
        <w:t>.</w:t>
      </w:r>
      <w:r w:rsidRPr="000B2A56">
        <w:rPr>
          <w:rFonts w:ascii="Palatino Linotype" w:hAnsi="Palatino Linotype"/>
          <w:sz w:val="24"/>
          <w:szCs w:val="28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8"/>
          <w:lang w:val="nl-NL"/>
        </w:rPr>
        <w:t xml:space="preserve">B. </w:t>
      </w:r>
      <w:r w:rsidR="001E13C8" w:rsidRPr="000B2A56">
        <w:rPr>
          <w:rFonts w:ascii="Palatino Linotype" w:hAnsi="Palatino Linotype"/>
          <w:position w:val="-6"/>
          <w:sz w:val="24"/>
          <w:szCs w:val="28"/>
          <w:lang w:val="nl-NL"/>
        </w:rPr>
        <w:object w:dxaOrig="200" w:dyaOrig="300" w14:anchorId="35F8D36B">
          <v:shape id="_x0000_i1762" type="#_x0000_t75" style="width:10pt;height:15pt" o:ole="">
            <v:imagedata r:id="rId1466" o:title=""/>
          </v:shape>
          <o:OLEObject Type="Embed" ProgID="Equation.DSMT4" ShapeID="_x0000_i1762" DrawAspect="Content" ObjectID="_1702753318" r:id="rId1467"/>
        </w:object>
      </w:r>
      <w:r w:rsidR="001E13C8" w:rsidRPr="000B2A56">
        <w:rPr>
          <w:rFonts w:ascii="Palatino Linotype" w:hAnsi="Palatino Linotype"/>
          <w:sz w:val="24"/>
          <w:szCs w:val="28"/>
          <w:lang w:val="nl-NL"/>
        </w:rPr>
        <w:t>.</w:t>
      </w:r>
      <w:r w:rsidRPr="000B2A56">
        <w:rPr>
          <w:rFonts w:ascii="Palatino Linotype" w:hAnsi="Palatino Linotype"/>
          <w:sz w:val="24"/>
          <w:szCs w:val="28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8"/>
          <w:lang w:val="nl-NL"/>
        </w:rPr>
        <w:t xml:space="preserve">C. </w:t>
      </w:r>
      <w:r w:rsidR="001E13C8" w:rsidRPr="000B2A56">
        <w:rPr>
          <w:rFonts w:ascii="Palatino Linotype" w:hAnsi="Palatino Linotype"/>
          <w:position w:val="-6"/>
          <w:sz w:val="24"/>
          <w:szCs w:val="28"/>
          <w:lang w:val="nl-NL"/>
        </w:rPr>
        <w:object w:dxaOrig="200" w:dyaOrig="300" w14:anchorId="25D38597">
          <v:shape id="_x0000_i1763" type="#_x0000_t75" style="width:10pt;height:15pt" o:ole="">
            <v:imagedata r:id="rId1468" o:title=""/>
          </v:shape>
          <o:OLEObject Type="Embed" ProgID="Equation.DSMT4" ShapeID="_x0000_i1763" DrawAspect="Content" ObjectID="_1702753319" r:id="rId1469"/>
        </w:object>
      </w:r>
      <w:r w:rsidR="001E13C8" w:rsidRPr="000B2A56">
        <w:rPr>
          <w:rFonts w:ascii="Palatino Linotype" w:hAnsi="Palatino Linotype"/>
          <w:sz w:val="24"/>
          <w:szCs w:val="28"/>
          <w:lang w:val="nl-NL"/>
        </w:rPr>
        <w:t>.</w:t>
      </w:r>
      <w:r w:rsidRPr="000B2A56">
        <w:rPr>
          <w:rFonts w:ascii="Palatino Linotype" w:hAnsi="Palatino Linotype"/>
          <w:sz w:val="24"/>
          <w:szCs w:val="28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8"/>
          <w:lang w:val="nl-NL"/>
        </w:rPr>
        <w:t xml:space="preserve">D. </w:t>
      </w:r>
      <w:r w:rsidR="001E13C8" w:rsidRPr="000B2A56">
        <w:rPr>
          <w:rFonts w:ascii="Palatino Linotype" w:hAnsi="Palatino Linotype"/>
          <w:position w:val="-4"/>
          <w:sz w:val="24"/>
          <w:szCs w:val="28"/>
          <w:lang w:val="nl-NL"/>
        </w:rPr>
        <w:object w:dxaOrig="220" w:dyaOrig="279" w14:anchorId="3EB8C3E7">
          <v:shape id="_x0000_i1764" type="#_x0000_t75" style="width:11pt;height:14pt" o:ole="">
            <v:imagedata r:id="rId1470" o:title=""/>
          </v:shape>
          <o:OLEObject Type="Embed" ProgID="Equation.DSMT4" ShapeID="_x0000_i1764" DrawAspect="Content" ObjectID="_1702753320" r:id="rId1471"/>
        </w:object>
      </w:r>
      <w:r w:rsidR="001E13C8" w:rsidRPr="000B2A56">
        <w:rPr>
          <w:rFonts w:ascii="Palatino Linotype" w:hAnsi="Palatino Linotype"/>
          <w:sz w:val="24"/>
          <w:szCs w:val="28"/>
        </w:rPr>
        <w:t>.</w:t>
      </w:r>
    </w:p>
    <w:p w14:paraId="58BFB3AF" w14:textId="439D1155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6"/>
          <w:lang w:val="fr-FR"/>
        </w:rPr>
      </w:pPr>
      <w:r w:rsidRPr="000B2A56">
        <w:rPr>
          <w:rFonts w:ascii="Palatino Linotype" w:hAnsi="Palatino Linotype"/>
          <w:sz w:val="24"/>
          <w:szCs w:val="26"/>
          <w:lang w:val="fr-FR"/>
        </w:rPr>
        <w:t xml:space="preserve">Cho </w:t>
      </w:r>
      <w:r w:rsidRPr="000B2A56">
        <w:rPr>
          <w:position w:val="-10"/>
        </w:rPr>
        <w:object w:dxaOrig="1060" w:dyaOrig="380" w14:anchorId="51404AC9">
          <v:shape id="_x0000_i1765" type="#_x0000_t75" style="width:51.5pt;height:19.5pt" o:ole="">
            <v:imagedata r:id="rId1472" o:title=""/>
          </v:shape>
          <o:OLEObject Type="Embed" ProgID="Equation.DSMT4" ShapeID="_x0000_i1765" DrawAspect="Content" ObjectID="_1702753321" r:id="rId1473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 và </w:t>
      </w:r>
      <w:r w:rsidRPr="000B2A56">
        <w:rPr>
          <w:position w:val="-10"/>
        </w:rPr>
        <w:object w:dxaOrig="960" w:dyaOrig="380" w14:anchorId="2A81E101">
          <v:shape id="_x0000_i1766" type="#_x0000_t75" style="width:46pt;height:19.5pt" o:ole="">
            <v:imagedata r:id="rId1474" o:title=""/>
          </v:shape>
          <o:OLEObject Type="Embed" ProgID="Equation.DSMT4" ShapeID="_x0000_i1766" DrawAspect="Content" ObjectID="_1702753322" r:id="rId1475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. Giá trị của </w:t>
      </w:r>
      <w:r w:rsidRPr="000B2A56">
        <w:rPr>
          <w:position w:val="-6"/>
        </w:rPr>
        <w:object w:dxaOrig="240" w:dyaOrig="200" w14:anchorId="53A1B0FD">
          <v:shape id="_x0000_i1767" type="#_x0000_t75" style="width:12.5pt;height:9.5pt" o:ole="">
            <v:imagedata r:id="rId1476" o:title=""/>
          </v:shape>
          <o:OLEObject Type="Embed" ProgID="Equation.DSMT4" ShapeID="_x0000_i1767" DrawAspect="Content" ObjectID="_1702753323" r:id="rId1477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để </w:t>
      </w:r>
      <w:r w:rsidRPr="000B2A56">
        <w:rPr>
          <w:position w:val="-6"/>
        </w:rPr>
        <w:object w:dxaOrig="200" w:dyaOrig="340" w14:anchorId="7D0FBAA4">
          <v:shape id="_x0000_i1768" type="#_x0000_t75" style="width:9.5pt;height:17.5pt" o:ole="">
            <v:imagedata r:id="rId1478" o:title=""/>
          </v:shape>
          <o:OLEObject Type="Embed" ProgID="Equation.DSMT4" ShapeID="_x0000_i1768" DrawAspect="Content" ObjectID="_1702753324" r:id="rId1479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 và </w:t>
      </w:r>
      <w:r w:rsidRPr="000B2A56">
        <w:rPr>
          <w:position w:val="-6"/>
        </w:rPr>
        <w:object w:dxaOrig="200" w:dyaOrig="340" w14:anchorId="5F781286">
          <v:shape id="_x0000_i1769" type="#_x0000_t75" style="width:9.5pt;height:17.5pt" o:ole="">
            <v:imagedata r:id="rId1480" o:title=""/>
          </v:shape>
          <o:OLEObject Type="Embed" ProgID="Equation.DSMT4" ShapeID="_x0000_i1769" DrawAspect="Content" ObjectID="_1702753325" r:id="rId1481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 cùng phương là:</w:t>
      </w:r>
    </w:p>
    <w:p w14:paraId="6F7BCE4D" w14:textId="02D9A97E" w:rsidR="001E13C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FF"/>
          <w:sz w:val="24"/>
          <w:szCs w:val="26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A. </w:t>
      </w:r>
      <w:r w:rsidR="001E13C8" w:rsidRPr="000B2A56">
        <w:rPr>
          <w:rFonts w:ascii="Palatino Linotype" w:hAnsi="Palatino Linotype"/>
          <w:b/>
          <w:color w:val="0000FF"/>
          <w:position w:val="-6"/>
          <w:sz w:val="24"/>
          <w:szCs w:val="26"/>
        </w:rPr>
        <w:object w:dxaOrig="360" w:dyaOrig="260" w14:anchorId="1C6B7CB8">
          <v:shape id="_x0000_i1770" type="#_x0000_t75" style="width:18.5pt;height:12pt" o:ole="">
            <v:imagedata r:id="rId1482" o:title=""/>
          </v:shape>
          <o:OLEObject Type="Embed" ProgID="Equation.DSMT4" ShapeID="_x0000_i1770" DrawAspect="Content" ObjectID="_1702753326" r:id="rId1483"/>
        </w:object>
      </w:r>
      <w:r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B. </w:t>
      </w:r>
      <w:r w:rsidR="001E13C8" w:rsidRPr="000B2A56">
        <w:rPr>
          <w:rFonts w:ascii="Palatino Linotype" w:hAnsi="Palatino Linotype"/>
          <w:b/>
          <w:color w:val="0000FF"/>
          <w:position w:val="-24"/>
          <w:sz w:val="24"/>
          <w:szCs w:val="26"/>
        </w:rPr>
        <w:object w:dxaOrig="480" w:dyaOrig="620" w14:anchorId="629C50BF">
          <v:shape id="_x0000_i1771" type="#_x0000_t75" style="width:24pt;height:30.5pt" o:ole="">
            <v:imagedata r:id="rId1484" o:title=""/>
          </v:shape>
          <o:OLEObject Type="Embed" ProgID="Equation.DSMT4" ShapeID="_x0000_i1771" DrawAspect="Content" ObjectID="_1702753327" r:id="rId1485"/>
        </w:object>
      </w:r>
      <w:r w:rsidR="001E13C8"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>.</w:t>
      </w:r>
      <w:r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C. </w:t>
      </w:r>
      <w:r w:rsidR="001E13C8" w:rsidRPr="000B2A56">
        <w:rPr>
          <w:rFonts w:ascii="Palatino Linotype" w:hAnsi="Palatino Linotype"/>
          <w:b/>
          <w:color w:val="0000FF"/>
          <w:position w:val="-6"/>
          <w:sz w:val="24"/>
          <w:szCs w:val="26"/>
        </w:rPr>
        <w:object w:dxaOrig="460" w:dyaOrig="260" w14:anchorId="21D2882E">
          <v:shape id="_x0000_i1772" type="#_x0000_t75" style="width:24pt;height:12pt" o:ole="">
            <v:imagedata r:id="rId1486" o:title=""/>
          </v:shape>
          <o:OLEObject Type="Embed" ProgID="Equation.DSMT4" ShapeID="_x0000_i1772" DrawAspect="Content" ObjectID="_1702753328" r:id="rId1487"/>
        </w:object>
      </w:r>
      <w:r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D. </w:t>
      </w:r>
      <w:r w:rsidR="001E13C8" w:rsidRPr="000B2A56">
        <w:rPr>
          <w:rFonts w:ascii="Palatino Linotype" w:hAnsi="Palatino Linotype"/>
          <w:b/>
          <w:color w:val="0000FF"/>
          <w:position w:val="-24"/>
          <w:sz w:val="24"/>
          <w:szCs w:val="26"/>
        </w:rPr>
        <w:object w:dxaOrig="480" w:dyaOrig="620" w14:anchorId="24BF098E">
          <v:shape id="_x0000_i1773" type="#_x0000_t75" style="width:24pt;height:30.5pt" o:ole="">
            <v:imagedata r:id="rId1488" o:title=""/>
          </v:shape>
          <o:OLEObject Type="Embed" ProgID="Equation.DSMT4" ShapeID="_x0000_i1773" DrawAspect="Content" ObjectID="_1702753329" r:id="rId1489"/>
        </w:object>
      </w:r>
      <w:r w:rsidR="001E13C8"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>.</w:t>
      </w:r>
    </w:p>
    <w:p w14:paraId="089A1CDF" w14:textId="101CB59B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nl-NL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Cho các vectơ </w:t>
      </w:r>
      <w:r w:rsidRPr="000B2A56">
        <w:rPr>
          <w:position w:val="-14"/>
          <w:lang w:val="pt-BR"/>
        </w:rPr>
        <w:object w:dxaOrig="2320" w:dyaOrig="420" w14:anchorId="4FDE52F1">
          <v:shape id="_x0000_i1774" type="#_x0000_t75" style="width:116pt;height:21pt" o:ole="">
            <v:imagedata r:id="rId1490" o:title=""/>
          </v:shape>
          <o:OLEObject Type="Embed" ProgID="Equation.DSMT4" ShapeID="_x0000_i1774" DrawAspect="Content" ObjectID="_1702753330" r:id="rId1491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>. Khi đó góc giữa chúng là</w:t>
      </w:r>
    </w:p>
    <w:p w14:paraId="355D7735" w14:textId="24A86440" w:rsidR="001E13C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A. </w:t>
      </w:r>
      <w:r w:rsidR="001E13C8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nl-NL"/>
        </w:rPr>
        <w:object w:dxaOrig="400" w:dyaOrig="320" w14:anchorId="1F20D6E6">
          <v:shape id="_x0000_i1775" type="#_x0000_t75" style="width:19.5pt;height:15.5pt" o:ole="">
            <v:imagedata r:id="rId1492" o:title=""/>
          </v:shape>
          <o:OLEObject Type="Embed" ProgID="Equation.DSMT4" ShapeID="_x0000_i1775" DrawAspect="Content" ObjectID="_1702753331" r:id="rId1493"/>
        </w:object>
      </w:r>
      <w:r w:rsidR="001E13C8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B. </w:t>
      </w:r>
      <w:r w:rsidR="001E13C8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nl-NL"/>
        </w:rPr>
        <w:object w:dxaOrig="400" w:dyaOrig="320" w14:anchorId="49E0E5E2">
          <v:shape id="_x0000_i1776" type="#_x0000_t75" style="width:19.5pt;height:15.5pt" o:ole="">
            <v:imagedata r:id="rId1494" o:title=""/>
          </v:shape>
          <o:OLEObject Type="Embed" ProgID="Equation.DSMT4" ShapeID="_x0000_i1776" DrawAspect="Content" ObjectID="_1702753332" r:id="rId1495"/>
        </w:object>
      </w:r>
      <w:r w:rsidR="001E13C8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C. </w:t>
      </w:r>
      <w:r w:rsidR="001E13C8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nl-NL"/>
        </w:rPr>
        <w:object w:dxaOrig="380" w:dyaOrig="320" w14:anchorId="53DFEF02">
          <v:shape id="_x0000_i1777" type="#_x0000_t75" style="width:18.5pt;height:15.5pt" o:ole="">
            <v:imagedata r:id="rId1496" o:title=""/>
          </v:shape>
          <o:OLEObject Type="Embed" ProgID="Equation.DSMT4" ShapeID="_x0000_i1777" DrawAspect="Content" ObjectID="_1702753333" r:id="rId1497"/>
        </w:object>
      </w:r>
      <w:r w:rsidR="001E13C8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D. </w:t>
      </w:r>
      <w:r w:rsidR="001E13C8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nl-NL"/>
        </w:rPr>
        <w:object w:dxaOrig="480" w:dyaOrig="320" w14:anchorId="50E10CBF">
          <v:shape id="_x0000_i1778" type="#_x0000_t75" style="width:23pt;height:15.5pt" o:ole="">
            <v:imagedata r:id="rId1498" o:title=""/>
          </v:shape>
          <o:OLEObject Type="Embed" ProgID="Equation.DSMT4" ShapeID="_x0000_i1778" DrawAspect="Content" ObjectID="_1702753334" r:id="rId1499"/>
        </w:object>
      </w:r>
      <w:r w:rsidR="001E13C8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</w:p>
    <w:p w14:paraId="40761E45" w14:textId="4C363B27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Trong mặt phẳng </w:t>
      </w:r>
      <w:r w:rsidRPr="000B2A56">
        <w:rPr>
          <w:position w:val="-10"/>
          <w:lang w:val="vi-VN"/>
        </w:rPr>
        <w:object w:dxaOrig="460" w:dyaOrig="320" w14:anchorId="64B2E03D">
          <v:shape id="_x0000_i1779" type="#_x0000_t75" style="width:24pt;height:15.5pt" o:ole="">
            <v:imagedata r:id="rId1500" o:title=""/>
          </v:shape>
          <o:OLEObject Type="Embed" ProgID="Equation.DSMT4" ShapeID="_x0000_i1779" DrawAspect="Content" ObjectID="_1702753335" r:id="rId1501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cho </w:t>
      </w:r>
      <w:r w:rsidRPr="000B2A56">
        <w:rPr>
          <w:position w:val="-14"/>
          <w:lang w:val="vi-VN"/>
        </w:rPr>
        <w:object w:dxaOrig="999" w:dyaOrig="400" w14:anchorId="3D5170BB">
          <v:shape id="_x0000_i1780" type="#_x0000_t75" style="width:50pt;height:19.5pt" o:ole="">
            <v:imagedata r:id="rId1502" o:title=""/>
          </v:shape>
          <o:OLEObject Type="Embed" ProgID="Equation.DSMT4" ShapeID="_x0000_i1780" DrawAspect="Content" ObjectID="_1702753336" r:id="rId1503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, </w:t>
      </w:r>
      <w:r w:rsidRPr="000B2A56">
        <w:rPr>
          <w:position w:val="-14"/>
          <w:lang w:val="vi-VN"/>
        </w:rPr>
        <w:object w:dxaOrig="720" w:dyaOrig="400" w14:anchorId="785E9756">
          <v:shape id="_x0000_i1781" type="#_x0000_t75" style="width:36.5pt;height:19.5pt" o:ole="">
            <v:imagedata r:id="rId1504" o:title=""/>
          </v:shape>
          <o:OLEObject Type="Embed" ProgID="Equation.DSMT4" ShapeID="_x0000_i1781" DrawAspect="Content" ObjectID="_1702753337" r:id="rId150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, </w:t>
      </w:r>
      <w:r w:rsidRPr="000B2A56">
        <w:rPr>
          <w:position w:val="-14"/>
          <w:lang w:val="vi-VN"/>
        </w:rPr>
        <w:object w:dxaOrig="780" w:dyaOrig="400" w14:anchorId="5FE0C38A">
          <v:shape id="_x0000_i1782" type="#_x0000_t75" style="width:38pt;height:19.5pt" o:ole="">
            <v:imagedata r:id="rId1506" o:title=""/>
          </v:shape>
          <o:OLEObject Type="Embed" ProgID="Equation.DSMT4" ShapeID="_x0000_i1782" DrawAspect="Content" ObjectID="_1702753338" r:id="rId1507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>. Khảng định nào sau đây đúng.</w:t>
      </w:r>
    </w:p>
    <w:p w14:paraId="05A2B32B" w14:textId="646BA5EF" w:rsidR="005E66A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A. </w:t>
      </w:r>
      <w:r w:rsidR="001E13C8" w:rsidRPr="000B2A56">
        <w:rPr>
          <w:rFonts w:ascii="Palatino Linotype" w:hAnsi="Palatino Linotype"/>
          <w:b/>
          <w:color w:val="000000"/>
          <w:position w:val="-14"/>
          <w:sz w:val="24"/>
          <w:szCs w:val="26"/>
        </w:rPr>
        <w:object w:dxaOrig="1400" w:dyaOrig="420" w14:anchorId="4CBA645E">
          <v:shape id="_x0000_i1783" type="#_x0000_t75" style="width:70pt;height:21pt" o:ole="">
            <v:imagedata r:id="rId1508" o:title=""/>
          </v:shape>
          <o:OLEObject Type="Embed" ProgID="Equation.DSMT4" ShapeID="_x0000_i1783" DrawAspect="Content" ObjectID="_1702753339" r:id="rId1509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, </w:t>
      </w:r>
      <w:r w:rsidR="001E13C8" w:rsidRPr="000B2A56">
        <w:rPr>
          <w:rFonts w:ascii="Palatino Linotype" w:hAnsi="Palatino Linotype"/>
          <w:color w:val="000000"/>
          <w:position w:val="-14"/>
          <w:sz w:val="24"/>
          <w:szCs w:val="26"/>
        </w:rPr>
        <w:object w:dxaOrig="1120" w:dyaOrig="420" w14:anchorId="25A93ED2">
          <v:shape id="_x0000_i1784" type="#_x0000_t75" style="width:55.5pt;height:21pt" o:ole="">
            <v:imagedata r:id="rId1510" o:title=""/>
          </v:shape>
          <o:OLEObject Type="Embed" ProgID="Equation.DSMT4" ShapeID="_x0000_i1784" DrawAspect="Content" ObjectID="_1702753340" r:id="rId1511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B. </w:t>
      </w:r>
      <w:r w:rsidR="001E13C8" w:rsidRPr="000B2A56">
        <w:rPr>
          <w:rFonts w:ascii="Palatino Linotype" w:hAnsi="Palatino Linotype"/>
          <w:color w:val="000000"/>
          <w:position w:val="-6"/>
          <w:sz w:val="24"/>
          <w:szCs w:val="26"/>
        </w:rPr>
        <w:object w:dxaOrig="880" w:dyaOrig="360" w14:anchorId="68DBBB81">
          <v:shape id="_x0000_i1785" type="#_x0000_t75" style="width:44pt;height:18.5pt" o:ole="">
            <v:imagedata r:id="rId1512" o:title=""/>
          </v:shape>
          <o:OLEObject Type="Embed" ProgID="Equation.DSMT4" ShapeID="_x0000_i1785" DrawAspect="Content" ObjectID="_1702753341" r:id="rId1513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6DE26F85" w14:textId="6F6C6D70" w:rsidR="001E13C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C. </w:t>
      </w:r>
      <w:r w:rsidR="001E13C8" w:rsidRPr="000B2A56">
        <w:rPr>
          <w:rFonts w:ascii="Palatino Linotype" w:hAnsi="Palatino Linotype"/>
          <w:color w:val="000000"/>
          <w:position w:val="-18"/>
          <w:sz w:val="24"/>
          <w:szCs w:val="26"/>
        </w:rPr>
        <w:object w:dxaOrig="960" w:dyaOrig="480" w14:anchorId="50B52D10">
          <v:shape id="_x0000_i1786" type="#_x0000_t75" style="width:48pt;height:23pt" o:ole="">
            <v:imagedata r:id="rId1514" o:title=""/>
          </v:shape>
          <o:OLEObject Type="Embed" ProgID="Equation.DSMT4" ShapeID="_x0000_i1786" DrawAspect="Content" ObjectID="_1702753342" r:id="rId1515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D. </w:t>
      </w:r>
      <w:r w:rsidR="001E13C8" w:rsidRPr="000B2A56">
        <w:rPr>
          <w:rFonts w:ascii="Palatino Linotype" w:hAnsi="Palatino Linotype"/>
          <w:color w:val="000000"/>
          <w:position w:val="-18"/>
          <w:sz w:val="24"/>
          <w:szCs w:val="26"/>
        </w:rPr>
        <w:object w:dxaOrig="820" w:dyaOrig="480" w14:anchorId="518E998D">
          <v:shape id="_x0000_i1787" type="#_x0000_t75" style="width:41pt;height:23pt" o:ole="">
            <v:imagedata r:id="rId1516" o:title=""/>
          </v:shape>
          <o:OLEObject Type="Embed" ProgID="Equation.DSMT4" ShapeID="_x0000_i1787" DrawAspect="Content" ObjectID="_1702753343" r:id="rId1517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16C21267" w14:textId="4BAEEEAB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fr-FR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Cho hình thang vuông </w:t>
      </w:r>
      <w:r w:rsidRPr="000B2A56">
        <w:rPr>
          <w:position w:val="-6"/>
          <w:lang w:val="vi-VN"/>
        </w:rPr>
        <w:object w:dxaOrig="720" w:dyaOrig="279" w14:anchorId="66A58EC9">
          <v:shape id="_x0000_i1788" type="#_x0000_t75" style="width:36.5pt;height:14.5pt" o:ole="">
            <v:imagedata r:id="rId1518" o:title=""/>
          </v:shape>
          <o:OLEObject Type="Embed" ProgID="Equation.DSMT4" ShapeID="_x0000_i1788" DrawAspect="Content" ObjectID="_1702753344" r:id="rId1519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có đáy lớn </w:t>
      </w:r>
      <w:r w:rsidRPr="000B2A56">
        <w:rPr>
          <w:position w:val="-6"/>
          <w:lang w:val="vi-VN"/>
        </w:rPr>
        <w:object w:dxaOrig="880" w:dyaOrig="279" w14:anchorId="7863A9AE">
          <v:shape id="_x0000_i1789" type="#_x0000_t75" style="width:44pt;height:14.5pt" o:ole="">
            <v:imagedata r:id="rId1520" o:title=""/>
          </v:shape>
          <o:OLEObject Type="Embed" ProgID="Equation.DSMT4" ShapeID="_x0000_i1789" DrawAspect="Content" ObjectID="_1702753345" r:id="rId1521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, đáy nhỏ </w:t>
      </w:r>
      <w:r w:rsidRPr="000B2A56">
        <w:rPr>
          <w:position w:val="-6"/>
          <w:lang w:val="vi-VN"/>
        </w:rPr>
        <w:object w:dxaOrig="900" w:dyaOrig="279" w14:anchorId="2271714C">
          <v:shape id="_x0000_i1790" type="#_x0000_t75" style="width:45pt;height:14.5pt" o:ole="">
            <v:imagedata r:id="rId1522" o:title=""/>
          </v:shape>
          <o:OLEObject Type="Embed" ProgID="Equation.DSMT4" ShapeID="_x0000_i1790" DrawAspect="Content" ObjectID="_1702753346" r:id="rId1523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, đường cao </w:t>
      </w:r>
      <w:r w:rsidRPr="000B2A56">
        <w:rPr>
          <w:position w:val="-6"/>
          <w:lang w:val="vi-VN"/>
        </w:rPr>
        <w:object w:dxaOrig="900" w:dyaOrig="279" w14:anchorId="75143876">
          <v:shape id="_x0000_i1791" type="#_x0000_t75" style="width:45pt;height:14.5pt" o:ole="">
            <v:imagedata r:id="rId1524" o:title=""/>
          </v:shape>
          <o:OLEObject Type="Embed" ProgID="Equation.DSMT4" ShapeID="_x0000_i1791" DrawAspect="Content" ObjectID="_1702753347" r:id="rId152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; </w:t>
      </w:r>
      <w:r w:rsidRPr="000B2A56">
        <w:rPr>
          <w:position w:val="-4"/>
          <w:lang w:val="vi-VN"/>
        </w:rPr>
        <w:object w:dxaOrig="200" w:dyaOrig="260" w14:anchorId="23C70E7D">
          <v:shape id="_x0000_i1792" type="#_x0000_t75" style="width:10pt;height:13pt" o:ole="">
            <v:imagedata r:id="rId1526" o:title=""/>
          </v:shape>
          <o:OLEObject Type="Embed" ProgID="Equation.DSMT4" ShapeID="_x0000_i1792" DrawAspect="Content" ObjectID="_1702753348" r:id="rId1527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là trung điểm của </w:t>
      </w:r>
      <w:r w:rsidRPr="000B2A56">
        <w:rPr>
          <w:position w:val="-4"/>
          <w:lang w:val="vi-VN"/>
        </w:rPr>
        <w:object w:dxaOrig="420" w:dyaOrig="260" w14:anchorId="2683A28F">
          <v:shape id="_x0000_i1793" type="#_x0000_t75" style="width:21pt;height:13pt" o:ole="">
            <v:imagedata r:id="rId1528" o:title=""/>
          </v:shape>
          <o:OLEObject Type="Embed" ProgID="Equation.DSMT4" ShapeID="_x0000_i1793" DrawAspect="Content" ObjectID="_1702753349" r:id="rId1529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. 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 xml:space="preserve">Câu nào sau đây 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fr-FR"/>
        </w:rPr>
        <w:t>sai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>?</w:t>
      </w:r>
    </w:p>
    <w:p w14:paraId="19A96536" w14:textId="511FE9E1" w:rsidR="001E13C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A. </w:t>
      </w:r>
      <w:r w:rsidR="001E13C8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fr-FR"/>
        </w:rPr>
        <w:object w:dxaOrig="1340" w:dyaOrig="340" w14:anchorId="230016ED">
          <v:shape id="_x0000_i1794" type="#_x0000_t75" style="width:67.5pt;height:17pt" o:ole="">
            <v:imagedata r:id="rId1530" o:title=""/>
          </v:shape>
          <o:OLEObject Type="Embed" ProgID="Equation.DSMT4" ShapeID="_x0000_i1794" DrawAspect="Content" ObjectID="_1702753350" r:id="rId1531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fr-FR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B. </w:t>
      </w:r>
      <w:r w:rsidR="001E13C8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fr-FR"/>
        </w:rPr>
        <w:object w:dxaOrig="1160" w:dyaOrig="340" w14:anchorId="557C46CE">
          <v:shape id="_x0000_i1795" type="#_x0000_t75" style="width:58pt;height:17pt" o:ole="">
            <v:imagedata r:id="rId1532" o:title=""/>
          </v:shape>
          <o:OLEObject Type="Embed" ProgID="Equation.DSMT4" ShapeID="_x0000_i1795" DrawAspect="Content" ObjectID="_1702753351" r:id="rId1533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fr-FR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C. </w:t>
      </w:r>
      <w:r w:rsidR="001E13C8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fr-FR"/>
        </w:rPr>
        <w:object w:dxaOrig="1140" w:dyaOrig="340" w14:anchorId="1BB53C55">
          <v:shape id="_x0000_i1796" type="#_x0000_t75" style="width:57pt;height:17pt" o:ole="">
            <v:imagedata r:id="rId1534" o:title=""/>
          </v:shape>
          <o:OLEObject Type="Embed" ProgID="Equation.DSMT4" ShapeID="_x0000_i1796" DrawAspect="Content" ObjectID="_1702753352" r:id="rId1535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fr-FR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D. </w:t>
      </w:r>
      <w:r w:rsidR="001E13C8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vi-VN"/>
        </w:rPr>
        <w:object w:dxaOrig="1120" w:dyaOrig="340" w14:anchorId="12D84726">
          <v:shape id="_x0000_i1797" type="#_x0000_t75" style="width:55.5pt;height:17pt" o:ole="">
            <v:imagedata r:id="rId1536" o:title=""/>
          </v:shape>
          <o:OLEObject Type="Embed" ProgID="Equation.DSMT4" ShapeID="_x0000_i1797" DrawAspect="Content" ObjectID="_1702753353" r:id="rId1537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fr-FR"/>
        </w:rPr>
        <w:t>.</w:t>
      </w:r>
    </w:p>
    <w:p w14:paraId="3922B091" w14:textId="0DD450C5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nl-NL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Cho hai điểm </w:t>
      </w:r>
      <w:r w:rsidRPr="000B2A56">
        <w:rPr>
          <w:position w:val="-14"/>
          <w:lang w:val="pt-BR"/>
        </w:rPr>
        <w:object w:dxaOrig="1820" w:dyaOrig="400" w14:anchorId="0E2E2E1C">
          <v:shape id="_x0000_i1798" type="#_x0000_t75" style="width:90.5pt;height:19.5pt" o:ole="">
            <v:imagedata r:id="rId1538" o:title=""/>
          </v:shape>
          <o:OLEObject Type="Embed" ProgID="Equation.DSMT4" ShapeID="_x0000_i1798" DrawAspect="Content" ObjectID="_1702753354" r:id="rId1539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 Tìm điểm </w:t>
      </w:r>
      <w:r w:rsidRPr="000B2A56">
        <w:rPr>
          <w:position w:val="-4"/>
          <w:lang w:val="pt-BR"/>
        </w:rPr>
        <w:object w:dxaOrig="320" w:dyaOrig="260" w14:anchorId="1CABAF95">
          <v:shape id="_x0000_i1799" type="#_x0000_t75" style="width:15.5pt;height:13pt" o:ole="">
            <v:imagedata r:id="rId1540" o:title=""/>
          </v:shape>
          <o:OLEObject Type="Embed" ProgID="Equation.DSMT4" ShapeID="_x0000_i1799" DrawAspect="Content" ObjectID="_1702753355" r:id="rId1541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 thuộc trục </w:t>
      </w:r>
      <w:r w:rsidRPr="000B2A56">
        <w:rPr>
          <w:position w:val="-6"/>
          <w:lang w:val="pt-BR"/>
        </w:rPr>
        <w:object w:dxaOrig="360" w:dyaOrig="279" w14:anchorId="017B9E94">
          <v:shape id="_x0000_i1800" type="#_x0000_t75" style="width:18.5pt;height:14.5pt" o:ole="">
            <v:imagedata r:id="rId1542" o:title=""/>
          </v:shape>
          <o:OLEObject Type="Embed" ProgID="Equation.DSMT4" ShapeID="_x0000_i1800" DrawAspect="Content" ObjectID="_1702753356" r:id="rId1543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và có hoành độ dương để tam giác </w:t>
      </w:r>
      <w:r w:rsidRPr="000B2A56">
        <w:rPr>
          <w:position w:val="-4"/>
          <w:lang w:val="pt-BR"/>
        </w:rPr>
        <w:object w:dxaOrig="580" w:dyaOrig="260" w14:anchorId="7E7F571F">
          <v:shape id="_x0000_i1801" type="#_x0000_t75" style="width:28.5pt;height:13pt" o:ole="">
            <v:imagedata r:id="rId1544" o:title=""/>
          </v:shape>
          <o:OLEObject Type="Embed" ProgID="Equation.DSMT4" ShapeID="_x0000_i1801" DrawAspect="Content" ObjectID="_1702753357" r:id="rId154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 vuông tại </w:t>
      </w:r>
      <w:r w:rsidRPr="000B2A56">
        <w:rPr>
          <w:position w:val="-4"/>
          <w:lang w:val="pt-BR"/>
        </w:rPr>
        <w:object w:dxaOrig="320" w:dyaOrig="260" w14:anchorId="763E4BC7">
          <v:shape id="_x0000_i1802" type="#_x0000_t75" style="width:15.5pt;height:13pt" o:ole="">
            <v:imagedata r:id="rId1546" o:title=""/>
          </v:shape>
          <o:OLEObject Type="Embed" ProgID="Equation.DSMT4" ShapeID="_x0000_i1802" DrawAspect="Content" ObjectID="_1702753358" r:id="rId1547"/>
        </w:object>
      </w:r>
    </w:p>
    <w:p w14:paraId="1A98FC24" w14:textId="55F7F697" w:rsidR="001E13C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A. </w:t>
      </w:r>
      <w:r w:rsidR="001E13C8" w:rsidRPr="000B2A56">
        <w:rPr>
          <w:rFonts w:ascii="Palatino Linotype" w:hAnsi="Palatino Linotype"/>
          <w:b/>
          <w:color w:val="000000"/>
          <w:position w:val="-14"/>
          <w:sz w:val="24"/>
          <w:szCs w:val="26"/>
          <w:lang w:val="nl-NL"/>
        </w:rPr>
        <w:object w:dxaOrig="859" w:dyaOrig="400" w14:anchorId="4EEDFEEA">
          <v:shape id="_x0000_i1803" type="#_x0000_t75" style="width:43pt;height:19.5pt" o:ole="">
            <v:imagedata r:id="rId1548" o:title=""/>
          </v:shape>
          <o:OLEObject Type="Embed" ProgID="Equation.DSMT4" ShapeID="_x0000_i1803" DrawAspect="Content" ObjectID="_1702753359" r:id="rId1549"/>
        </w:object>
      </w:r>
      <w:r w:rsidR="001E13C8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B. </w:t>
      </w:r>
      <w:r w:rsidR="001E13C8" w:rsidRPr="000B2A56">
        <w:rPr>
          <w:rFonts w:ascii="Palatino Linotype" w:hAnsi="Palatino Linotype"/>
          <w:b/>
          <w:color w:val="000000"/>
          <w:position w:val="-14"/>
          <w:sz w:val="24"/>
          <w:szCs w:val="26"/>
          <w:lang w:val="nl-NL"/>
        </w:rPr>
        <w:object w:dxaOrig="840" w:dyaOrig="400" w14:anchorId="1B5926F5">
          <v:shape id="_x0000_i1804" type="#_x0000_t75" style="width:42pt;height:19.5pt" o:ole="">
            <v:imagedata r:id="rId1550" o:title=""/>
          </v:shape>
          <o:OLEObject Type="Embed" ProgID="Equation.DSMT4" ShapeID="_x0000_i1804" DrawAspect="Content" ObjectID="_1702753360" r:id="rId1551"/>
        </w:object>
      </w:r>
      <w:r w:rsidR="001E13C8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C. </w:t>
      </w:r>
      <w:r w:rsidR="001E13C8" w:rsidRPr="000B2A56">
        <w:rPr>
          <w:rFonts w:ascii="Palatino Linotype" w:hAnsi="Palatino Linotype"/>
          <w:b/>
          <w:color w:val="000000"/>
          <w:position w:val="-14"/>
          <w:sz w:val="24"/>
          <w:szCs w:val="26"/>
          <w:lang w:val="nl-NL"/>
        </w:rPr>
        <w:object w:dxaOrig="840" w:dyaOrig="400" w14:anchorId="46385793">
          <v:shape id="_x0000_i1805" type="#_x0000_t75" style="width:42pt;height:19.5pt" o:ole="">
            <v:imagedata r:id="rId1552" o:title=""/>
          </v:shape>
          <o:OLEObject Type="Embed" ProgID="Equation.DSMT4" ShapeID="_x0000_i1805" DrawAspect="Content" ObjectID="_1702753361" r:id="rId1553"/>
        </w:object>
      </w:r>
      <w:r w:rsidR="001E13C8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D. </w:t>
      </w:r>
      <w:r w:rsidR="001E13C8" w:rsidRPr="000B2A56">
        <w:rPr>
          <w:rFonts w:ascii="Palatino Linotype" w:hAnsi="Palatino Linotype"/>
          <w:b/>
          <w:color w:val="000000"/>
          <w:position w:val="-14"/>
          <w:sz w:val="24"/>
          <w:szCs w:val="26"/>
          <w:lang w:val="nl-NL"/>
        </w:rPr>
        <w:object w:dxaOrig="840" w:dyaOrig="400" w14:anchorId="7A8482AF">
          <v:shape id="_x0000_i1806" type="#_x0000_t75" style="width:42pt;height:19.5pt" o:ole="">
            <v:imagedata r:id="rId1554" o:title=""/>
          </v:shape>
          <o:OLEObject Type="Embed" ProgID="Equation.DSMT4" ShapeID="_x0000_i1806" DrawAspect="Content" ObjectID="_1702753362" r:id="rId1555"/>
        </w:object>
      </w:r>
      <w:r w:rsidR="001E13C8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</w:p>
    <w:p w14:paraId="5E22ACA9" w14:textId="7C7F1D1C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Cho </w:t>
      </w:r>
      <w:r w:rsidRPr="000B2A56">
        <w:rPr>
          <w:position w:val="-4"/>
          <w:lang w:val="vi-VN"/>
        </w:rPr>
        <w:object w:dxaOrig="320" w:dyaOrig="260" w14:anchorId="48965D13">
          <v:shape id="_x0000_i1807" type="#_x0000_t75" style="width:15.5pt;height:13pt" o:ole="">
            <v:imagedata r:id="rId1556" o:title=""/>
          </v:shape>
          <o:OLEObject Type="Embed" ProgID="Equation.DSMT4" ShapeID="_x0000_i1807" DrawAspect="Content" ObjectID="_1702753363" r:id="rId1557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là trung điểm </w:t>
      </w:r>
      <w:r w:rsidRPr="000B2A56">
        <w:rPr>
          <w:position w:val="-4"/>
          <w:lang w:val="vi-VN"/>
        </w:rPr>
        <w:object w:dxaOrig="400" w:dyaOrig="260" w14:anchorId="4B7D7226">
          <v:shape id="_x0000_i1808" type="#_x0000_t75" style="width:19.5pt;height:13pt" o:ole="">
            <v:imagedata r:id="rId1558" o:title=""/>
          </v:shape>
          <o:OLEObject Type="Embed" ProgID="Equation.DSMT4" ShapeID="_x0000_i1808" DrawAspect="Content" ObjectID="_1702753364" r:id="rId1559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>, tìm biểu thức sai:</w:t>
      </w:r>
    </w:p>
    <w:p w14:paraId="60266FBA" w14:textId="33DCD5B2" w:rsidR="005E66A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A. </w:t>
      </w:r>
      <w:r w:rsidR="001E13C8" w:rsidRPr="000B2A56">
        <w:rPr>
          <w:rFonts w:ascii="Palatino Linotype" w:hAnsi="Palatino Linotype"/>
          <w:color w:val="000000"/>
          <w:position w:val="-6"/>
          <w:sz w:val="24"/>
          <w:szCs w:val="26"/>
          <w:lang w:val="vi-VN"/>
        </w:rPr>
        <w:object w:dxaOrig="1860" w:dyaOrig="340" w14:anchorId="26910A40">
          <v:shape id="_x0000_i1809" type="#_x0000_t75" style="width:93pt;height:17pt" o:ole="">
            <v:imagedata r:id="rId1560" o:title=""/>
          </v:shape>
          <o:OLEObject Type="Embed" ProgID="Equation.DSMT4" ShapeID="_x0000_i1809" DrawAspect="Content" ObjectID="_1702753365" r:id="rId1561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B. </w:t>
      </w:r>
      <w:r w:rsidR="001E13C8" w:rsidRPr="000B2A56">
        <w:rPr>
          <w:rFonts w:ascii="Palatino Linotype" w:hAnsi="Palatino Linotype"/>
          <w:color w:val="000000"/>
          <w:position w:val="-6"/>
          <w:sz w:val="24"/>
          <w:szCs w:val="26"/>
          <w:lang w:val="vi-VN"/>
        </w:rPr>
        <w:object w:dxaOrig="1939" w:dyaOrig="340" w14:anchorId="2543090D">
          <v:shape id="_x0000_i1810" type="#_x0000_t75" style="width:97pt;height:17pt" o:ole="">
            <v:imagedata r:id="rId1562" o:title=""/>
          </v:shape>
          <o:OLEObject Type="Embed" ProgID="Equation.DSMT4" ShapeID="_x0000_i1810" DrawAspect="Content" ObjectID="_1702753366" r:id="rId1563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588E0E45" w14:textId="7676E165" w:rsidR="001E13C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C. </w:t>
      </w:r>
      <w:r w:rsidR="001E13C8" w:rsidRPr="000B2A56">
        <w:rPr>
          <w:rFonts w:ascii="Palatino Linotype" w:hAnsi="Palatino Linotype"/>
          <w:color w:val="000000"/>
          <w:position w:val="-6"/>
          <w:sz w:val="24"/>
          <w:szCs w:val="26"/>
          <w:lang w:val="vi-VN"/>
        </w:rPr>
        <w:object w:dxaOrig="1840" w:dyaOrig="340" w14:anchorId="17BEFC5C">
          <v:shape id="_x0000_i1811" type="#_x0000_t75" style="width:91pt;height:17pt" o:ole="">
            <v:imagedata r:id="rId1564" o:title=""/>
          </v:shape>
          <o:OLEObject Type="Embed" ProgID="Equation.DSMT4" ShapeID="_x0000_i1811" DrawAspect="Content" ObjectID="_1702753367" r:id="rId1565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D. </w:t>
      </w:r>
      <w:r w:rsidR="001E13C8" w:rsidRPr="000B2A56">
        <w:rPr>
          <w:rFonts w:ascii="Palatino Linotype" w:hAnsi="Palatino Linotype"/>
          <w:color w:val="000000"/>
          <w:position w:val="-6"/>
          <w:sz w:val="24"/>
          <w:szCs w:val="26"/>
          <w:lang w:val="vi-VN"/>
        </w:rPr>
        <w:object w:dxaOrig="1800" w:dyaOrig="340" w14:anchorId="14E41796">
          <v:shape id="_x0000_i1812" type="#_x0000_t75" style="width:90.5pt;height:17pt" o:ole="">
            <v:imagedata r:id="rId1566" o:title=""/>
          </v:shape>
          <o:OLEObject Type="Embed" ProgID="Equation.DSMT4" ShapeID="_x0000_i1812" DrawAspect="Content" ObjectID="_1702753368" r:id="rId1567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7D43D884" w14:textId="3B8C4616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Cho 2 vectơ </w:t>
      </w:r>
      <w:r w:rsidRPr="000B2A56">
        <w:rPr>
          <w:position w:val="-6"/>
          <w:lang w:val="vi-VN"/>
        </w:rPr>
        <w:object w:dxaOrig="200" w:dyaOrig="340" w14:anchorId="0D6997E2">
          <v:shape id="_x0000_i1813" type="#_x0000_t75" style="width:10pt;height:17pt" o:ole="">
            <v:imagedata r:id="rId1568" o:title=""/>
          </v:shape>
          <o:OLEObject Type="Embed" ProgID="Equation.DSMT4" ShapeID="_x0000_i1813" DrawAspect="Content" ObjectID="_1702753369" r:id="rId1569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và </w:t>
      </w:r>
      <w:r w:rsidRPr="000B2A56">
        <w:rPr>
          <w:position w:val="-6"/>
          <w:lang w:val="vi-VN"/>
        </w:rPr>
        <w:object w:dxaOrig="200" w:dyaOrig="340" w14:anchorId="26F46A08">
          <v:shape id="_x0000_i1814" type="#_x0000_t75" style="width:10pt;height:17pt" o:ole="">
            <v:imagedata r:id="rId1570" o:title=""/>
          </v:shape>
          <o:OLEObject Type="Embed" ProgID="Equation.DSMT4" ShapeID="_x0000_i1814" DrawAspect="Content" ObjectID="_1702753370" r:id="rId1571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có </w:t>
      </w:r>
      <w:r w:rsidRPr="000B2A56">
        <w:rPr>
          <w:lang w:val="vi-VN"/>
        </w:rPr>
        <w:object w:dxaOrig="639" w:dyaOrig="480" w14:anchorId="09947FD7">
          <v:shape id="_x0000_i1815" type="#_x0000_t75" style="width:32pt;height:23pt" o:ole="">
            <v:imagedata r:id="rId1572" o:title=""/>
          </v:shape>
          <o:OLEObject Type="Embed" ProgID="Equation.DSMT4" ShapeID="_x0000_i1815" DrawAspect="Content" ObjectID="_1702753371" r:id="rId1573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, </w:t>
      </w:r>
      <w:r w:rsidRPr="000B2A56">
        <w:rPr>
          <w:lang w:val="vi-VN"/>
        </w:rPr>
        <w:object w:dxaOrig="620" w:dyaOrig="480" w14:anchorId="20F900CC">
          <v:shape id="_x0000_i1816" type="#_x0000_t75" style="width:31pt;height:23pt" o:ole="">
            <v:imagedata r:id="rId1574" o:title=""/>
          </v:shape>
          <o:OLEObject Type="Embed" ProgID="Equation.DSMT4" ShapeID="_x0000_i1816" DrawAspect="Content" ObjectID="_1702753372" r:id="rId157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và </w:t>
      </w:r>
      <w:r w:rsidRPr="000B2A56">
        <w:rPr>
          <w:lang w:val="vi-VN"/>
        </w:rPr>
        <w:object w:dxaOrig="1240" w:dyaOrig="480" w14:anchorId="0BA0539A">
          <v:shape id="_x0000_i1817" type="#_x0000_t75" style="width:61pt;height:23pt" o:ole="">
            <v:imagedata r:id="rId1576" o:title=""/>
          </v:shape>
          <o:OLEObject Type="Embed" ProgID="Equation.DSMT4" ShapeID="_x0000_i1817" DrawAspect="Content" ObjectID="_1702753373" r:id="rId1577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.Tính </w:t>
      </w:r>
      <w:r w:rsidRPr="000B2A56">
        <w:rPr>
          <w:lang w:val="vi-VN"/>
        </w:rPr>
        <w:object w:dxaOrig="600" w:dyaOrig="480" w14:anchorId="20B3E4FB">
          <v:shape id="_x0000_i1818" type="#_x0000_t75" style="width:30pt;height:23pt" o:ole="">
            <v:imagedata r:id="rId1578" o:title=""/>
          </v:shape>
          <o:OLEObject Type="Embed" ProgID="Equation.DSMT4" ShapeID="_x0000_i1818" DrawAspect="Content" ObjectID="_1702753374" r:id="rId1579"/>
        </w:object>
      </w:r>
    </w:p>
    <w:p w14:paraId="42244FB5" w14:textId="07C97DDC" w:rsidR="001E13C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A. </w:t>
      </w:r>
      <w:r w:rsidR="001E13C8" w:rsidRPr="000B2A56">
        <w:rPr>
          <w:rFonts w:ascii="Palatino Linotype" w:hAnsi="Palatino Linotype"/>
          <w:color w:val="000000"/>
          <w:position w:val="-6"/>
          <w:sz w:val="24"/>
          <w:szCs w:val="26"/>
        </w:rPr>
        <w:object w:dxaOrig="480" w:dyaOrig="340" w14:anchorId="30644734">
          <v:shape id="_x0000_i1819" type="#_x0000_t75" style="width:23pt;height:17pt" o:ole="">
            <v:imagedata r:id="rId1580" o:title=""/>
          </v:shape>
          <o:OLEObject Type="Embed" ProgID="Equation.DSMT4" ShapeID="_x0000_i1819" DrawAspect="Content" ObjectID="_1702753375" r:id="rId1581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fr-FR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B. </w:t>
      </w:r>
      <w:r w:rsidR="001E13C8" w:rsidRPr="000B2A56">
        <w:rPr>
          <w:rFonts w:ascii="Palatino Linotype" w:hAnsi="Palatino Linotype"/>
          <w:color w:val="000000"/>
          <w:position w:val="-8"/>
          <w:sz w:val="24"/>
          <w:szCs w:val="26"/>
        </w:rPr>
        <w:object w:dxaOrig="480" w:dyaOrig="360" w14:anchorId="120C5D73">
          <v:shape id="_x0000_i1820" type="#_x0000_t75" style="width:23pt;height:18.5pt" o:ole="">
            <v:imagedata r:id="rId1582" o:title=""/>
          </v:shape>
          <o:OLEObject Type="Embed" ProgID="Equation.DSMT4" ShapeID="_x0000_i1820" DrawAspect="Content" ObjectID="_1702753376" r:id="rId1583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C. </w:t>
      </w:r>
      <w:r w:rsidR="001E13C8" w:rsidRPr="000B2A56">
        <w:rPr>
          <w:rFonts w:ascii="Palatino Linotype" w:hAnsi="Palatino Linotype"/>
          <w:color w:val="000000"/>
          <w:position w:val="-4"/>
          <w:sz w:val="24"/>
          <w:szCs w:val="26"/>
        </w:rPr>
        <w:object w:dxaOrig="300" w:dyaOrig="260" w14:anchorId="7F69CA28">
          <v:shape id="_x0000_i1821" type="#_x0000_t75" style="width:15pt;height:13pt" o:ole="">
            <v:imagedata r:id="rId1584" o:title=""/>
          </v:shape>
          <o:OLEObject Type="Embed" ProgID="Equation.DSMT4" ShapeID="_x0000_i1821" DrawAspect="Content" ObjectID="_1702753377" r:id="rId1585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fr-FR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D. </w:t>
      </w:r>
      <w:r w:rsidR="001E13C8" w:rsidRPr="000B2A56">
        <w:rPr>
          <w:rFonts w:ascii="Palatino Linotype" w:hAnsi="Palatino Linotype"/>
          <w:color w:val="000000"/>
          <w:position w:val="-6"/>
          <w:sz w:val="24"/>
          <w:szCs w:val="26"/>
        </w:rPr>
        <w:object w:dxaOrig="300" w:dyaOrig="279" w14:anchorId="187D6861">
          <v:shape id="_x0000_i1822" type="#_x0000_t75" style="width:15pt;height:14.5pt" o:ole="">
            <v:imagedata r:id="rId1586" o:title=""/>
          </v:shape>
          <o:OLEObject Type="Embed" ProgID="Equation.DSMT4" ShapeID="_x0000_i1822" DrawAspect="Content" ObjectID="_1702753378" r:id="rId1587"/>
        </w:object>
      </w:r>
      <w:r w:rsidR="001E13C8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6920B60A" w14:textId="395A4905" w:rsidR="005E66A8" w:rsidRPr="000B2A56" w:rsidRDefault="001E13C8" w:rsidP="00607548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 CE"/>
          <w:sz w:val="24"/>
        </w:rPr>
      </w:pPr>
      <w:r w:rsidRPr="000B2A56">
        <w:rPr>
          <w:rFonts w:ascii="Palatino Linotype" w:hAnsi="Palatino Linotype" w:cs="Chu Van An (Uni)"/>
          <w:sz w:val="24"/>
        </w:rPr>
        <w:t xml:space="preserve">Cho hình thang </w:t>
      </w:r>
      <w:r w:rsidRPr="000B2A56">
        <w:rPr>
          <w:position w:val="-6"/>
        </w:rPr>
        <w:object w:dxaOrig="720" w:dyaOrig="270" w14:anchorId="1E1A10DB">
          <v:shape id="_x0000_i1823" type="#_x0000_t75" style="width:36pt;height:13.5pt" o:ole="">
            <v:imagedata r:id="rId1588" o:title=""/>
          </v:shape>
          <o:OLEObject Type="Embed" ProgID="Equation.DSMT4" ShapeID="_x0000_i1823" DrawAspect="Content" ObjectID="_1702753379" r:id="rId1589"/>
        </w:object>
      </w:r>
      <w:r w:rsidRPr="000B2A56">
        <w:rPr>
          <w:rFonts w:ascii="Palatino Linotype" w:hAnsi="Palatino Linotype" w:cs="Chu Van An (Uni)"/>
          <w:sz w:val="24"/>
        </w:rPr>
        <w:t xml:space="preserve"> có </w:t>
      </w:r>
      <w:r w:rsidRPr="000B2A56">
        <w:rPr>
          <w:position w:val="-4"/>
        </w:rPr>
        <w:object w:dxaOrig="390" w:dyaOrig="240" w14:anchorId="69055D33">
          <v:shape id="_x0000_i1824" type="#_x0000_t75" style="width:19.5pt;height:12pt" o:ole="">
            <v:imagedata r:id="rId1590" o:title=""/>
          </v:shape>
          <o:OLEObject Type="Embed" ProgID="Equation.DSMT4" ShapeID="_x0000_i1824" DrawAspect="Content" ObjectID="_1702753380" r:id="rId1591"/>
        </w:object>
      </w:r>
      <w:r w:rsidRPr="000B2A56">
        <w:rPr>
          <w:rFonts w:ascii="Palatino Linotype" w:hAnsi="Palatino Linotype" w:cs="Chu Van An (Uni)"/>
          <w:sz w:val="24"/>
        </w:rPr>
        <w:t xml:space="preserve"> song song với </w:t>
      </w:r>
      <w:r w:rsidRPr="000B2A56">
        <w:rPr>
          <w:position w:val="-6"/>
        </w:rPr>
        <w:object w:dxaOrig="390" w:dyaOrig="270" w14:anchorId="0DD55DD9">
          <v:shape id="_x0000_i1825" type="#_x0000_t75" style="width:19.5pt;height:13.5pt" o:ole="">
            <v:imagedata r:id="rId1592" o:title=""/>
          </v:shape>
          <o:OLEObject Type="Embed" ProgID="Equation.DSMT4" ShapeID="_x0000_i1825" DrawAspect="Content" ObjectID="_1702753381" r:id="rId1593"/>
        </w:object>
      </w:r>
      <w:r w:rsidRPr="000B2A56">
        <w:rPr>
          <w:rFonts w:ascii="Palatino Linotype" w:hAnsi="Palatino Linotype" w:cs="Chu Van An (Uni)"/>
          <w:sz w:val="24"/>
        </w:rPr>
        <w:t xml:space="preserve">. Cho </w:t>
      </w:r>
      <w:r w:rsidRPr="000B2A56">
        <w:rPr>
          <w:position w:val="-10"/>
        </w:rPr>
        <w:object w:dxaOrig="1660" w:dyaOrig="310" w14:anchorId="4D7E0C06">
          <v:shape id="_x0000_i1826" type="#_x0000_t75" style="width:83pt;height:15.5pt" o:ole="">
            <v:imagedata r:id="rId1594" o:title=""/>
          </v:shape>
          <o:OLEObject Type="Embed" ProgID="Equation.DSMT4" ShapeID="_x0000_i1826" DrawAspect="Content" ObjectID="_1702753382" r:id="rId1595"/>
        </w:object>
      </w:r>
      <w:r w:rsidRPr="000B2A56">
        <w:rPr>
          <w:rFonts w:ascii="Palatino Linotype" w:hAnsi="Palatino Linotype" w:cs="Chu Van An (Uni)"/>
          <w:sz w:val="24"/>
        </w:rPr>
        <w:t xml:space="preserve">. Gọi </w:t>
      </w:r>
      <w:r w:rsidRPr="000B2A56">
        <w:rPr>
          <w:position w:val="-6"/>
        </w:rPr>
        <w:object w:dxaOrig="230" w:dyaOrig="270" w14:anchorId="77A012E0">
          <v:shape id="_x0000_i1827" type="#_x0000_t75" style="width:11.5pt;height:13.5pt" o:ole="">
            <v:imagedata r:id="rId1596" o:title=""/>
          </v:shape>
          <o:OLEObject Type="Embed" ProgID="Equation.DSMT4" ShapeID="_x0000_i1827" DrawAspect="Content" ObjectID="_1702753383" r:id="rId1597"/>
        </w:object>
      </w:r>
      <w:r w:rsidRPr="000B2A56">
        <w:rPr>
          <w:rFonts w:ascii="Palatino Linotype" w:hAnsi="Palatino Linotype" w:cs="Chu Van An (Uni) (Vietnamese)"/>
          <w:sz w:val="24"/>
        </w:rPr>
        <w:t xml:space="preserve"> là trung đi</w:t>
      </w:r>
      <w:r w:rsidRPr="000B2A56">
        <w:rPr>
          <w:rFonts w:ascii="Palatino Linotype" w:hAnsi="Palatino Linotype" w:cs="Chu Van An (Uni)"/>
          <w:sz w:val="24"/>
        </w:rPr>
        <w:t xml:space="preserve">ểm của </w:t>
      </w:r>
      <w:r w:rsidRPr="000B2A56">
        <w:rPr>
          <w:position w:val="-4"/>
        </w:rPr>
        <w:object w:dxaOrig="420" w:dyaOrig="240" w14:anchorId="53010D44">
          <v:shape id="_x0000_i1828" type="#_x0000_t75" style="width:21pt;height:12pt" o:ole="">
            <v:imagedata r:id="rId1598" o:title=""/>
          </v:shape>
          <o:OLEObject Type="Embed" ProgID="Equation.DSMT4" ShapeID="_x0000_i1828" DrawAspect="Content" ObjectID="_1702753384" r:id="rId1599"/>
        </w:object>
      </w:r>
      <w:r w:rsidRPr="000B2A56">
        <w:rPr>
          <w:rFonts w:ascii="Palatino Linotype" w:hAnsi="Palatino Linotype" w:cs="Chu Van An (Uni) CE"/>
          <w:sz w:val="24"/>
        </w:rPr>
        <w:t>. Khi đó:</w:t>
      </w:r>
    </w:p>
    <w:p w14:paraId="1318700D" w14:textId="2C9EC8B3" w:rsidR="001E13C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 w:val="24"/>
          <w:szCs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A. </w:t>
      </w:r>
      <w:r w:rsidR="001E13C8" w:rsidRPr="000B2A56">
        <w:rPr>
          <w:rFonts w:ascii="Palatino Linotype" w:hAnsi="Palatino Linotype" w:cs="Chu Van An (Uni)"/>
          <w:position w:val="-18"/>
          <w:sz w:val="24"/>
          <w:szCs w:val="24"/>
        </w:rPr>
        <w:object w:dxaOrig="1370" w:dyaOrig="460" w14:anchorId="6A66C723">
          <v:shape id="_x0000_i1829" type="#_x0000_t75" style="width:68.5pt;height:23pt" o:ole="">
            <v:imagedata r:id="rId1600" o:title=""/>
          </v:shape>
          <o:OLEObject Type="Embed" ProgID="Equation.DSMT4" ShapeID="_x0000_i1829" DrawAspect="Content" ObjectID="_1702753385" r:id="rId1601"/>
        </w:object>
      </w:r>
      <w:r w:rsidR="001E13C8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b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B. </w:t>
      </w:r>
      <w:r w:rsidR="001E13C8" w:rsidRPr="000B2A56">
        <w:rPr>
          <w:rFonts w:ascii="Palatino Linotype" w:hAnsi="Palatino Linotype" w:cs="Chu Van An (Uni)"/>
          <w:position w:val="-24"/>
          <w:sz w:val="24"/>
          <w:szCs w:val="24"/>
        </w:rPr>
        <w:object w:dxaOrig="1540" w:dyaOrig="620" w14:anchorId="03F276F7">
          <v:shape id="_x0000_i1830" type="#_x0000_t75" style="width:77pt;height:31pt" o:ole="">
            <v:imagedata r:id="rId1602" o:title=""/>
          </v:shape>
          <o:OLEObject Type="Embed" ProgID="Equation.DSMT4" ShapeID="_x0000_i1830" DrawAspect="Content" ObjectID="_1702753386" r:id="rId1603"/>
        </w:object>
      </w:r>
      <w:r w:rsidR="001E13C8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b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C. </w:t>
      </w:r>
      <w:r w:rsidR="001E13C8" w:rsidRPr="000B2A56">
        <w:rPr>
          <w:rFonts w:ascii="Palatino Linotype" w:hAnsi="Palatino Linotype" w:cs="Chu Van An (Uni)"/>
          <w:position w:val="-18"/>
          <w:sz w:val="24"/>
          <w:szCs w:val="24"/>
        </w:rPr>
        <w:object w:dxaOrig="1520" w:dyaOrig="460" w14:anchorId="07CA8EC4">
          <v:shape id="_x0000_i1831" type="#_x0000_t75" style="width:76pt;height:23pt" o:ole="">
            <v:imagedata r:id="rId1604" o:title=""/>
          </v:shape>
          <o:OLEObject Type="Embed" ProgID="Equation.DSMT4" ShapeID="_x0000_i1831" DrawAspect="Content" ObjectID="_1702753387" r:id="rId1605"/>
        </w:object>
      </w:r>
      <w:r w:rsidR="001E13C8" w:rsidRPr="000B2A56">
        <w:rPr>
          <w:rFonts w:ascii="Palatino Linotype" w:hAnsi="Palatino Linotype" w:cs="Chu Van An (Uni)"/>
          <w:sz w:val="24"/>
          <w:szCs w:val="24"/>
        </w:rPr>
        <w:t>.</w:t>
      </w:r>
      <w:r w:rsidRPr="000B2A56">
        <w:rPr>
          <w:rFonts w:ascii="Palatino Linotype" w:hAnsi="Palatino Linotype" w:cs="Chu Van An (Uni)"/>
          <w:b/>
          <w:sz w:val="24"/>
          <w:szCs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zCs w:val="24"/>
        </w:rPr>
        <w:t xml:space="preserve">D. </w:t>
      </w:r>
      <w:r w:rsidR="001E13C8" w:rsidRPr="000B2A56">
        <w:rPr>
          <w:rFonts w:ascii="Palatino Linotype" w:hAnsi="Palatino Linotype" w:cs="Chu Van An (Uni)"/>
          <w:position w:val="-18"/>
          <w:sz w:val="24"/>
          <w:szCs w:val="24"/>
        </w:rPr>
        <w:object w:dxaOrig="1490" w:dyaOrig="460" w14:anchorId="00D3AF0D">
          <v:shape id="_x0000_i1832" type="#_x0000_t75" style="width:74.5pt;height:23pt" o:ole="">
            <v:imagedata r:id="rId1606" o:title=""/>
          </v:shape>
          <o:OLEObject Type="Embed" ProgID="Equation.DSMT4" ShapeID="_x0000_i1832" DrawAspect="Content" ObjectID="_1702753388" r:id="rId1607"/>
        </w:object>
      </w:r>
      <w:r w:rsidR="001E13C8" w:rsidRPr="000B2A56">
        <w:rPr>
          <w:rFonts w:ascii="Palatino Linotype" w:hAnsi="Palatino Linotype" w:cs="Chu Van An (Uni)"/>
          <w:sz w:val="24"/>
          <w:szCs w:val="24"/>
        </w:rPr>
        <w:t>.</w:t>
      </w:r>
    </w:p>
    <w:p w14:paraId="6230062E" w14:textId="77777777" w:rsidR="00786C64" w:rsidRPr="000B2A56" w:rsidRDefault="00786C64" w:rsidP="005E66A8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II. Tự luận (2,5 điểm)</w:t>
      </w:r>
    </w:p>
    <w:p w14:paraId="0132F0B6" w14:textId="3D67D996" w:rsidR="00786C64" w:rsidRPr="000B2A56" w:rsidRDefault="00786C64" w:rsidP="00607548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  <w:lang w:val="fr-FR"/>
        </w:rPr>
        <w:t xml:space="preserve">Cho số thực dương </w:t>
      </w:r>
      <w:r w:rsidRPr="000B2A56">
        <w:rPr>
          <w:position w:val="-24"/>
        </w:rPr>
        <w:object w:dxaOrig="940" w:dyaOrig="620" w14:anchorId="7E8F7294">
          <v:shape id="_x0000_i1833" type="#_x0000_t75" style="width:47pt;height:31pt" o:ole="">
            <v:imagedata r:id="rId1608" o:title=""/>
          </v:shape>
          <o:OLEObject Type="Embed" ProgID="Equation.DSMT4" ShapeID="_x0000_i1833" DrawAspect="Content" ObjectID="_1702753389" r:id="rId1609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  <w:lang w:val="fr-FR"/>
        </w:rPr>
        <w:t xml:space="preserve"> Tìm giá trị lớn nhất của biểu thức </w:t>
      </w:r>
      <w:r w:rsidRPr="000B2A56">
        <w:rPr>
          <w:position w:val="-14"/>
        </w:rPr>
        <w:object w:dxaOrig="1680" w:dyaOrig="400" w14:anchorId="602B88FB">
          <v:shape id="_x0000_i1834" type="#_x0000_t75" style="width:84pt;height:20pt" o:ole="">
            <v:imagedata r:id="rId1610" o:title=""/>
          </v:shape>
          <o:OLEObject Type="Embed" ProgID="Equation.DSMT4" ShapeID="_x0000_i1834" DrawAspect="Content" ObjectID="_1702753390" r:id="rId1611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669A5B67" w14:textId="2439512E" w:rsidR="001E13C8" w:rsidRPr="000B2A56" w:rsidRDefault="00786C64" w:rsidP="00607548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pacing w:val="-4"/>
          <w:sz w:val="24"/>
          <w:szCs w:val="24"/>
        </w:rPr>
        <w:t>Giải các phương trình sau:</w:t>
      </w:r>
      <w:r w:rsidR="005E66A8" w:rsidRPr="000B2A56">
        <w:rPr>
          <w:rFonts w:ascii="Palatino Linotype" w:hAnsi="Palatino Linotype" w:cs="Times New Roman"/>
          <w:spacing w:val="-4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spacing w:val="-4"/>
          <w:sz w:val="24"/>
          <w:szCs w:val="24"/>
        </w:rPr>
        <w:t xml:space="preserve">a) </w:t>
      </w:r>
      <w:r w:rsidRPr="000B2A56">
        <w:rPr>
          <w:position w:val="-8"/>
        </w:rPr>
        <w:object w:dxaOrig="1520" w:dyaOrig="360" w14:anchorId="21AB6165">
          <v:shape id="_x0000_i1835" type="#_x0000_t75" style="width:76pt;height:18pt" o:ole="">
            <v:imagedata r:id="rId1612" o:title=""/>
          </v:shape>
          <o:OLEObject Type="Embed" ProgID="Equation.DSMT4" ShapeID="_x0000_i1835" DrawAspect="Content" ObjectID="_1702753391" r:id="rId1613"/>
        </w:objec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b) </w:t>
      </w:r>
      <w:r w:rsidRPr="000B2A56">
        <w:rPr>
          <w:position w:val="-14"/>
        </w:rPr>
        <w:object w:dxaOrig="1620" w:dyaOrig="400" w14:anchorId="6A0E7BA0">
          <v:shape id="_x0000_i1836" type="#_x0000_t75" style="width:81pt;height:20pt" o:ole="">
            <v:imagedata r:id="rId1614" o:title=""/>
          </v:shape>
          <o:OLEObject Type="Embed" ProgID="Equation.DSMT4" ShapeID="_x0000_i1836" DrawAspect="Content" ObjectID="_1702753392" r:id="rId1615"/>
        </w:object>
      </w:r>
    </w:p>
    <w:p w14:paraId="60CAF90B" w14:textId="5690C24B" w:rsidR="00786C64" w:rsidRPr="000B2A56" w:rsidRDefault="004C66ED" w:rsidP="00607548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với hệ tọa độ </w:t>
      </w:r>
      <w:r w:rsidRPr="000B2A56">
        <w:rPr>
          <w:position w:val="-10"/>
        </w:rPr>
        <w:object w:dxaOrig="460" w:dyaOrig="320" w14:anchorId="4D45DA20">
          <v:shape id="_x0000_i1837" type="#_x0000_t75" style="width:23.5pt;height:16pt" o:ole="">
            <v:imagedata r:id="rId1616" o:title=""/>
          </v:shape>
          <o:OLEObject Type="Embed" ProgID="Equation.DSMT4" ShapeID="_x0000_i1837" DrawAspect="Content" ObjectID="_1702753393" r:id="rId161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</w:t>
      </w:r>
      <w:r w:rsidRPr="000B2A56">
        <w:rPr>
          <w:position w:val="-6"/>
        </w:rPr>
        <w:object w:dxaOrig="680" w:dyaOrig="279" w14:anchorId="0BCDEA6D">
          <v:shape id="_x0000_i1838" type="#_x0000_t75" style="width:34.5pt;height:14pt" o:ole="">
            <v:imagedata r:id="rId1618" o:title=""/>
          </v:shape>
          <o:OLEObject Type="Embed" ProgID="Equation.DSMT4" ShapeID="_x0000_i1838" DrawAspect="Content" ObjectID="_1702753394" r:id="rId161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0B2A56">
        <w:rPr>
          <w:position w:val="-14"/>
        </w:rPr>
        <w:object w:dxaOrig="900" w:dyaOrig="400" w14:anchorId="75A7012E">
          <v:shape id="_x0000_i1839" type="#_x0000_t75" style="width:45pt;height:20pt" o:ole="">
            <v:imagedata r:id="rId1620" o:title=""/>
          </v:shape>
          <o:OLEObject Type="Embed" ProgID="Equation.DSMT4" ShapeID="_x0000_i1839" DrawAspect="Content" ObjectID="_1702753395" r:id="rId1621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Pr="000B2A56">
        <w:rPr>
          <w:position w:val="-14"/>
        </w:rPr>
        <w:object w:dxaOrig="760" w:dyaOrig="400" w14:anchorId="22E53AA6">
          <v:shape id="_x0000_i1840" type="#_x0000_t75" style="width:38pt;height:20pt" o:ole="">
            <v:imagedata r:id="rId1622" o:title=""/>
          </v:shape>
          <o:OLEObject Type="Embed" ProgID="Equation.DSMT4" ShapeID="_x0000_i1840" DrawAspect="Content" ObjectID="_1702753396" r:id="rId162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Pr="000B2A56">
        <w:rPr>
          <w:position w:val="-14"/>
        </w:rPr>
        <w:object w:dxaOrig="900" w:dyaOrig="400" w14:anchorId="4F07AC60">
          <v:shape id="_x0000_i1841" type="#_x0000_t75" style="width:45pt;height:20pt" o:ole="">
            <v:imagedata r:id="rId1624" o:title=""/>
          </v:shape>
          <o:OLEObject Type="Embed" ProgID="Equation.DSMT4" ShapeID="_x0000_i1841" DrawAspect="Content" ObjectID="_1702753397" r:id="rId1625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position w:val="-6"/>
        </w:rPr>
        <w:object w:dxaOrig="680" w:dyaOrig="279" w14:anchorId="7B552DDC">
          <v:shape id="_x0000_i1842" type="#_x0000_t75" style="width:34.5pt;height:14pt" o:ole="">
            <v:imagedata r:id="rId1626" o:title=""/>
          </v:shape>
          <o:OLEObject Type="Embed" ProgID="Equation.DSMT4" ShapeID="_x0000_i1842" DrawAspect="Content" ObjectID="_1702753398" r:id="rId1627"/>
        </w:object>
      </w:r>
      <w:r w:rsidRPr="000B2A56">
        <w:rPr>
          <w:rFonts w:ascii="Palatino Linotype" w:hAnsi="Palatino Linotype" w:cs="Times New Roman"/>
          <w:sz w:val="24"/>
          <w:szCs w:val="24"/>
        </w:rPr>
        <w:t>là tam giác gì? Tính chu vi và diện tích tam giác</w:t>
      </w:r>
    </w:p>
    <w:p w14:paraId="06EF298D" w14:textId="79F4C8A6" w:rsidR="004C66ED" w:rsidRPr="000B2A56" w:rsidRDefault="004C66ED" w:rsidP="005E66A8">
      <w:pPr>
        <w:pStyle w:val="ListParagraph"/>
        <w:spacing w:after="0" w:line="276" w:lineRule="auto"/>
        <w:ind w:left="992"/>
        <w:jc w:val="center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ĐỀ 05</w:t>
      </w:r>
    </w:p>
    <w:p w14:paraId="2019B581" w14:textId="30A6539E" w:rsidR="004C66ED" w:rsidRPr="000B2A56" w:rsidRDefault="004C66ED" w:rsidP="005E66A8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I.Trắc nghiệm (7,5 điểm)</w:t>
      </w:r>
    </w:p>
    <w:p w14:paraId="0EAEAB11" w14:textId="661E0717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color w:val="000000"/>
          <w:sz w:val="24"/>
          <w:szCs w:val="24"/>
        </w:rPr>
        <w:t xml:space="preserve">Cho phương trình </w:t>
      </w:r>
      <w:r w:rsidRPr="000B2A56">
        <w:rPr>
          <w:position w:val="-8"/>
          <w:lang w:val="fr-FR"/>
        </w:rPr>
        <w:object w:dxaOrig="2580" w:dyaOrig="360" w14:anchorId="624DF5D7">
          <v:shape id="_x0000_i1843" type="#_x0000_t75" style="width:129pt;height:18.5pt" o:ole="">
            <v:imagedata r:id="rId1628" o:title=""/>
          </v:shape>
          <o:OLEObject Type="Embed" ProgID="Equation.DSMT4" ShapeID="_x0000_i1843" DrawAspect="Content" ObjectID="_1702753399" r:id="rId1629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 xml:space="preserve">. Khẳng định nào sau đây </w:t>
      </w:r>
      <w:r w:rsidRPr="000B2A56">
        <w:rPr>
          <w:rFonts w:ascii="Palatino Linotype" w:hAnsi="Palatino Linotype"/>
          <w:b/>
          <w:color w:val="000000"/>
          <w:sz w:val="24"/>
          <w:szCs w:val="24"/>
        </w:rPr>
        <w:t>đúng</w:t>
      </w:r>
      <w:r w:rsidRPr="000B2A56">
        <w:rPr>
          <w:rFonts w:ascii="Palatino Linotype" w:hAnsi="Palatino Linotype"/>
          <w:color w:val="000000"/>
          <w:sz w:val="24"/>
          <w:szCs w:val="24"/>
        </w:rPr>
        <w:t>?</w:t>
      </w:r>
    </w:p>
    <w:p w14:paraId="6A1AE836" w14:textId="52620923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C66ED" w:rsidRPr="000B2A56">
        <w:rPr>
          <w:rFonts w:ascii="Palatino Linotype" w:hAnsi="Palatino Linotype"/>
          <w:color w:val="000000"/>
          <w:sz w:val="24"/>
          <w:szCs w:val="24"/>
        </w:rPr>
        <w:t>Phương trình có 2 nghiệm cùng dương.</w:t>
      </w:r>
    </w:p>
    <w:p w14:paraId="36216B6D" w14:textId="662AEA88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4C66ED" w:rsidRPr="000B2A56">
        <w:rPr>
          <w:rFonts w:ascii="Palatino Linotype" w:hAnsi="Palatino Linotype"/>
          <w:color w:val="000000"/>
          <w:sz w:val="24"/>
          <w:szCs w:val="24"/>
        </w:rPr>
        <w:t>Phương trình có 2 nghiệm cùng âm.</w:t>
      </w:r>
    </w:p>
    <w:p w14:paraId="571DD32B" w14:textId="6654F265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color w:val="000000"/>
          <w:sz w:val="24"/>
          <w:szCs w:val="24"/>
        </w:rPr>
        <w:t>Phương trình có 2 nghiệm trái dấu.</w:t>
      </w:r>
    </w:p>
    <w:p w14:paraId="5A818873" w14:textId="3BFB1F74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color w:val="000000"/>
          <w:sz w:val="24"/>
          <w:szCs w:val="24"/>
        </w:rPr>
        <w:t>Phương trình có nghiệm kép.</w:t>
      </w:r>
    </w:p>
    <w:p w14:paraId="45FF40B9" w14:textId="6AD2837A" w:rsidR="005E66A8" w:rsidRPr="000B2A56" w:rsidRDefault="004C66ED" w:rsidP="00607548">
      <w:pPr>
        <w:pStyle w:val="Normal0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 xml:space="preserve">Điều </w:t>
      </w:r>
      <w:r w:rsidRPr="000B2A56">
        <w:rPr>
          <w:rFonts w:ascii="Palatino Linotype" w:hAnsi="Palatino Linotype"/>
          <w:iCs/>
          <w:sz w:val="24"/>
          <w:szCs w:val="24"/>
        </w:rPr>
        <w:t xml:space="preserve">kiện xác định của phương trình </w:t>
      </w:r>
      <w:r w:rsidRPr="000B2A56">
        <w:rPr>
          <w:rFonts w:ascii="Palatino Linotype" w:hAnsi="Palatino Linotype"/>
          <w:iCs/>
          <w:position w:val="-8"/>
          <w:sz w:val="24"/>
          <w:szCs w:val="24"/>
        </w:rPr>
        <w:object w:dxaOrig="725" w:dyaOrig="387" w14:anchorId="06882496">
          <v:shape id="_x0000_i1844" type="#_x0000_t75" style="width:37pt;height:19.5pt" o:ole="">
            <v:imagedata r:id="rId1630" o:title=""/>
          </v:shape>
          <o:OLEObject Type="Embed" ProgID="Equation.DSMT4" ShapeID="_x0000_i1844" DrawAspect="Content" ObjectID="_1702753400" r:id="rId1631"/>
        </w:object>
      </w:r>
      <w:r w:rsidRPr="000B2A56">
        <w:rPr>
          <w:rFonts w:ascii="Palatino Linotype" w:hAnsi="Palatino Linotype"/>
          <w:iCs/>
          <w:sz w:val="24"/>
          <w:szCs w:val="24"/>
        </w:rPr>
        <w:t xml:space="preserve"> + </w:t>
      </w:r>
      <w:r w:rsidRPr="000B2A56">
        <w:rPr>
          <w:rFonts w:ascii="Palatino Linotype" w:hAnsi="Palatino Linotype"/>
          <w:iCs/>
          <w:position w:val="-8"/>
          <w:sz w:val="24"/>
          <w:szCs w:val="24"/>
        </w:rPr>
        <w:object w:dxaOrig="725" w:dyaOrig="387" w14:anchorId="2FF05573">
          <v:shape id="_x0000_i1845" type="#_x0000_t75" style="width:37pt;height:19.5pt" o:ole="">
            <v:imagedata r:id="rId1632" o:title=""/>
          </v:shape>
          <o:OLEObject Type="Embed" ProgID="Equation.DSMT4" ShapeID="_x0000_i1845" DrawAspect="Content" ObjectID="_1702753401" r:id="rId1633"/>
        </w:object>
      </w:r>
      <w:r w:rsidRPr="000B2A56">
        <w:rPr>
          <w:rFonts w:ascii="Palatino Linotype" w:hAnsi="Palatino Linotype"/>
          <w:iCs/>
          <w:sz w:val="24"/>
          <w:szCs w:val="24"/>
        </w:rPr>
        <w:t xml:space="preserve"> = </w:t>
      </w:r>
      <w:r w:rsidRPr="000B2A56">
        <w:rPr>
          <w:rFonts w:ascii="Palatino Linotype" w:hAnsi="Palatino Linotype"/>
          <w:iCs/>
          <w:position w:val="-8"/>
          <w:sz w:val="24"/>
          <w:szCs w:val="24"/>
        </w:rPr>
        <w:object w:dxaOrig="725" w:dyaOrig="387" w14:anchorId="320AF724">
          <v:shape id="_x0000_i1846" type="#_x0000_t75" style="width:37pt;height:19.5pt" o:ole="">
            <v:imagedata r:id="rId1634" o:title=""/>
          </v:shape>
          <o:OLEObject Type="Embed" ProgID="Equation.DSMT4" ShapeID="_x0000_i1846" DrawAspect="Content" ObjectID="_1702753402" r:id="rId1635"/>
        </w:object>
      </w:r>
      <w:r w:rsidRPr="000B2A56">
        <w:rPr>
          <w:rFonts w:ascii="Palatino Linotype" w:hAnsi="Palatino Linotype"/>
          <w:iCs/>
          <w:sz w:val="24"/>
          <w:szCs w:val="24"/>
        </w:rPr>
        <w:t xml:space="preserve"> là:</w:t>
      </w:r>
    </w:p>
    <w:p w14:paraId="0F94369D" w14:textId="3B395AFC" w:rsidR="004C66ED" w:rsidRPr="000B2A56" w:rsidRDefault="005E66A8" w:rsidP="005E66A8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0B2A56">
        <w:rPr>
          <w:rFonts w:ascii="Palatino Linotype" w:hAnsi="Palatino Linotype"/>
          <w:b/>
          <w:color w:val="008000"/>
        </w:rPr>
        <w:t xml:space="preserve">A. </w:t>
      </w:r>
      <w:r w:rsidR="004C66ED" w:rsidRPr="000B2A56">
        <w:rPr>
          <w:rFonts w:ascii="Palatino Linotype" w:hAnsi="Palatino Linotype"/>
          <w:position w:val="-8"/>
        </w:rPr>
        <w:object w:dxaOrig="973" w:dyaOrig="298" w14:anchorId="69B7FC2A">
          <v:shape id="_x0000_i1847" type="#_x0000_t75" style="width:48pt;height:15pt" o:ole="">
            <v:imagedata r:id="rId1636" o:title=""/>
          </v:shape>
          <o:OLEObject Type="Embed" ProgID="Equation.DSMT4" ShapeID="_x0000_i1847" DrawAspect="Content" ObjectID="_1702753403" r:id="rId1637"/>
        </w:object>
      </w:r>
      <w:r w:rsidR="004C66ED" w:rsidRPr="000B2A56">
        <w:rPr>
          <w:rFonts w:ascii="Palatino Linotype" w:hAnsi="Palatino Linotype"/>
        </w:rPr>
        <w:t>.</w:t>
      </w:r>
      <w:r w:rsidRPr="000B2A56">
        <w:rPr>
          <w:rFonts w:ascii="Palatino Linotype" w:hAnsi="Palatino Linotype"/>
          <w:b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B. </w:t>
      </w:r>
      <w:r w:rsidR="004C66ED" w:rsidRPr="000B2A56">
        <w:rPr>
          <w:rFonts w:ascii="Palatino Linotype" w:hAnsi="Palatino Linotype"/>
          <w:position w:val="-6"/>
        </w:rPr>
        <w:object w:dxaOrig="606" w:dyaOrig="278" w14:anchorId="5251BA2A">
          <v:shape id="_x0000_i1848" type="#_x0000_t75" style="width:31.5pt;height:13.5pt" o:ole="">
            <v:imagedata r:id="rId1638" o:title=""/>
          </v:shape>
          <o:OLEObject Type="Embed" ProgID="Equation.DSMT4" ShapeID="_x0000_i1848" DrawAspect="Content" ObjectID="_1702753404" r:id="rId1639"/>
        </w:object>
      </w:r>
      <w:r w:rsidR="004C66ED" w:rsidRPr="000B2A56">
        <w:rPr>
          <w:rFonts w:ascii="Palatino Linotype" w:hAnsi="Palatino Linotype"/>
        </w:rPr>
        <w:t>.</w:t>
      </w:r>
      <w:r w:rsidRPr="000B2A56">
        <w:rPr>
          <w:rFonts w:ascii="Palatino Linotype" w:hAnsi="Palatino Linotype"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C. </w:t>
      </w:r>
      <w:r w:rsidR="004C66ED" w:rsidRPr="000B2A56">
        <w:rPr>
          <w:rFonts w:ascii="Palatino Linotype" w:hAnsi="Palatino Linotype"/>
          <w:position w:val="-6"/>
        </w:rPr>
        <w:object w:dxaOrig="973" w:dyaOrig="278" w14:anchorId="245FAE1C">
          <v:shape id="_x0000_i1849" type="#_x0000_t75" style="width:48pt;height:13.5pt" o:ole="">
            <v:imagedata r:id="rId1640" o:title=""/>
          </v:shape>
          <o:OLEObject Type="Embed" ProgID="Equation.DSMT4" ShapeID="_x0000_i1849" DrawAspect="Content" ObjectID="_1702753405" r:id="rId1641"/>
        </w:object>
      </w:r>
      <w:r w:rsidR="004C66ED" w:rsidRPr="000B2A56">
        <w:rPr>
          <w:rFonts w:ascii="Palatino Linotype" w:hAnsi="Palatino Linotype"/>
        </w:rPr>
        <w:t>.</w:t>
      </w:r>
      <w:r w:rsidRPr="000B2A56">
        <w:rPr>
          <w:rFonts w:ascii="Palatino Linotype" w:hAnsi="Palatino Linotype"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D. </w:t>
      </w:r>
      <w:r w:rsidR="004C66ED" w:rsidRPr="000B2A56">
        <w:rPr>
          <w:rFonts w:ascii="Palatino Linotype" w:hAnsi="Palatino Linotype"/>
          <w:position w:val="-8"/>
        </w:rPr>
        <w:object w:dxaOrig="586" w:dyaOrig="298" w14:anchorId="05A71B47">
          <v:shape id="_x0000_i1850" type="#_x0000_t75" style="width:29pt;height:15pt" o:ole="">
            <v:imagedata r:id="rId1642" o:title=""/>
          </v:shape>
          <o:OLEObject Type="Embed" ProgID="Equation.DSMT4" ShapeID="_x0000_i1850" DrawAspect="Content" ObjectID="_1702753406" r:id="rId1643"/>
        </w:object>
      </w:r>
      <w:r w:rsidR="004C66ED" w:rsidRPr="000B2A56">
        <w:rPr>
          <w:rFonts w:ascii="Palatino Linotype" w:hAnsi="Palatino Linotype"/>
        </w:rPr>
        <w:t>.</w:t>
      </w:r>
    </w:p>
    <w:p w14:paraId="28834B4C" w14:textId="19EE6E68" w:rsidR="005E66A8" w:rsidRPr="000B2A56" w:rsidRDefault="004C66ED" w:rsidP="00607548">
      <w:pPr>
        <w:pStyle w:val="Normal0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 xml:space="preserve">Với điều kiện nào của tham số </w:t>
      </w:r>
      <w:r w:rsidRPr="000B2A56">
        <w:rPr>
          <w:rFonts w:ascii="Palatino Linotype" w:hAnsi="Palatino Linotype"/>
          <w:i/>
          <w:sz w:val="24"/>
          <w:szCs w:val="24"/>
        </w:rPr>
        <w:t xml:space="preserve">m </w:t>
      </w:r>
      <w:r w:rsidRPr="000B2A56">
        <w:rPr>
          <w:rFonts w:ascii="Palatino Linotype" w:hAnsi="Palatino Linotype"/>
          <w:sz w:val="24"/>
          <w:szCs w:val="24"/>
        </w:rPr>
        <w:t xml:space="preserve">thì phương trình </w:t>
      </w:r>
      <w:r w:rsidRPr="000B2A56">
        <w:rPr>
          <w:rFonts w:ascii="Palatino Linotype" w:hAnsi="Palatino Linotype"/>
          <w:position w:val="-10"/>
          <w:sz w:val="24"/>
          <w:szCs w:val="24"/>
        </w:rPr>
        <w:object w:dxaOrig="1800" w:dyaOrig="380" w14:anchorId="3D71E630">
          <v:shape id="_x0000_i1851" type="#_x0000_t75" style="width:89.5pt;height:19.5pt" o:ole="">
            <v:imagedata r:id="rId1644" o:title=""/>
          </v:shape>
          <o:OLEObject Type="Embed" ProgID="Equation.DSMT4" ShapeID="_x0000_i1851" DrawAspect="Content" ObjectID="_1702753407" r:id="rId1645"/>
        </w:object>
      </w:r>
      <w:r w:rsidRPr="000B2A56">
        <w:rPr>
          <w:rFonts w:ascii="Palatino Linotype" w:hAnsi="Palatino Linotype"/>
          <w:sz w:val="24"/>
          <w:szCs w:val="24"/>
        </w:rPr>
        <w:t xml:space="preserve"> có nghiệm thực duy nhất?</w:t>
      </w:r>
    </w:p>
    <w:p w14:paraId="6CD04A1D" w14:textId="2AB2A2FF" w:rsidR="004C66ED" w:rsidRPr="000B2A56" w:rsidRDefault="005E66A8" w:rsidP="005E66A8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0B2A56">
        <w:rPr>
          <w:rFonts w:ascii="Palatino Linotype" w:hAnsi="Palatino Linotype"/>
          <w:b/>
          <w:color w:val="008000"/>
        </w:rPr>
        <w:t xml:space="preserve">A. </w:t>
      </w:r>
      <w:r w:rsidR="004C66ED" w:rsidRPr="000B2A56">
        <w:rPr>
          <w:rFonts w:ascii="Palatino Linotype" w:hAnsi="Palatino Linotype"/>
          <w:b/>
          <w:position w:val="-6"/>
        </w:rPr>
        <w:object w:dxaOrig="665" w:dyaOrig="278" w14:anchorId="55988784">
          <v:shape id="_x0000_i1852" type="#_x0000_t75" style="width:34pt;height:13.5pt" o:ole="">
            <v:imagedata r:id="rId1646" o:title=""/>
          </v:shape>
          <o:OLEObject Type="Embed" ProgID="Equation.DSMT4" ShapeID="_x0000_i1852" DrawAspect="Content" ObjectID="_1702753408" r:id="rId1647"/>
        </w:object>
      </w:r>
      <w:r w:rsidR="004C66ED" w:rsidRPr="000B2A56">
        <w:rPr>
          <w:rFonts w:ascii="Palatino Linotype" w:hAnsi="Palatino Linotype"/>
        </w:rPr>
        <w:t>.</w:t>
      </w:r>
      <w:r w:rsidRPr="000B2A56">
        <w:rPr>
          <w:rFonts w:ascii="Palatino Linotype" w:hAnsi="Palatino Linotype"/>
          <w:b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B. </w:t>
      </w:r>
      <w:r w:rsidR="004C66ED" w:rsidRPr="000B2A56">
        <w:rPr>
          <w:rFonts w:ascii="Palatino Linotype" w:hAnsi="Palatino Linotype"/>
          <w:b/>
          <w:position w:val="-6"/>
        </w:rPr>
        <w:object w:dxaOrig="814" w:dyaOrig="278" w14:anchorId="5793C91D">
          <v:shape id="_x0000_i1853" type="#_x0000_t75" style="width:40.5pt;height:13.5pt" o:ole="">
            <v:imagedata r:id="rId1648" o:title=""/>
          </v:shape>
          <o:OLEObject Type="Embed" ProgID="Equation.DSMT4" ShapeID="_x0000_i1853" DrawAspect="Content" ObjectID="_1702753409" r:id="rId1649"/>
        </w:object>
      </w:r>
      <w:r w:rsidR="004C66ED" w:rsidRPr="000B2A56">
        <w:rPr>
          <w:rFonts w:ascii="Palatino Linotype" w:hAnsi="Palatino Linotype"/>
        </w:rPr>
        <w:t>.</w:t>
      </w:r>
      <w:r w:rsidRPr="000B2A56">
        <w:rPr>
          <w:rFonts w:ascii="Palatino Linotype" w:hAnsi="Palatino Linotype"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C. </w:t>
      </w:r>
      <w:r w:rsidR="004C66ED" w:rsidRPr="000B2A56">
        <w:rPr>
          <w:rFonts w:ascii="Palatino Linotype" w:hAnsi="Palatino Linotype"/>
          <w:b/>
          <w:position w:val="-6"/>
        </w:rPr>
        <w:object w:dxaOrig="814" w:dyaOrig="278" w14:anchorId="5B974888">
          <v:shape id="_x0000_i1854" type="#_x0000_t75" style="width:40.5pt;height:13.5pt" o:ole="">
            <v:imagedata r:id="rId1650" o:title=""/>
          </v:shape>
          <o:OLEObject Type="Embed" ProgID="Equation.DSMT4" ShapeID="_x0000_i1854" DrawAspect="Content" ObjectID="_1702753410" r:id="rId1651"/>
        </w:object>
      </w:r>
      <w:r w:rsidR="004C66ED" w:rsidRPr="000B2A56">
        <w:rPr>
          <w:rFonts w:ascii="Palatino Linotype" w:hAnsi="Palatino Linotype"/>
        </w:rPr>
        <w:t>.</w:t>
      </w:r>
      <w:r w:rsidRPr="000B2A56">
        <w:rPr>
          <w:rFonts w:ascii="Palatino Linotype" w:hAnsi="Palatino Linotype"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D. </w:t>
      </w:r>
      <w:r w:rsidR="004C66ED" w:rsidRPr="000B2A56">
        <w:rPr>
          <w:rFonts w:ascii="Palatino Linotype" w:hAnsi="Palatino Linotype"/>
          <w:b/>
          <w:position w:val="-6"/>
        </w:rPr>
        <w:object w:dxaOrig="636" w:dyaOrig="278" w14:anchorId="55C671EE">
          <v:shape id="_x0000_i1855" type="#_x0000_t75" style="width:31.5pt;height:13.5pt" o:ole="">
            <v:imagedata r:id="rId1652" o:title=""/>
          </v:shape>
          <o:OLEObject Type="Embed" ProgID="Equation.DSMT4" ShapeID="_x0000_i1855" DrawAspect="Content" ObjectID="_1702753411" r:id="rId1653"/>
        </w:object>
      </w:r>
      <w:r w:rsidR="004C66ED" w:rsidRPr="000B2A56">
        <w:rPr>
          <w:rFonts w:ascii="Palatino Linotype" w:hAnsi="Palatino Linotype"/>
        </w:rPr>
        <w:t>.</w:t>
      </w:r>
    </w:p>
    <w:p w14:paraId="3C35F30E" w14:textId="612A951D" w:rsidR="005E66A8" w:rsidRPr="000B2A56" w:rsidRDefault="004C66ED" w:rsidP="00607548">
      <w:pPr>
        <w:pStyle w:val="Normal0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0B2A56">
        <w:rPr>
          <w:rFonts w:ascii="Palatino Linotype" w:hAnsi="Palatino Linotype"/>
          <w:color w:val="000000"/>
          <w:sz w:val="24"/>
          <w:szCs w:val="24"/>
        </w:rPr>
        <w:t xml:space="preserve">Phương trình </w:t>
      </w:r>
      <w:r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1820" w:dyaOrig="320" w14:anchorId="390DA036">
          <v:shape id="_x0000_i1856" type="#_x0000_t75" style="width:91pt;height:16.5pt" o:ole="">
            <v:imagedata r:id="rId1654" o:title=""/>
          </v:shape>
          <o:OLEObject Type="Embed" ProgID="Equation.DSMT4" ShapeID="_x0000_i1856" DrawAspect="Content" ObjectID="_1702753412" r:id="rId1655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 xml:space="preserve"> (ẩn </w:t>
      </w:r>
      <w:r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195" w:dyaOrig="225" w14:anchorId="5AC80EE8">
          <v:shape id="_x0000_i1857" type="#_x0000_t75" style="width:10pt;height:11.5pt" o:ole="">
            <v:imagedata r:id="rId1656" o:title=""/>
          </v:shape>
          <o:OLEObject Type="Embed" ProgID="Equation.DSMT4" ShapeID="_x0000_i1857" DrawAspect="Content" ObjectID="_1702753413" r:id="rId1657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>) vô nghiệm khi và chỉ khi</w:t>
      </w:r>
    </w:p>
    <w:p w14:paraId="6CCF77B7" w14:textId="3767CBB9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C66ED" w:rsidRPr="000B2A56">
        <w:rPr>
          <w:rFonts w:ascii="Palatino Linotype" w:hAnsi="Palatino Linotype"/>
          <w:color w:val="000000"/>
          <w:position w:val="-6"/>
          <w:sz w:val="24"/>
          <w:szCs w:val="24"/>
          <w:lang w:val="vi-VN"/>
        </w:rPr>
        <w:object w:dxaOrig="600" w:dyaOrig="279" w14:anchorId="47F0CB93">
          <v:shape id="_x0000_i1858" type="#_x0000_t75" style="width:30pt;height:14pt" o:ole="">
            <v:imagedata r:id="rId1658" o:title=""/>
          </v:shape>
          <o:OLEObject Type="Embed" ProgID="Equation.DSMT4" ShapeID="_x0000_i1858" DrawAspect="Content" ObjectID="_1702753414" r:id="rId1659"/>
        </w:object>
      </w:r>
      <w:r w:rsidR="004C66ED" w:rsidRPr="000B2A56">
        <w:rPr>
          <w:rFonts w:ascii="Palatino Linotype" w:hAnsi="Palatino Linotype"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4C66ED" w:rsidRPr="000B2A56">
        <w:rPr>
          <w:rFonts w:ascii="Palatino Linotype" w:hAnsi="Palatino Linotype"/>
          <w:color w:val="000000"/>
          <w:position w:val="-6"/>
          <w:sz w:val="24"/>
          <w:szCs w:val="24"/>
          <w:lang w:val="vi-VN"/>
        </w:rPr>
        <w:object w:dxaOrig="600" w:dyaOrig="279" w14:anchorId="7BBE9274">
          <v:shape id="_x0000_i1859" type="#_x0000_t75" style="width:30pt;height:14pt" o:ole="">
            <v:imagedata r:id="rId1660" o:title=""/>
          </v:shape>
          <o:OLEObject Type="Embed" ProgID="Equation.DSMT4" ShapeID="_x0000_i1859" DrawAspect="Content" ObjectID="_1702753415" r:id="rId1661"/>
        </w:object>
      </w:r>
      <w:r w:rsidR="004C66ED" w:rsidRPr="000B2A56">
        <w:rPr>
          <w:rFonts w:ascii="Palatino Linotype" w:hAnsi="Palatino Linotype"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color w:val="000000"/>
          <w:position w:val="-6"/>
          <w:sz w:val="24"/>
          <w:szCs w:val="24"/>
          <w:lang w:val="vi-VN"/>
        </w:rPr>
        <w:object w:dxaOrig="600" w:dyaOrig="279" w14:anchorId="590553FD">
          <v:shape id="_x0000_i1860" type="#_x0000_t75" style="width:30pt;height:14pt" o:ole="">
            <v:imagedata r:id="rId1662" o:title=""/>
          </v:shape>
          <o:OLEObject Type="Embed" ProgID="Equation.DSMT4" ShapeID="_x0000_i1860" DrawAspect="Content" ObjectID="_1702753416" r:id="rId1663"/>
        </w:object>
      </w:r>
      <w:r w:rsidR="004C66ED" w:rsidRPr="000B2A56">
        <w:rPr>
          <w:rFonts w:ascii="Palatino Linotype" w:hAnsi="Palatino Linotype"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color w:val="000000"/>
          <w:position w:val="-24"/>
          <w:sz w:val="24"/>
          <w:szCs w:val="24"/>
          <w:lang w:val="vi-VN"/>
        </w:rPr>
        <w:object w:dxaOrig="645" w:dyaOrig="615" w14:anchorId="3C7407D2">
          <v:shape id="_x0000_i1861" type="#_x0000_t75" style="width:32.5pt;height:30.5pt" o:ole="">
            <v:imagedata r:id="rId1664" o:title=""/>
          </v:shape>
          <o:OLEObject Type="Embed" ProgID="Equation.DSMT4" ShapeID="_x0000_i1861" DrawAspect="Content" ObjectID="_1702753417" r:id="rId1665"/>
        </w:object>
      </w:r>
      <w:r w:rsidR="004C66ED" w:rsidRPr="000B2A56">
        <w:rPr>
          <w:rFonts w:ascii="Palatino Linotype" w:hAnsi="Palatino Linotype"/>
          <w:color w:val="000000"/>
          <w:sz w:val="24"/>
          <w:szCs w:val="24"/>
        </w:rPr>
        <w:t>.</w:t>
      </w:r>
    </w:p>
    <w:p w14:paraId="10C879B4" w14:textId="3C87228B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es-ES"/>
        </w:rPr>
      </w:pPr>
      <w:r w:rsidRPr="000B2A56">
        <w:rPr>
          <w:rFonts w:ascii="Palatino Linotype" w:hAnsi="Palatino Linotype"/>
          <w:sz w:val="24"/>
          <w:szCs w:val="24"/>
          <w:lang w:val="es-ES"/>
        </w:rPr>
        <w:t>Hệ phương trình nào sau đây là hệ hai phương trình bậc nhất hai ẩn:</w:t>
      </w:r>
    </w:p>
    <w:p w14:paraId="274920F9" w14:textId="1D481D78" w:rsidR="005E66A8" w:rsidRPr="000B2A56" w:rsidRDefault="005E66A8" w:rsidP="005E66A8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lang w:val="es-ES"/>
        </w:rPr>
      </w:pPr>
      <w:r w:rsidRPr="000B2A56">
        <w:rPr>
          <w:rFonts w:ascii="Palatino Linotype" w:hAnsi="Palatino Linotype"/>
          <w:b/>
          <w:color w:val="008000"/>
          <w:lang w:val="es-ES"/>
        </w:rPr>
        <w:t xml:space="preserve">A. </w:t>
      </w:r>
      <w:r w:rsidR="004C66ED" w:rsidRPr="000B2A56">
        <w:rPr>
          <w:rFonts w:ascii="Palatino Linotype" w:hAnsi="Palatino Linotype"/>
          <w:b/>
          <w:position w:val="-32"/>
        </w:rPr>
        <w:object w:dxaOrig="1311" w:dyaOrig="755" w14:anchorId="0FC06007">
          <v:shape id="_x0000_i1862" type="#_x0000_t75" style="width:65pt;height:37.5pt" o:ole="">
            <v:imagedata r:id="rId1666" o:title=""/>
          </v:shape>
          <o:OLEObject Type="Embed" ProgID="Equation.DSMT4" ShapeID="_x0000_i1862" DrawAspect="Content" ObjectID="_1702753418" r:id="rId1667"/>
        </w:object>
      </w:r>
      <w:r w:rsidR="004C66ED" w:rsidRPr="000B2A56">
        <w:rPr>
          <w:rFonts w:ascii="Palatino Linotype" w:hAnsi="Palatino Linotype"/>
          <w:lang w:val="es-ES"/>
        </w:rPr>
        <w:t>.</w:t>
      </w:r>
      <w:r w:rsidRPr="000B2A56">
        <w:rPr>
          <w:rFonts w:ascii="Palatino Linotype" w:hAnsi="Palatino Linotype"/>
          <w:b/>
          <w:lang w:val="es-ES"/>
        </w:rPr>
        <w:tab/>
      </w:r>
      <w:r w:rsidRPr="000B2A56">
        <w:rPr>
          <w:rFonts w:ascii="Palatino Linotype" w:hAnsi="Palatino Linotype"/>
          <w:b/>
          <w:color w:val="008000"/>
          <w:lang w:val="es-ES"/>
        </w:rPr>
        <w:t xml:space="preserve">B. </w:t>
      </w:r>
      <w:r w:rsidR="004C66ED" w:rsidRPr="000B2A56">
        <w:rPr>
          <w:rFonts w:ascii="Palatino Linotype" w:hAnsi="Palatino Linotype"/>
          <w:b/>
          <w:position w:val="-30"/>
        </w:rPr>
        <w:object w:dxaOrig="1162" w:dyaOrig="725" w14:anchorId="6230A09E">
          <v:shape id="_x0000_i1863" type="#_x0000_t75" style="width:58.5pt;height:37pt" o:ole="">
            <v:imagedata r:id="rId1668" o:title=""/>
          </v:shape>
          <o:OLEObject Type="Embed" ProgID="Equation.DSMT4" ShapeID="_x0000_i1863" DrawAspect="Content" ObjectID="_1702753419" r:id="rId1669"/>
        </w:object>
      </w:r>
      <w:r w:rsidR="004C66ED" w:rsidRPr="000B2A56">
        <w:rPr>
          <w:rFonts w:ascii="Palatino Linotype" w:hAnsi="Palatino Linotype"/>
          <w:lang w:val="es-ES"/>
        </w:rPr>
        <w:t>.</w:t>
      </w:r>
    </w:p>
    <w:p w14:paraId="4891FD1E" w14:textId="072DD3C5" w:rsidR="004C66ED" w:rsidRPr="000B2A56" w:rsidRDefault="005E66A8" w:rsidP="005E66A8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es-ES"/>
        </w:rPr>
      </w:pPr>
      <w:r w:rsidRPr="000B2A56">
        <w:rPr>
          <w:rFonts w:ascii="Palatino Linotype" w:hAnsi="Palatino Linotype"/>
          <w:b/>
          <w:color w:val="008000"/>
          <w:lang w:val="es-ES"/>
        </w:rPr>
        <w:t xml:space="preserve">C. </w:t>
      </w:r>
      <w:r w:rsidR="004C66ED" w:rsidRPr="000B2A56">
        <w:rPr>
          <w:rFonts w:ascii="Palatino Linotype" w:hAnsi="Palatino Linotype"/>
          <w:b/>
          <w:position w:val="-34"/>
        </w:rPr>
        <w:object w:dxaOrig="1202" w:dyaOrig="804" w14:anchorId="7E8EB073">
          <v:shape id="_x0000_i1864" type="#_x0000_t75" style="width:60pt;height:40.5pt" o:ole="">
            <v:imagedata r:id="rId1670" o:title=""/>
          </v:shape>
          <o:OLEObject Type="Embed" ProgID="Equation.DSMT4" ShapeID="_x0000_i1864" DrawAspect="Content" ObjectID="_1702753420" r:id="rId1671"/>
        </w:object>
      </w:r>
      <w:r w:rsidR="004C66ED" w:rsidRPr="000B2A56">
        <w:rPr>
          <w:rFonts w:ascii="Palatino Linotype" w:hAnsi="Palatino Linotype"/>
          <w:lang w:val="es-ES"/>
        </w:rPr>
        <w:t>.</w:t>
      </w:r>
      <w:r w:rsidRPr="000B2A56">
        <w:rPr>
          <w:rFonts w:ascii="Palatino Linotype" w:hAnsi="Palatino Linotype"/>
          <w:b/>
          <w:lang w:val="es-ES"/>
        </w:rPr>
        <w:tab/>
      </w:r>
      <w:r w:rsidRPr="000B2A56">
        <w:rPr>
          <w:rFonts w:ascii="Palatino Linotype" w:hAnsi="Palatino Linotype"/>
          <w:b/>
          <w:color w:val="008000"/>
          <w:lang w:val="es-ES"/>
        </w:rPr>
        <w:t xml:space="preserve">D. </w:t>
      </w:r>
      <w:r w:rsidR="004C66ED" w:rsidRPr="000B2A56">
        <w:rPr>
          <w:rFonts w:ascii="Palatino Linotype" w:hAnsi="Palatino Linotype"/>
          <w:b/>
          <w:position w:val="-32"/>
        </w:rPr>
        <w:object w:dxaOrig="1400" w:dyaOrig="755" w14:anchorId="431430ED">
          <v:shape id="_x0000_i1865" type="#_x0000_t75" style="width:71pt;height:37.5pt" o:ole="">
            <v:imagedata r:id="rId1672" o:title=""/>
          </v:shape>
          <o:OLEObject Type="Embed" ProgID="Equation.DSMT4" ShapeID="_x0000_i1865" DrawAspect="Content" ObjectID="_1702753421" r:id="rId1673"/>
        </w:object>
      </w:r>
      <w:r w:rsidR="004C66ED" w:rsidRPr="000B2A56">
        <w:rPr>
          <w:rFonts w:ascii="Palatino Linotype" w:hAnsi="Palatino Linotype"/>
          <w:lang w:val="es-ES"/>
        </w:rPr>
        <w:t>.</w:t>
      </w:r>
    </w:p>
    <w:p w14:paraId="50C79FBC" w14:textId="2F53A1B4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color w:val="000000"/>
          <w:sz w:val="24"/>
          <w:szCs w:val="24"/>
        </w:rPr>
        <w:t xml:space="preserve">Gọi </w:t>
      </w:r>
      <w:r w:rsidRPr="000B2A56">
        <w:rPr>
          <w:position w:val="-14"/>
        </w:rPr>
        <w:object w:dxaOrig="780" w:dyaOrig="405" w14:anchorId="78A5C564">
          <v:shape id="_x0000_i1866" type="#_x0000_t75" style="width:39pt;height:20pt" o:ole="">
            <v:imagedata r:id="rId1674" o:title=""/>
          </v:shape>
          <o:OLEObject Type="Embed" ProgID="Equation.DSMT4" ShapeID="_x0000_i1866" DrawAspect="Content" ObjectID="_1702753422" r:id="rId1675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 xml:space="preserve"> là nghiệm của hệ phương trình </w:t>
      </w:r>
      <w:r w:rsidRPr="000B2A56">
        <w:rPr>
          <w:position w:val="-30"/>
        </w:rPr>
        <w:object w:dxaOrig="1520" w:dyaOrig="720" w14:anchorId="0A92909B">
          <v:shape id="_x0000_i1867" type="#_x0000_t75" style="width:76pt;height:36.5pt" o:ole="">
            <v:imagedata r:id="rId1676" o:title=""/>
          </v:shape>
          <o:OLEObject Type="Embed" ProgID="Equation.DSMT4" ShapeID="_x0000_i1867" DrawAspect="Content" ObjectID="_1702753423" r:id="rId1677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 xml:space="preserve">. Hãy tính giá trị của biểu thức </w:t>
      </w:r>
      <w:r w:rsidRPr="000B2A56">
        <w:rPr>
          <w:position w:val="-12"/>
        </w:rPr>
        <w:object w:dxaOrig="2060" w:dyaOrig="360" w14:anchorId="33C246C7">
          <v:shape id="_x0000_i1868" type="#_x0000_t75" style="width:103.5pt;height:18pt" o:ole="">
            <v:imagedata r:id="rId1678" o:title=""/>
          </v:shape>
          <o:OLEObject Type="Embed" ProgID="Equation.DSMT4" ShapeID="_x0000_i1868" DrawAspect="Content" ObjectID="_1702753424" r:id="rId1679"/>
        </w:object>
      </w:r>
      <w:r w:rsidRPr="000B2A56">
        <w:rPr>
          <w:rFonts w:ascii="Palatino Linotype" w:hAnsi="Palatino Linotype"/>
          <w:color w:val="000000"/>
          <w:sz w:val="24"/>
          <w:szCs w:val="24"/>
        </w:rPr>
        <w:t>.</w:t>
      </w:r>
    </w:p>
    <w:p w14:paraId="07763DBE" w14:textId="622C6AB3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C66ED" w:rsidRPr="000B2A56">
        <w:rPr>
          <w:rFonts w:ascii="Palatino Linotype" w:hAnsi="Palatino Linotype"/>
          <w:color w:val="000000"/>
          <w:position w:val="-6"/>
          <w:sz w:val="24"/>
          <w:szCs w:val="24"/>
        </w:rPr>
        <w:object w:dxaOrig="560" w:dyaOrig="279" w14:anchorId="3F220A2C">
          <v:shape id="_x0000_i1869" type="#_x0000_t75" style="width:28pt;height:14pt" o:ole="">
            <v:imagedata r:id="rId1680" o:title=""/>
          </v:shape>
          <o:OLEObject Type="Embed" ProgID="Equation.DSMT4" ShapeID="_x0000_i1869" DrawAspect="Content" ObjectID="_1702753425" r:id="rId1681"/>
        </w:object>
      </w:r>
      <w:r w:rsidR="004C66ED" w:rsidRPr="000B2A56">
        <w:rPr>
          <w:rFonts w:ascii="Palatino Linotype" w:hAnsi="Palatino Linotype"/>
          <w:b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4C66ED" w:rsidRPr="000B2A56">
        <w:rPr>
          <w:rFonts w:ascii="Palatino Linotype" w:hAnsi="Palatino Linotype"/>
          <w:b/>
          <w:color w:val="000000"/>
          <w:position w:val="-4"/>
          <w:sz w:val="24"/>
          <w:szCs w:val="24"/>
        </w:rPr>
        <w:object w:dxaOrig="315" w:dyaOrig="255" w14:anchorId="17ED1793">
          <v:shape id="_x0000_i1870" type="#_x0000_t75" style="width:15.5pt;height:12.5pt" o:ole="">
            <v:imagedata r:id="rId1682" o:title=""/>
          </v:shape>
          <o:OLEObject Type="Embed" ProgID="Equation.DSMT4" ShapeID="_x0000_i1870" DrawAspect="Content" ObjectID="_1702753426" r:id="rId1683"/>
        </w:object>
      </w:r>
      <w:r w:rsidR="004C66ED" w:rsidRPr="000B2A56">
        <w:rPr>
          <w:rFonts w:ascii="Palatino Linotype" w:hAnsi="Palatino Linotype"/>
          <w:b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b/>
          <w:color w:val="000000"/>
          <w:position w:val="-4"/>
          <w:sz w:val="24"/>
          <w:szCs w:val="24"/>
        </w:rPr>
        <w:object w:dxaOrig="300" w:dyaOrig="260" w14:anchorId="7DAE10DB">
          <v:shape id="_x0000_i1871" type="#_x0000_t75" style="width:15pt;height:13pt" o:ole="">
            <v:imagedata r:id="rId1684" o:title=""/>
          </v:shape>
          <o:OLEObject Type="Embed" ProgID="Equation.DSMT4" ShapeID="_x0000_i1871" DrawAspect="Content" ObjectID="_1702753427" r:id="rId1685"/>
        </w:object>
      </w:r>
      <w:r w:rsidR="004C66ED" w:rsidRPr="000B2A56">
        <w:rPr>
          <w:rFonts w:ascii="Palatino Linotype" w:hAnsi="Palatino Linotype"/>
          <w:b/>
          <w:color w:val="000000"/>
          <w:sz w:val="24"/>
          <w:szCs w:val="24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b/>
          <w:color w:val="000000"/>
          <w:position w:val="-6"/>
          <w:sz w:val="24"/>
          <w:szCs w:val="24"/>
        </w:rPr>
        <w:object w:dxaOrig="540" w:dyaOrig="279" w14:anchorId="19C99314">
          <v:shape id="_x0000_i1872" type="#_x0000_t75" style="width:27pt;height:14pt" o:ole="">
            <v:imagedata r:id="rId1686" o:title=""/>
          </v:shape>
          <o:OLEObject Type="Embed" ProgID="Equation.DSMT4" ShapeID="_x0000_i1872" DrawAspect="Content" ObjectID="_1702753428" r:id="rId1687"/>
        </w:object>
      </w:r>
      <w:r w:rsidR="004C66ED" w:rsidRPr="000B2A56">
        <w:rPr>
          <w:rFonts w:ascii="Palatino Linotype" w:hAnsi="Palatino Linotype"/>
          <w:b/>
          <w:color w:val="000000"/>
          <w:sz w:val="24"/>
          <w:szCs w:val="24"/>
        </w:rPr>
        <w:t>.</w:t>
      </w:r>
    </w:p>
    <w:p w14:paraId="7FBC8135" w14:textId="4DEF31A4" w:rsidR="005E66A8" w:rsidRPr="000B2A56" w:rsidRDefault="004C66ED" w:rsidP="00607548">
      <w:pPr>
        <w:pStyle w:val="Normal02"/>
        <w:numPr>
          <w:ilvl w:val="0"/>
          <w:numId w:val="15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 w:hint="cs"/>
          <w:sz w:val="24"/>
          <w:szCs w:val="24"/>
        </w:rPr>
        <w:t xml:space="preserve">Trong mặt phẳng toạ độ </w:t>
      </w:r>
      <w:r w:rsidRPr="000B2A56">
        <w:rPr>
          <w:rFonts w:ascii="Palatino Linotype" w:hAnsi="Palatino Linotype"/>
          <w:i/>
          <w:sz w:val="24"/>
          <w:szCs w:val="24"/>
        </w:rPr>
        <w:t>Oxy</w:t>
      </w:r>
      <w:r w:rsidRPr="000B2A56">
        <w:rPr>
          <w:rFonts w:ascii="Palatino Linotype" w:hAnsi="Palatino Linotype"/>
          <w:sz w:val="24"/>
          <w:szCs w:val="24"/>
        </w:rPr>
        <w:t xml:space="preserve">, cho </w:t>
      </w:r>
      <w:r w:rsidRPr="000B2A56">
        <w:rPr>
          <w:rFonts w:ascii="Palatino Linotype" w:hAnsi="Palatino Linotype"/>
          <w:i/>
          <w:sz w:val="24"/>
          <w:szCs w:val="24"/>
        </w:rPr>
        <w:t>M</w:t>
      </w:r>
      <w:r w:rsidRPr="000B2A56">
        <w:rPr>
          <w:rFonts w:ascii="Palatino Linotype" w:hAnsi="Palatino Linotype" w:hint="cs"/>
          <w:sz w:val="24"/>
          <w:szCs w:val="24"/>
        </w:rPr>
        <w:t xml:space="preserve"> thoả </w:t>
      </w:r>
      <w:r w:rsidRPr="000B2A56">
        <w:rPr>
          <w:rFonts w:ascii="Palatino Linotype" w:hAnsi="Palatino Linotype"/>
          <w:position w:val="-10"/>
          <w:sz w:val="24"/>
          <w:szCs w:val="24"/>
        </w:rPr>
        <w:object w:dxaOrig="1240" w:dyaOrig="380" w14:anchorId="0236E139">
          <v:shape id="_x0000_i1873" type="#_x0000_t75" style="width:62pt;height:19.5pt" o:ole="">
            <v:imagedata r:id="rId1688" o:title=""/>
          </v:shape>
          <o:OLEObject Type="Embed" ProgID="Equation.DSMT4" ShapeID="_x0000_i1873" DrawAspect="Content" ObjectID="_1702753429" r:id="rId1689"/>
        </w:object>
      </w:r>
      <w:r w:rsidRPr="000B2A56">
        <w:rPr>
          <w:rFonts w:ascii="Palatino Linotype" w:hAnsi="Palatino Linotype"/>
          <w:sz w:val="24"/>
          <w:szCs w:val="24"/>
        </w:rPr>
        <w:t xml:space="preserve">. </w:t>
      </w:r>
      <w:r w:rsidRPr="000B2A56">
        <w:rPr>
          <w:rFonts w:ascii="Palatino Linotype" w:hAnsi="Palatino Linotype" w:hint="cs"/>
          <w:sz w:val="24"/>
          <w:szCs w:val="24"/>
        </w:rPr>
        <w:t xml:space="preserve">Toạ độ điểm </w:t>
      </w:r>
      <w:r w:rsidRPr="000B2A56">
        <w:rPr>
          <w:rFonts w:ascii="Palatino Linotype" w:hAnsi="Palatino Linotype"/>
          <w:i/>
          <w:sz w:val="24"/>
          <w:szCs w:val="24"/>
        </w:rPr>
        <w:t xml:space="preserve">M </w:t>
      </w:r>
      <w:r w:rsidRPr="000B2A56">
        <w:rPr>
          <w:rFonts w:ascii="Palatino Linotype" w:hAnsi="Palatino Linotype" w:hint="cs"/>
          <w:sz w:val="24"/>
          <w:szCs w:val="24"/>
        </w:rPr>
        <w:t>là</w:t>
      </w:r>
    </w:p>
    <w:p w14:paraId="05AA17B2" w14:textId="0CD0FAF7" w:rsidR="004C66ED" w:rsidRPr="000B2A56" w:rsidRDefault="005E66A8" w:rsidP="005E66A8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0B2A56">
        <w:rPr>
          <w:rFonts w:ascii="Palatino Linotype" w:hAnsi="Palatino Linotype"/>
          <w:b/>
          <w:color w:val="008000"/>
        </w:rPr>
        <w:t xml:space="preserve">A. </w:t>
      </w:r>
      <w:r w:rsidR="004C66ED" w:rsidRPr="000B2A56">
        <w:rPr>
          <w:rFonts w:ascii="Palatino Linotype" w:hAnsi="Palatino Linotype"/>
          <w:position w:val="-10"/>
        </w:rPr>
        <w:object w:dxaOrig="680" w:dyaOrig="320" w14:anchorId="0E6AF711">
          <v:shape id="_x0000_i1874" type="#_x0000_t75" style="width:34.5pt;height:15.5pt" o:ole="">
            <v:imagedata r:id="rId1690" o:title=""/>
          </v:shape>
          <o:OLEObject Type="Embed" ProgID="Equation.DSMT4" ShapeID="_x0000_i1874" DrawAspect="Content" ObjectID="_1702753430" r:id="rId1691"/>
        </w:object>
      </w:r>
      <w:r w:rsidRPr="000B2A56">
        <w:rPr>
          <w:rFonts w:ascii="Palatino Linotype" w:hAnsi="Palatino Linotype"/>
          <w:b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B. </w:t>
      </w:r>
      <w:r w:rsidR="004C66ED" w:rsidRPr="000B2A56">
        <w:rPr>
          <w:rFonts w:ascii="Palatino Linotype" w:hAnsi="Palatino Linotype"/>
          <w:position w:val="-10"/>
        </w:rPr>
        <w:object w:dxaOrig="520" w:dyaOrig="320" w14:anchorId="3894F2DD">
          <v:shape id="_x0000_i1875" type="#_x0000_t75" style="width:26.5pt;height:15.5pt" o:ole="">
            <v:imagedata r:id="rId1692" o:title=""/>
          </v:shape>
          <o:OLEObject Type="Embed" ProgID="Equation.DSMT4" ShapeID="_x0000_i1875" DrawAspect="Content" ObjectID="_1702753431" r:id="rId1693"/>
        </w:object>
      </w:r>
      <w:r w:rsidRPr="000B2A56">
        <w:rPr>
          <w:rFonts w:ascii="Palatino Linotype" w:hAnsi="Palatino Linotype"/>
          <w:b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C. </w:t>
      </w:r>
      <w:r w:rsidR="004C66ED" w:rsidRPr="000B2A56">
        <w:rPr>
          <w:rFonts w:ascii="Palatino Linotype" w:hAnsi="Palatino Linotype"/>
          <w:position w:val="-10"/>
        </w:rPr>
        <w:object w:dxaOrig="680" w:dyaOrig="320" w14:anchorId="4535CECB">
          <v:shape id="_x0000_i1876" type="#_x0000_t75" style="width:34.5pt;height:15.5pt" o:ole="">
            <v:imagedata r:id="rId1694" o:title=""/>
          </v:shape>
          <o:OLEObject Type="Embed" ProgID="Equation.DSMT4" ShapeID="_x0000_i1876" DrawAspect="Content" ObjectID="_1702753432" r:id="rId1695"/>
        </w:object>
      </w:r>
      <w:r w:rsidRPr="000B2A56">
        <w:rPr>
          <w:rFonts w:ascii="Palatino Linotype" w:hAnsi="Palatino Linotype"/>
          <w:b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D. </w:t>
      </w:r>
      <w:r w:rsidR="004C66ED" w:rsidRPr="000B2A56">
        <w:rPr>
          <w:rFonts w:ascii="Palatino Linotype" w:hAnsi="Palatino Linotype"/>
          <w:position w:val="-10"/>
        </w:rPr>
        <w:object w:dxaOrig="520" w:dyaOrig="320" w14:anchorId="3C4B18AA">
          <v:shape id="_x0000_i1877" type="#_x0000_t75" style="width:26.5pt;height:15.5pt" o:ole="">
            <v:imagedata r:id="rId1696" o:title=""/>
          </v:shape>
          <o:OLEObject Type="Embed" ProgID="Equation.DSMT4" ShapeID="_x0000_i1877" DrawAspect="Content" ObjectID="_1702753433" r:id="rId1697"/>
        </w:object>
      </w:r>
    </w:p>
    <w:p w14:paraId="441160FE" w14:textId="4AD41F94" w:rsidR="005E66A8" w:rsidRPr="000B2A56" w:rsidRDefault="004C66ED" w:rsidP="00607548">
      <w:pPr>
        <w:pStyle w:val="Normal0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rFonts w:ascii="Palatino Linotype" w:eastAsia="Times New Roman" w:hAnsi="Palatino Linotype"/>
          <w:sz w:val="24"/>
          <w:szCs w:val="24"/>
        </w:rPr>
      </w:pPr>
      <w:r w:rsidRPr="000B2A56">
        <w:rPr>
          <w:rFonts w:ascii="Palatino Linotype" w:eastAsia="Times New Roman" w:hAnsi="Palatino Linotype" w:hint="cs"/>
          <w:sz w:val="24"/>
          <w:szCs w:val="24"/>
        </w:rPr>
        <w:t>Trong mặt phẳng Oxy</w:t>
      </w:r>
      <w:r w:rsidRPr="000B2A56">
        <w:rPr>
          <w:rFonts w:ascii="Palatino Linotype" w:eastAsia="Times New Roman" w:hAnsi="Palatino Linotype"/>
          <w:sz w:val="24"/>
          <w:szCs w:val="24"/>
        </w:rPr>
        <w:t xml:space="preserve">, cho </w:t>
      </w:r>
      <w:r w:rsidRPr="000B2A56">
        <w:rPr>
          <w:rFonts w:ascii="Palatino Linotype" w:eastAsia="Times New Roman" w:hAnsi="Palatino Linotype"/>
          <w:position w:val="-10"/>
          <w:sz w:val="24"/>
          <w:szCs w:val="24"/>
        </w:rPr>
        <w:object w:dxaOrig="1520" w:dyaOrig="320" w14:anchorId="27FE0036">
          <v:shape id="_x0000_i1878" type="#_x0000_t75" style="width:76pt;height:15.5pt" o:ole="">
            <v:imagedata r:id="rId1698" o:title=""/>
          </v:shape>
          <o:OLEObject Type="Embed" ProgID="Equation.DSMT4" ShapeID="_x0000_i1878" DrawAspect="Content" ObjectID="_1702753434" r:id="rId1699"/>
        </w:object>
      </w:r>
      <w:r w:rsidRPr="000B2A56">
        <w:rPr>
          <w:rFonts w:ascii="Palatino Linotype" w:eastAsia="Times New Roman" w:hAnsi="Palatino Linotype"/>
          <w:sz w:val="24"/>
          <w:szCs w:val="24"/>
        </w:rPr>
        <w:t xml:space="preserve">. </w:t>
      </w:r>
      <w:r w:rsidRPr="000B2A56">
        <w:rPr>
          <w:rFonts w:ascii="Palatino Linotype" w:eastAsia="Times New Roman" w:hAnsi="Palatino Linotype" w:hint="cs"/>
          <w:sz w:val="24"/>
          <w:szCs w:val="24"/>
        </w:rPr>
        <w:t xml:space="preserve">Tọa độ điểm E trên trục </w:t>
      </w:r>
      <w:r w:rsidRPr="000B2A56">
        <w:rPr>
          <w:rFonts w:ascii="Palatino Linotype" w:eastAsia="Times New Roman" w:hAnsi="Palatino Linotype"/>
          <w:position w:val="-10"/>
          <w:sz w:val="24"/>
          <w:szCs w:val="24"/>
        </w:rPr>
        <w:object w:dxaOrig="360" w:dyaOrig="320" w14:anchorId="565AD1E9">
          <v:shape id="_x0000_i1879" type="#_x0000_t75" style="width:18pt;height:15.5pt" o:ole="">
            <v:imagedata r:id="rId1700" o:title=""/>
          </v:shape>
          <o:OLEObject Type="Embed" ProgID="Equation.DSMT4" ShapeID="_x0000_i1879" DrawAspect="Content" ObjectID="_1702753435" r:id="rId1701"/>
        </w:object>
      </w:r>
      <w:r w:rsidRPr="000B2A56">
        <w:rPr>
          <w:rFonts w:ascii="Palatino Linotype" w:eastAsia="Times New Roman" w:hAnsi="Palatino Linotype" w:hint="cs"/>
          <w:sz w:val="24"/>
          <w:szCs w:val="24"/>
        </w:rPr>
        <w:t xml:space="preserve"> mà A</w:t>
      </w:r>
      <w:r w:rsidRPr="000B2A56">
        <w:rPr>
          <w:rFonts w:ascii="Palatino Linotype" w:eastAsia="Times New Roman" w:hAnsi="Palatino Linotype"/>
          <w:sz w:val="24"/>
          <w:szCs w:val="24"/>
        </w:rPr>
        <w:t xml:space="preserve">, B, </w:t>
      </w:r>
      <w:r w:rsidRPr="000B2A56">
        <w:rPr>
          <w:rFonts w:ascii="Palatino Linotype" w:eastAsia="Times New Roman" w:hAnsi="Palatino Linotype" w:hint="cs"/>
          <w:sz w:val="24"/>
          <w:szCs w:val="24"/>
        </w:rPr>
        <w:t>E thẳng hàng là:</w:t>
      </w:r>
    </w:p>
    <w:p w14:paraId="7CE83F9D" w14:textId="3F531CF4" w:rsidR="004C66ED" w:rsidRPr="000B2A56" w:rsidRDefault="005E66A8" w:rsidP="005E66A8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0B2A56">
        <w:rPr>
          <w:rFonts w:ascii="Palatino Linotype" w:hAnsi="Palatino Linotype"/>
          <w:b/>
          <w:color w:val="008000"/>
        </w:rPr>
        <w:t xml:space="preserve">A. </w:t>
      </w:r>
      <w:r w:rsidR="004C66ED" w:rsidRPr="000B2A56">
        <w:rPr>
          <w:rFonts w:ascii="Palatino Linotype" w:hAnsi="Palatino Linotype"/>
          <w:position w:val="-10"/>
        </w:rPr>
        <w:object w:dxaOrig="860" w:dyaOrig="320" w14:anchorId="7533BD9E">
          <v:shape id="_x0000_i1880" type="#_x0000_t75" style="width:42.5pt;height:15.5pt" o:ole="">
            <v:imagedata r:id="rId1702" o:title=""/>
          </v:shape>
          <o:OLEObject Type="Embed" ProgID="Equation.DSMT4" ShapeID="_x0000_i1880" DrawAspect="Content" ObjectID="_1702753436" r:id="rId1703"/>
        </w:object>
      </w:r>
      <w:r w:rsidRPr="000B2A56">
        <w:rPr>
          <w:rFonts w:ascii="Palatino Linotype" w:hAnsi="Palatino Linotype"/>
          <w:b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B. </w:t>
      </w:r>
      <w:r w:rsidR="004C66ED" w:rsidRPr="000B2A56">
        <w:rPr>
          <w:rFonts w:ascii="Palatino Linotype" w:hAnsi="Palatino Linotype"/>
          <w:position w:val="-10"/>
        </w:rPr>
        <w:object w:dxaOrig="720" w:dyaOrig="320" w14:anchorId="5CFE5EC4">
          <v:shape id="_x0000_i1881" type="#_x0000_t75" style="width:36.5pt;height:15.5pt" o:ole="">
            <v:imagedata r:id="rId1704" o:title=""/>
          </v:shape>
          <o:OLEObject Type="Embed" ProgID="Equation.DSMT4" ShapeID="_x0000_i1881" DrawAspect="Content" ObjectID="_1702753437" r:id="rId1705"/>
        </w:object>
      </w:r>
      <w:r w:rsidRPr="000B2A56">
        <w:rPr>
          <w:rFonts w:ascii="Palatino Linotype" w:hAnsi="Palatino Linotype"/>
          <w:b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C. </w:t>
      </w:r>
      <w:r w:rsidR="004C66ED" w:rsidRPr="000B2A56">
        <w:rPr>
          <w:rFonts w:ascii="Palatino Linotype" w:hAnsi="Palatino Linotype"/>
          <w:position w:val="-10"/>
        </w:rPr>
        <w:object w:dxaOrig="720" w:dyaOrig="320" w14:anchorId="25867586">
          <v:shape id="_x0000_i1882" type="#_x0000_t75" style="width:36.5pt;height:15.5pt" o:ole="">
            <v:imagedata r:id="rId1706" o:title=""/>
          </v:shape>
          <o:OLEObject Type="Embed" ProgID="Equation.DSMT4" ShapeID="_x0000_i1882" DrawAspect="Content" ObjectID="_1702753438" r:id="rId1707"/>
        </w:object>
      </w:r>
      <w:r w:rsidRPr="000B2A56">
        <w:rPr>
          <w:rFonts w:ascii="Palatino Linotype" w:hAnsi="Palatino Linotype"/>
          <w:b/>
        </w:rPr>
        <w:tab/>
      </w:r>
      <w:r w:rsidRPr="000B2A56">
        <w:rPr>
          <w:rFonts w:ascii="Palatino Linotype" w:hAnsi="Palatino Linotype"/>
          <w:b/>
          <w:color w:val="008000"/>
        </w:rPr>
        <w:t xml:space="preserve">D. </w:t>
      </w:r>
      <w:r w:rsidR="004C66ED" w:rsidRPr="000B2A56">
        <w:rPr>
          <w:rFonts w:ascii="Palatino Linotype" w:hAnsi="Palatino Linotype"/>
          <w:position w:val="-24"/>
        </w:rPr>
        <w:object w:dxaOrig="960" w:dyaOrig="620" w14:anchorId="325753DF">
          <v:shape id="_x0000_i1883" type="#_x0000_t75" style="width:48pt;height:31.5pt" o:ole="">
            <v:imagedata r:id="rId1708" o:title=""/>
          </v:shape>
          <o:OLEObject Type="Embed" ProgID="Equation.DSMT4" ShapeID="_x0000_i1883" DrawAspect="Content" ObjectID="_1702753439" r:id="rId1709"/>
        </w:object>
      </w:r>
    </w:p>
    <w:p w14:paraId="6DEAED92" w14:textId="75D61C0D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b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 xml:space="preserve">Cho </w:t>
      </w:r>
      <w:r w:rsidRPr="000B2A56">
        <w:rPr>
          <w:position w:val="-10"/>
        </w:rPr>
        <w:object w:dxaOrig="795" w:dyaOrig="383" w14:anchorId="5B3962B5">
          <v:shape id="_x0000_i1884" type="#_x0000_t75" style="width:40pt;height:19.5pt" o:ole="">
            <v:imagedata r:id="rId1710" o:title=""/>
          </v:shape>
          <o:OLEObject Type="Embed" ProgID="Equation.DSMT4" ShapeID="_x0000_i1884" DrawAspect="Content" ObjectID="_1702753440" r:id="rId1711"/>
        </w:object>
      </w:r>
      <w:r w:rsidRPr="000B2A56">
        <w:rPr>
          <w:rFonts w:ascii="Palatino Linotype" w:hAnsi="Palatino Linotype"/>
          <w:sz w:val="24"/>
          <w:szCs w:val="24"/>
        </w:rPr>
        <w:t xml:space="preserve"> Khẳng định nào sau đây là </w:t>
      </w:r>
      <w:r w:rsidRPr="000B2A56">
        <w:rPr>
          <w:rFonts w:ascii="Palatino Linotype" w:hAnsi="Palatino Linotype"/>
          <w:b/>
          <w:sz w:val="24"/>
          <w:szCs w:val="24"/>
        </w:rPr>
        <w:t>sai</w:t>
      </w:r>
      <w:r w:rsidRPr="000B2A56">
        <w:rPr>
          <w:rFonts w:ascii="Palatino Linotype" w:hAnsi="Palatino Linotype"/>
          <w:sz w:val="24"/>
          <w:szCs w:val="24"/>
        </w:rPr>
        <w:t>?</w:t>
      </w:r>
    </w:p>
    <w:p w14:paraId="5766F939" w14:textId="09768220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sz w:val="24"/>
          <w:szCs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1599" w:dyaOrig="477" w14:anchorId="438CABA5">
          <v:shape id="_x0000_i1885" type="#_x0000_t75" style="width:80.5pt;height:24pt" o:ole="">
            <v:imagedata r:id="rId1712" o:title=""/>
          </v:shape>
          <o:OLEObject Type="Embed" ProgID="Equation.DSMT4" ShapeID="_x0000_i1885" DrawAspect="Content" ObjectID="_1702753441" r:id="rId1713"/>
        </w:object>
      </w:r>
      <w:r w:rsidRPr="000B2A56">
        <w:rPr>
          <w:rFonts w:ascii="Palatino Linotype" w:hAnsi="Palatino Linotype"/>
          <w:position w:val="-18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4C66ED" w:rsidRPr="000B2A56">
        <w:rPr>
          <w:rFonts w:ascii="Palatino Linotype" w:hAnsi="Palatino Linotype"/>
          <w:position w:val="-24"/>
          <w:sz w:val="24"/>
          <w:szCs w:val="24"/>
          <w:lang w:val="fr-FR"/>
        </w:rPr>
        <w:object w:dxaOrig="1534" w:dyaOrig="608" w14:anchorId="06A1B661">
          <v:shape id="_x0000_i1886" type="#_x0000_t75" style="width:76.5pt;height:31.5pt" o:ole="">
            <v:imagedata r:id="rId1714" o:title=""/>
          </v:shape>
          <o:OLEObject Type="Embed" ProgID="Equation.DSMT4" ShapeID="_x0000_i1886" DrawAspect="Content" ObjectID="_1702753442" r:id="rId1715"/>
        </w:objec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 xml:space="preserve"> với </w:t>
      </w:r>
      <w:r w:rsidR="004C66ED" w:rsidRPr="000B2A56">
        <w:rPr>
          <w:rFonts w:ascii="Palatino Linotype" w:hAnsi="Palatino Linotype"/>
          <w:position w:val="-18"/>
          <w:sz w:val="24"/>
          <w:szCs w:val="24"/>
          <w:lang w:val="fr-FR"/>
        </w:rPr>
        <w:object w:dxaOrig="1898" w:dyaOrig="524" w14:anchorId="04DE6E20">
          <v:shape id="_x0000_i1887" type="#_x0000_t75" style="width:96pt;height:25.5pt" o:ole="">
            <v:imagedata r:id="rId1716" o:title=""/>
          </v:shape>
          <o:OLEObject Type="Embed" ProgID="Equation.DSMT4" ShapeID="_x0000_i1887" DrawAspect="Content" ObjectID="_1702753443" r:id="rId1717"/>
        </w:object>
      </w:r>
    </w:p>
    <w:p w14:paraId="355E313C" w14:textId="2C8D9900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C.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1403" w:dyaOrig="477" w14:anchorId="64336EA8">
          <v:shape id="_x0000_i1888" type="#_x0000_t75" style="width:71pt;height:24pt" o:ole="">
            <v:imagedata r:id="rId1718" o:title=""/>
          </v:shape>
          <o:OLEObject Type="Embed" ProgID="Equation.DSMT4" ShapeID="_x0000_i1888" DrawAspect="Content" ObjectID="_1702753444" r:id="rId1719"/>
        </w:object>
      </w:r>
      <w:r w:rsidRPr="000B2A56">
        <w:rPr>
          <w:rFonts w:ascii="Palatino Linotype" w:hAnsi="Palatino Linotype"/>
          <w:position w:val="-18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D.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1702" w:dyaOrig="477" w14:anchorId="2429033E">
          <v:shape id="_x0000_i1889" type="#_x0000_t75" style="width:85pt;height:24pt" o:ole="">
            <v:imagedata r:id="rId1720" o:title=""/>
          </v:shape>
          <o:OLEObject Type="Embed" ProgID="Equation.DSMT4" ShapeID="_x0000_i1889" DrawAspect="Content" ObjectID="_1702753445" r:id="rId1721"/>
        </w:object>
      </w:r>
    </w:p>
    <w:p w14:paraId="33E001EE" w14:textId="2440E2D5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bookmarkStart w:id="1" w:name="_Hlk27920303"/>
      <w:r w:rsidRPr="000B2A56">
        <w:rPr>
          <w:rFonts w:ascii="Palatino Linotype" w:hAnsi="Palatino Linotype"/>
          <w:sz w:val="24"/>
          <w:szCs w:val="24"/>
        </w:rPr>
        <w:t xml:space="preserve">Giá trị </w:t>
      </w:r>
      <w:r w:rsidRPr="000B2A56">
        <w:rPr>
          <w:position w:val="-6"/>
        </w:rPr>
        <w:object w:dxaOrig="560" w:dyaOrig="279" w14:anchorId="546E1DB1">
          <v:shape id="_x0000_i1890" type="#_x0000_t75" style="width:28pt;height:14pt" o:ole="">
            <v:imagedata r:id="rId1722" o:title=""/>
          </v:shape>
          <o:OLEObject Type="Embed" ProgID="Equation.DSMT4" ShapeID="_x0000_i1890" DrawAspect="Content" ObjectID="_1702753446" r:id="rId1723"/>
        </w:object>
      </w:r>
      <w:r w:rsidRPr="000B2A56">
        <w:rPr>
          <w:rFonts w:ascii="Palatino Linotype" w:hAnsi="Palatino Linotype"/>
          <w:sz w:val="24"/>
          <w:szCs w:val="24"/>
        </w:rPr>
        <w:t xml:space="preserve"> là điều kiện của phương trình nào sau đây?</w:t>
      </w:r>
    </w:p>
    <w:p w14:paraId="0F3655F4" w14:textId="079B6A52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C66ED" w:rsidRPr="000B2A56">
        <w:rPr>
          <w:rFonts w:ascii="Palatino Linotype" w:hAnsi="Palatino Linotype"/>
          <w:position w:val="-24"/>
          <w:sz w:val="24"/>
          <w:szCs w:val="24"/>
        </w:rPr>
        <w:object w:dxaOrig="1820" w:dyaOrig="620" w14:anchorId="1F75E3AC">
          <v:shape id="_x0000_i1891" type="#_x0000_t75" style="width:91pt;height:31.5pt" o:ole="">
            <v:imagedata r:id="rId1724" o:title=""/>
          </v:shape>
          <o:OLEObject Type="Embed" ProgID="Equation.DSMT4" ShapeID="_x0000_i1891" DrawAspect="Content" ObjectID="_1702753447" r:id="rId1725"/>
        </w:object>
      </w:r>
      <w:r w:rsidRPr="000B2A56">
        <w:rPr>
          <w:rFonts w:ascii="Palatino Linotype" w:hAnsi="Palatino Linotype"/>
          <w:sz w:val="24"/>
          <w:szCs w:val="24"/>
        </w:rPr>
        <w:tab/>
      </w:r>
      <w:r w:rsidR="004E7F83"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4C66ED" w:rsidRPr="000B2A56">
        <w:rPr>
          <w:rFonts w:ascii="Palatino Linotype" w:hAnsi="Palatino Linotype"/>
          <w:position w:val="-24"/>
          <w:sz w:val="24"/>
          <w:szCs w:val="24"/>
        </w:rPr>
        <w:object w:dxaOrig="1780" w:dyaOrig="620" w14:anchorId="08AC0532">
          <v:shape id="_x0000_i1892" type="#_x0000_t75" style="width:89pt;height:31.5pt" o:ole="">
            <v:imagedata r:id="rId1726" o:title=""/>
          </v:shape>
          <o:OLEObject Type="Embed" ProgID="Equation.DSMT4" ShapeID="_x0000_i1892" DrawAspect="Content" ObjectID="_1702753448" r:id="rId1727"/>
        </w:object>
      </w:r>
      <w:r w:rsidR="004C66ED" w:rsidRPr="000B2A56">
        <w:rPr>
          <w:rFonts w:ascii="Palatino Linotype" w:hAnsi="Palatino Linotype"/>
          <w:sz w:val="24"/>
          <w:szCs w:val="24"/>
          <w:lang w:val="vi-VN"/>
        </w:rPr>
        <w:t>.</w:t>
      </w:r>
    </w:p>
    <w:p w14:paraId="08E4B263" w14:textId="66551DD2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position w:val="-28"/>
          <w:sz w:val="24"/>
          <w:szCs w:val="24"/>
        </w:rPr>
        <w:object w:dxaOrig="1440" w:dyaOrig="660" w14:anchorId="4A4FFC1F">
          <v:shape id="_x0000_i1893" type="#_x0000_t75" style="width:1in;height:33pt" o:ole="">
            <v:imagedata r:id="rId1728" o:title=""/>
          </v:shape>
          <o:OLEObject Type="Embed" ProgID="Equation.DSMT4" ShapeID="_x0000_i1893" DrawAspect="Content" ObjectID="_1702753449" r:id="rId1729"/>
        </w:object>
      </w:r>
      <w:r w:rsidR="004C66ED" w:rsidRPr="000B2A56">
        <w:rPr>
          <w:rFonts w:ascii="Palatino Linotype" w:hAnsi="Palatino Linotype"/>
          <w:sz w:val="24"/>
          <w:szCs w:val="24"/>
          <w:lang w:val="vi-VN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="004E7F83"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position w:val="-24"/>
          <w:sz w:val="24"/>
          <w:szCs w:val="24"/>
        </w:rPr>
        <w:object w:dxaOrig="1680" w:dyaOrig="620" w14:anchorId="79880A80">
          <v:shape id="_x0000_i1894" type="#_x0000_t75" style="width:84pt;height:31.5pt" o:ole="">
            <v:imagedata r:id="rId1730" o:title=""/>
          </v:shape>
          <o:OLEObject Type="Embed" ProgID="Equation.DSMT4" ShapeID="_x0000_i1894" DrawAspect="Content" ObjectID="_1702753450" r:id="rId1731"/>
        </w:object>
      </w:r>
      <w:r w:rsidR="004C66ED" w:rsidRPr="000B2A56">
        <w:rPr>
          <w:rFonts w:ascii="Palatino Linotype" w:hAnsi="Palatino Linotype"/>
          <w:sz w:val="24"/>
          <w:szCs w:val="24"/>
          <w:lang w:val="vi-VN"/>
        </w:rPr>
        <w:t>.</w:t>
      </w:r>
      <w:bookmarkEnd w:id="1"/>
    </w:p>
    <w:p w14:paraId="28E9B112" w14:textId="4C550D6A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 xml:space="preserve">Cho tam giác </w:t>
      </w:r>
      <w:r w:rsidRPr="000B2A56">
        <w:rPr>
          <w:position w:val="-6"/>
        </w:rPr>
        <w:object w:dxaOrig="540" w:dyaOrig="279" w14:anchorId="7307B726">
          <v:shape id="_x0000_i1895" type="#_x0000_t75" style="width:27pt;height:14pt" o:ole="">
            <v:imagedata r:id="rId1732" o:title=""/>
          </v:shape>
          <o:OLEObject Type="Embed" ProgID="Equation.DSMT4" ShapeID="_x0000_i1895" DrawAspect="Content" ObjectID="_1702753451" r:id="rId1733"/>
        </w:object>
      </w:r>
      <w:r w:rsidRPr="000B2A56">
        <w:rPr>
          <w:rFonts w:ascii="Palatino Linotype" w:hAnsi="Palatino Linotype"/>
          <w:sz w:val="24"/>
          <w:szCs w:val="24"/>
        </w:rPr>
        <w:t xml:space="preserve"> vuông cân tại </w:t>
      </w:r>
      <w:r w:rsidRPr="000B2A56">
        <w:rPr>
          <w:position w:val="-6"/>
        </w:rPr>
        <w:object w:dxaOrig="240" w:dyaOrig="279" w14:anchorId="0A0A2751">
          <v:shape id="_x0000_i1896" type="#_x0000_t75" style="width:12pt;height:14pt" o:ole="">
            <v:imagedata r:id="rId1734" o:title=""/>
          </v:shape>
          <o:OLEObject Type="Embed" ProgID="Equation.DSMT4" ShapeID="_x0000_i1896" DrawAspect="Content" ObjectID="_1702753452" r:id="rId1735"/>
        </w:object>
      </w:r>
      <w:r w:rsidRPr="000B2A56">
        <w:rPr>
          <w:rFonts w:ascii="Palatino Linotype" w:hAnsi="Palatino Linotype"/>
          <w:sz w:val="24"/>
          <w:szCs w:val="24"/>
        </w:rPr>
        <w:t xml:space="preserve">, cạnh </w:t>
      </w:r>
      <w:r w:rsidRPr="000B2A56">
        <w:rPr>
          <w:position w:val="-6"/>
        </w:rPr>
        <w:object w:dxaOrig="740" w:dyaOrig="279" w14:anchorId="4293014D">
          <v:shape id="_x0000_i1897" type="#_x0000_t75" style="width:37pt;height:14pt" o:ole="">
            <v:imagedata r:id="rId1736" o:title=""/>
          </v:shape>
          <o:OLEObject Type="Embed" ProgID="Equation.DSMT4" ShapeID="_x0000_i1897" DrawAspect="Content" ObjectID="_1702753453" r:id="rId1737"/>
        </w:object>
      </w:r>
      <w:r w:rsidRPr="000B2A56">
        <w:rPr>
          <w:rFonts w:ascii="Palatino Linotype" w:hAnsi="Palatino Linotype"/>
          <w:sz w:val="24"/>
          <w:szCs w:val="24"/>
        </w:rPr>
        <w:t xml:space="preserve">. Tính </w:t>
      </w:r>
      <w:r w:rsidRPr="000B2A56">
        <w:rPr>
          <w:position w:val="-18"/>
        </w:rPr>
        <w:object w:dxaOrig="1120" w:dyaOrig="480" w14:anchorId="1CA5CDA0">
          <v:shape id="_x0000_i1898" type="#_x0000_t75" style="width:55.5pt;height:24pt" o:ole="">
            <v:imagedata r:id="rId1738" o:title=""/>
          </v:shape>
          <o:OLEObject Type="Embed" ProgID="Equation.DSMT4" ShapeID="_x0000_i1898" DrawAspect="Content" ObjectID="_1702753454" r:id="rId1739"/>
        </w:object>
      </w:r>
      <w:r w:rsidRPr="000B2A56">
        <w:rPr>
          <w:rFonts w:ascii="Palatino Linotype" w:hAnsi="Palatino Linotype"/>
          <w:sz w:val="24"/>
          <w:szCs w:val="24"/>
        </w:rPr>
        <w:t>.</w:t>
      </w:r>
    </w:p>
    <w:p w14:paraId="426B376A" w14:textId="18BB88EF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1760" w:dyaOrig="480" w14:anchorId="1FCE471F">
          <v:shape id="_x0000_i1899" type="#_x0000_t75" style="width:88.5pt;height:24pt" o:ole="">
            <v:imagedata r:id="rId1740" o:title=""/>
          </v:shape>
          <o:OLEObject Type="Embed" ProgID="Equation.DSMT4" ShapeID="_x0000_i1899" DrawAspect="Content" ObjectID="_1702753455" r:id="rId1741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="004E7F83"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1860" w:dyaOrig="480" w14:anchorId="478B3B7D">
          <v:shape id="_x0000_i1900" type="#_x0000_t75" style="width:93.5pt;height:24pt" o:ole="">
            <v:imagedata r:id="rId1742" o:title=""/>
          </v:shape>
          <o:OLEObject Type="Embed" ProgID="Equation.DSMT4" ShapeID="_x0000_i1900" DrawAspect="Content" ObjectID="_1702753456" r:id="rId1743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</w:p>
    <w:p w14:paraId="28996CA8" w14:textId="7D065F4E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1480" w:dyaOrig="480" w14:anchorId="43761256">
          <v:shape id="_x0000_i1901" type="#_x0000_t75" style="width:74pt;height:24pt" o:ole="">
            <v:imagedata r:id="rId1744" o:title=""/>
          </v:shape>
          <o:OLEObject Type="Embed" ProgID="Equation.DSMT4" ShapeID="_x0000_i1901" DrawAspect="Content" ObjectID="_1702753457" r:id="rId1745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="004E7F83"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1560" w:dyaOrig="480" w14:anchorId="23AA449C">
          <v:shape id="_x0000_i1902" type="#_x0000_t75" style="width:78pt;height:24pt" o:ole="">
            <v:imagedata r:id="rId1746" o:title=""/>
          </v:shape>
          <o:OLEObject Type="Embed" ProgID="Equation.DSMT4" ShapeID="_x0000_i1902" DrawAspect="Content" ObjectID="_1702753458" r:id="rId1747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</w:p>
    <w:p w14:paraId="73A9BBCE" w14:textId="669367F7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 xml:space="preserve">Trong mặt phẳng tọa độ </w:t>
      </w:r>
      <w:r w:rsidRPr="000B2A56">
        <w:rPr>
          <w:position w:val="-10"/>
        </w:rPr>
        <w:object w:dxaOrig="460" w:dyaOrig="320" w14:anchorId="3581B052">
          <v:shape id="_x0000_i1903" type="#_x0000_t75" style="width:23pt;height:16.5pt" o:ole="">
            <v:imagedata r:id="rId1748" o:title=""/>
          </v:shape>
          <o:OLEObject Type="Embed" ProgID="Equation.DSMT4" ShapeID="_x0000_i1903" DrawAspect="Content" ObjectID="_1702753459" r:id="rId1749"/>
        </w:object>
      </w:r>
      <w:r w:rsidRPr="000B2A56">
        <w:rPr>
          <w:rFonts w:ascii="Palatino Linotype" w:hAnsi="Palatino Linotype"/>
          <w:sz w:val="24"/>
          <w:szCs w:val="24"/>
        </w:rPr>
        <w:t xml:space="preserve">, cho tam giác </w:t>
      </w:r>
      <w:r w:rsidRPr="000B2A56">
        <w:rPr>
          <w:position w:val="-6"/>
        </w:rPr>
        <w:object w:dxaOrig="560" w:dyaOrig="279" w14:anchorId="4B5606AA">
          <v:shape id="_x0000_i1904" type="#_x0000_t75" style="width:28pt;height:14pt" o:ole="">
            <v:imagedata r:id="rId1750" o:title=""/>
          </v:shape>
          <o:OLEObject Type="Embed" ProgID="Equation.DSMT4" ShapeID="_x0000_i1904" DrawAspect="Content" ObjectID="_1702753460" r:id="rId1751"/>
        </w:object>
      </w:r>
      <w:r w:rsidRPr="000B2A56">
        <w:rPr>
          <w:rFonts w:ascii="Palatino Linotype" w:hAnsi="Palatino Linotype"/>
          <w:sz w:val="24"/>
          <w:szCs w:val="24"/>
        </w:rPr>
        <w:t xml:space="preserve"> có </w:t>
      </w:r>
      <w:r w:rsidRPr="000B2A56">
        <w:rPr>
          <w:position w:val="-14"/>
        </w:rPr>
        <w:object w:dxaOrig="2799" w:dyaOrig="400" w14:anchorId="3E4A8F89">
          <v:shape id="_x0000_i1905" type="#_x0000_t75" style="width:140pt;height:20pt" o:ole="">
            <v:imagedata r:id="rId1752" o:title=""/>
          </v:shape>
          <o:OLEObject Type="Embed" ProgID="Equation.DSMT4" ShapeID="_x0000_i1905" DrawAspect="Content" ObjectID="_1702753461" r:id="rId1753"/>
        </w:object>
      </w:r>
      <w:r w:rsidRPr="000B2A56">
        <w:rPr>
          <w:rFonts w:ascii="Palatino Linotype" w:hAnsi="Palatino Linotype"/>
          <w:sz w:val="24"/>
          <w:szCs w:val="24"/>
        </w:rPr>
        <w:t xml:space="preserve">. Tính </w:t>
      </w:r>
      <w:r w:rsidRPr="000B2A56">
        <w:rPr>
          <w:position w:val="-6"/>
        </w:rPr>
        <w:object w:dxaOrig="580" w:dyaOrig="279" w14:anchorId="4D714433">
          <v:shape id="_x0000_i1906" type="#_x0000_t75" style="width:29pt;height:14pt" o:ole="">
            <v:imagedata r:id="rId1754" o:title=""/>
          </v:shape>
          <o:OLEObject Type="Embed" ProgID="Equation.DSMT4" ShapeID="_x0000_i1906" DrawAspect="Content" ObjectID="_1702753462" r:id="rId1755"/>
        </w:object>
      </w:r>
      <w:r w:rsidRPr="000B2A56">
        <w:rPr>
          <w:rFonts w:ascii="Palatino Linotype" w:hAnsi="Palatino Linotype"/>
          <w:sz w:val="24"/>
          <w:szCs w:val="24"/>
        </w:rPr>
        <w:t>?</w:t>
      </w:r>
    </w:p>
    <w:p w14:paraId="028549FF" w14:textId="7588524C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en-SG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C66ED" w:rsidRPr="000B2A56">
        <w:rPr>
          <w:rFonts w:ascii="Palatino Linotype" w:hAnsi="Palatino Linotype"/>
          <w:position w:val="-28"/>
          <w:sz w:val="24"/>
          <w:szCs w:val="24"/>
        </w:rPr>
        <w:object w:dxaOrig="400" w:dyaOrig="660" w14:anchorId="0D5232AB">
          <v:shape id="_x0000_i1907" type="#_x0000_t75" style="width:20pt;height:33pt" o:ole="">
            <v:imagedata r:id="rId1756" o:title=""/>
          </v:shape>
          <o:OLEObject Type="Embed" ProgID="Equation.DSMT4" ShapeID="_x0000_i1907" DrawAspect="Content" ObjectID="_1702753463" r:id="rId1757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4C66ED" w:rsidRPr="000B2A56">
        <w:rPr>
          <w:rFonts w:ascii="Palatino Linotype" w:hAnsi="Palatino Linotype"/>
          <w:position w:val="-28"/>
          <w:sz w:val="24"/>
          <w:szCs w:val="24"/>
        </w:rPr>
        <w:object w:dxaOrig="400" w:dyaOrig="660" w14:anchorId="256E914E">
          <v:shape id="_x0000_i1908" type="#_x0000_t75" style="width:20pt;height:33pt" o:ole="">
            <v:imagedata r:id="rId1758" o:title=""/>
          </v:shape>
          <o:OLEObject Type="Embed" ProgID="Equation.DSMT4" ShapeID="_x0000_i1908" DrawAspect="Content" ObjectID="_1702753464" r:id="rId1759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position w:val="-28"/>
          <w:sz w:val="24"/>
          <w:szCs w:val="24"/>
        </w:rPr>
        <w:object w:dxaOrig="400" w:dyaOrig="660" w14:anchorId="1DC9263E">
          <v:shape id="_x0000_i1909" type="#_x0000_t75" style="width:20pt;height:33pt" o:ole="">
            <v:imagedata r:id="rId1760" o:title=""/>
          </v:shape>
          <o:OLEObject Type="Embed" ProgID="Equation.DSMT4" ShapeID="_x0000_i1909" DrawAspect="Content" ObjectID="_1702753465" r:id="rId1761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position w:val="-28"/>
          <w:sz w:val="24"/>
          <w:szCs w:val="24"/>
        </w:rPr>
        <w:object w:dxaOrig="400" w:dyaOrig="660" w14:anchorId="48CCE83F">
          <v:shape id="_x0000_i1910" type="#_x0000_t75" style="width:20pt;height:33pt" o:ole="">
            <v:imagedata r:id="rId1762" o:title=""/>
          </v:shape>
          <o:OLEObject Type="Embed" ProgID="Equation.DSMT4" ShapeID="_x0000_i1910" DrawAspect="Content" ObjectID="_1702753466" r:id="rId1763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</w:p>
    <w:p w14:paraId="20AD6FEB" w14:textId="18E62041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 xml:space="preserve">Trong hệ toạ độ </w:t>
      </w:r>
      <w:r w:rsidRPr="000B2A56">
        <w:rPr>
          <w:position w:val="-10"/>
        </w:rPr>
        <w:object w:dxaOrig="460" w:dyaOrig="320" w14:anchorId="77F69CEA">
          <v:shape id="_x0000_i1911" type="#_x0000_t75" style="width:23pt;height:16.5pt" o:ole="">
            <v:imagedata r:id="rId1764" o:title=""/>
          </v:shape>
          <o:OLEObject Type="Embed" ProgID="Equation.DSMT4" ShapeID="_x0000_i1911" DrawAspect="Content" ObjectID="_1702753467" r:id="rId1765"/>
        </w:object>
      </w:r>
      <w:r w:rsidRPr="000B2A56">
        <w:rPr>
          <w:rFonts w:ascii="Palatino Linotype" w:hAnsi="Palatino Linotype"/>
          <w:sz w:val="24"/>
          <w:szCs w:val="24"/>
        </w:rPr>
        <w:t xml:space="preserve">, cho tam giác </w:t>
      </w:r>
      <w:r w:rsidRPr="000B2A56">
        <w:rPr>
          <w:position w:val="-6"/>
        </w:rPr>
        <w:object w:dxaOrig="560" w:dyaOrig="279" w14:anchorId="4AEEA9A7">
          <v:shape id="_x0000_i1912" type="#_x0000_t75" style="width:28pt;height:14pt" o:ole="">
            <v:imagedata r:id="rId1766" o:title=""/>
          </v:shape>
          <o:OLEObject Type="Embed" ProgID="Equation.DSMT4" ShapeID="_x0000_i1912" DrawAspect="Content" ObjectID="_1702753468" r:id="rId1767"/>
        </w:object>
      </w:r>
      <w:r w:rsidRPr="000B2A56">
        <w:rPr>
          <w:rFonts w:ascii="Palatino Linotype" w:hAnsi="Palatino Linotype"/>
          <w:sz w:val="24"/>
          <w:szCs w:val="24"/>
        </w:rPr>
        <w:t xml:space="preserve"> với </w:t>
      </w:r>
      <w:r w:rsidRPr="000B2A56">
        <w:rPr>
          <w:position w:val="-14"/>
        </w:rPr>
        <w:object w:dxaOrig="1880" w:dyaOrig="400" w14:anchorId="40EF5431">
          <v:shape id="_x0000_i1913" type="#_x0000_t75" style="width:94pt;height:20pt" o:ole="">
            <v:imagedata r:id="rId1768" o:title=""/>
          </v:shape>
          <o:OLEObject Type="Embed" ProgID="Equation.DSMT4" ShapeID="_x0000_i1913" DrawAspect="Content" ObjectID="_1702753469" r:id="rId1769"/>
        </w:object>
      </w:r>
      <w:r w:rsidRPr="000B2A56">
        <w:rPr>
          <w:rFonts w:ascii="Palatino Linotype" w:hAnsi="Palatino Linotype"/>
          <w:sz w:val="24"/>
          <w:szCs w:val="24"/>
        </w:rPr>
        <w:t xml:space="preserve">, trọng tâm của tam giác là </w:t>
      </w:r>
      <w:r w:rsidRPr="000B2A56">
        <w:rPr>
          <w:position w:val="-14"/>
        </w:rPr>
        <w:object w:dxaOrig="900" w:dyaOrig="400" w14:anchorId="387DC48D">
          <v:shape id="_x0000_i1914" type="#_x0000_t75" style="width:45pt;height:20pt" o:ole="">
            <v:imagedata r:id="rId1770" o:title=""/>
          </v:shape>
          <o:OLEObject Type="Embed" ProgID="Equation.DSMT4" ShapeID="_x0000_i1914" DrawAspect="Content" ObjectID="_1702753470" r:id="rId1771"/>
        </w:object>
      </w:r>
      <w:r w:rsidRPr="000B2A56">
        <w:rPr>
          <w:rFonts w:ascii="Palatino Linotype" w:hAnsi="Palatino Linotype"/>
          <w:sz w:val="24"/>
          <w:szCs w:val="24"/>
        </w:rPr>
        <w:t xml:space="preserve">. Toạ độ đỉnh </w:t>
      </w:r>
      <w:r w:rsidRPr="000B2A56">
        <w:rPr>
          <w:position w:val="-6"/>
        </w:rPr>
        <w:object w:dxaOrig="240" w:dyaOrig="279" w14:anchorId="4BEA2C84">
          <v:shape id="_x0000_i1915" type="#_x0000_t75" style="width:12pt;height:14pt" o:ole="">
            <v:imagedata r:id="rId1772" o:title=""/>
          </v:shape>
          <o:OLEObject Type="Embed" ProgID="Equation.DSMT4" ShapeID="_x0000_i1915" DrawAspect="Content" ObjectID="_1702753471" r:id="rId1773"/>
        </w:object>
      </w:r>
      <w:r w:rsidRPr="000B2A56">
        <w:rPr>
          <w:rFonts w:ascii="Palatino Linotype" w:hAnsi="Palatino Linotype"/>
          <w:sz w:val="24"/>
          <w:szCs w:val="24"/>
        </w:rPr>
        <w:t xml:space="preserve"> là:</w:t>
      </w:r>
    </w:p>
    <w:p w14:paraId="63A97F47" w14:textId="1B01A68D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720" w:dyaOrig="400" w14:anchorId="71BA8EE1">
          <v:shape id="_x0000_i1916" type="#_x0000_t75" style="width:36.5pt;height:20pt" o:ole="">
            <v:imagedata r:id="rId1774" o:title=""/>
          </v:shape>
          <o:OLEObject Type="Embed" ProgID="Equation.DSMT4" ShapeID="_x0000_i1916" DrawAspect="Content" ObjectID="_1702753472" r:id="rId1775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540" w:dyaOrig="400" w14:anchorId="1D084028">
          <v:shape id="_x0000_i1917" type="#_x0000_t75" style="width:27pt;height:20pt" o:ole="">
            <v:imagedata r:id="rId1776" o:title=""/>
          </v:shape>
          <o:OLEObject Type="Embed" ProgID="Equation.DSMT4" ShapeID="_x0000_i1917" DrawAspect="Content" ObjectID="_1702753473" r:id="rId1777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720" w:dyaOrig="400" w14:anchorId="60920018">
          <v:shape id="_x0000_i1918" type="#_x0000_t75" style="width:36.5pt;height:20pt" o:ole="">
            <v:imagedata r:id="rId1778" o:title=""/>
          </v:shape>
          <o:OLEObject Type="Embed" ProgID="Equation.DSMT4" ShapeID="_x0000_i1918" DrawAspect="Content" ObjectID="_1702753474" r:id="rId1779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700" w:dyaOrig="400" w14:anchorId="5C1A7015">
          <v:shape id="_x0000_i1919" type="#_x0000_t75" style="width:35pt;height:20pt" o:ole="">
            <v:imagedata r:id="rId1780" o:title=""/>
          </v:shape>
          <o:OLEObject Type="Embed" ProgID="Equation.DSMT4" ShapeID="_x0000_i1919" DrawAspect="Content" ObjectID="_1702753475" r:id="rId1781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</w:p>
    <w:p w14:paraId="1DEECE4E" w14:textId="602158D4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0B2A56">
        <w:rPr>
          <w:rFonts w:ascii="Palatino Linotype" w:eastAsia="Arial" w:hAnsi="Palatino Linotype"/>
          <w:sz w:val="24"/>
          <w:szCs w:val="24"/>
          <w:lang w:val="vi-VN"/>
        </w:rPr>
        <w:t xml:space="preserve">Phương trình </w:t>
      </w:r>
      <w:r w:rsidRPr="000B2A56">
        <w:rPr>
          <w:position w:val="-8"/>
        </w:rPr>
        <w:object w:dxaOrig="1140" w:dyaOrig="360" w14:anchorId="6F7D3D74">
          <v:shape id="_x0000_i1920" type="#_x0000_t75" style="width:57pt;height:18pt" o:ole="">
            <v:imagedata r:id="rId1782" o:title=""/>
          </v:shape>
          <o:OLEObject Type="Embed" ProgID="Equation.DSMT4" ShapeID="_x0000_i1920" DrawAspect="Content" ObjectID="_1702753476" r:id="rId1783"/>
        </w:object>
      </w:r>
      <w:r w:rsidRPr="000B2A56">
        <w:rPr>
          <w:rFonts w:ascii="Palatino Linotype" w:eastAsia="Arial" w:hAnsi="Palatino Linotype"/>
          <w:sz w:val="24"/>
          <w:szCs w:val="24"/>
          <w:lang w:val="vi-VN"/>
        </w:rPr>
        <w:t xml:space="preserve"> tương đương với phương trình nào dưới đây?</w:t>
      </w:r>
    </w:p>
    <w:p w14:paraId="0FA5FE39" w14:textId="6B289894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4C66ED" w:rsidRPr="000B2A56">
        <w:rPr>
          <w:rFonts w:ascii="Palatino Linotype" w:hAnsi="Palatino Linotype"/>
          <w:position w:val="-8"/>
          <w:sz w:val="24"/>
          <w:szCs w:val="24"/>
        </w:rPr>
        <w:object w:dxaOrig="2799" w:dyaOrig="360" w14:anchorId="32AB7970">
          <v:shape id="_x0000_i1921" type="#_x0000_t75" style="width:140pt;height:18pt" o:ole="">
            <v:imagedata r:id="rId1784" o:title=""/>
          </v:shape>
          <o:OLEObject Type="Embed" ProgID="Equation.DSMT4" ShapeID="_x0000_i1921" DrawAspect="Content" ObjectID="_1702753477" r:id="rId1785"/>
        </w:object>
      </w:r>
      <w:r w:rsidR="004C66ED" w:rsidRPr="000B2A56">
        <w:rPr>
          <w:rFonts w:ascii="Palatino Linotype" w:hAnsi="Palatino Linotype"/>
          <w:sz w:val="24"/>
          <w:szCs w:val="24"/>
          <w:lang w:val="vi-VN"/>
        </w:rPr>
        <w:t>.</w:t>
      </w:r>
      <w:r w:rsidRPr="000B2A56">
        <w:rPr>
          <w:rFonts w:ascii="Palatino Linotype" w:hAnsi="Palatino Linotype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4C66ED" w:rsidRPr="000B2A56">
        <w:rPr>
          <w:rFonts w:ascii="Palatino Linotype" w:hAnsi="Palatino Linotype"/>
          <w:position w:val="-8"/>
          <w:sz w:val="24"/>
          <w:szCs w:val="24"/>
        </w:rPr>
        <w:object w:dxaOrig="1300" w:dyaOrig="360" w14:anchorId="775E7F8C">
          <v:shape id="_x0000_i1922" type="#_x0000_t75" style="width:65pt;height:18pt" o:ole="">
            <v:imagedata r:id="rId1786" o:title=""/>
          </v:shape>
          <o:OLEObject Type="Embed" ProgID="Equation.DSMT4" ShapeID="_x0000_i1922" DrawAspect="Content" ObjectID="_1702753478" r:id="rId1787"/>
        </w:object>
      </w:r>
      <w:r w:rsidR="004C66ED" w:rsidRPr="000B2A56">
        <w:rPr>
          <w:rFonts w:ascii="Palatino Linotype" w:hAnsi="Palatino Linotype"/>
          <w:sz w:val="24"/>
          <w:szCs w:val="24"/>
          <w:lang w:val="vi-VN"/>
        </w:rPr>
        <w:t>.</w:t>
      </w:r>
    </w:p>
    <w:p w14:paraId="103AFB80" w14:textId="3CA74E36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2140" w:dyaOrig="420" w14:anchorId="7F501118">
          <v:shape id="_x0000_i1923" type="#_x0000_t75" style="width:107pt;height:21.5pt" o:ole="">
            <v:imagedata r:id="rId1788" o:title=""/>
          </v:shape>
          <o:OLEObject Type="Embed" ProgID="Equation.DSMT4" ShapeID="_x0000_i1923" DrawAspect="Content" ObjectID="_1702753479" r:id="rId1789"/>
        </w:object>
      </w:r>
      <w:r w:rsidR="004C66ED" w:rsidRPr="000B2A56">
        <w:rPr>
          <w:rFonts w:ascii="Palatino Linotype" w:hAnsi="Palatino Linotype"/>
          <w:sz w:val="24"/>
          <w:szCs w:val="24"/>
          <w:lang w:val="vi-VN"/>
        </w:rPr>
        <w:t>.</w:t>
      </w:r>
      <w:r w:rsidRPr="000B2A56">
        <w:rPr>
          <w:rFonts w:ascii="Palatino Linotype" w:hAnsi="Palatino Linotype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2180" w:dyaOrig="420" w14:anchorId="3DACD402">
          <v:shape id="_x0000_i1924" type="#_x0000_t75" style="width:109pt;height:21.5pt" o:ole="">
            <v:imagedata r:id="rId1790" o:title=""/>
          </v:shape>
          <o:OLEObject Type="Embed" ProgID="Equation.DSMT4" ShapeID="_x0000_i1924" DrawAspect="Content" ObjectID="_1702753480" r:id="rId1791"/>
        </w:object>
      </w:r>
      <w:r w:rsidR="004C66ED" w:rsidRPr="000B2A56">
        <w:rPr>
          <w:rFonts w:ascii="Palatino Linotype" w:hAnsi="Palatino Linotype"/>
          <w:sz w:val="24"/>
          <w:szCs w:val="24"/>
          <w:lang w:val="vi-VN"/>
        </w:rPr>
        <w:t>.</w:t>
      </w:r>
    </w:p>
    <w:p w14:paraId="1657A3CF" w14:textId="636E3272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0B2A56">
        <w:rPr>
          <w:rFonts w:ascii="Palatino Linotype" w:hAnsi="Palatino Linotype"/>
          <w:sz w:val="24"/>
          <w:szCs w:val="24"/>
          <w:lang w:val="fr-FR"/>
        </w:rPr>
        <w:t xml:space="preserve">Trong mặt phẳng tọa độ </w:t>
      </w:r>
      <w:r w:rsidRPr="000B2A56">
        <w:rPr>
          <w:position w:val="-10"/>
        </w:rPr>
        <w:object w:dxaOrig="460" w:dyaOrig="320" w14:anchorId="2A4E282B">
          <v:shape id="_x0000_i1925" type="#_x0000_t75" style="width:23pt;height:16.5pt" o:ole="">
            <v:imagedata r:id="rId1792" o:title=""/>
          </v:shape>
          <o:OLEObject Type="Embed" ProgID="Equation.DSMT4" ShapeID="_x0000_i1925" DrawAspect="Content" ObjectID="_1702753481" r:id="rId1793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 xml:space="preserve">, cho hai điểm </w:t>
      </w:r>
      <w:r w:rsidRPr="000B2A56">
        <w:rPr>
          <w:position w:val="-14"/>
        </w:rPr>
        <w:object w:dxaOrig="900" w:dyaOrig="400" w14:anchorId="1367D27D">
          <v:shape id="_x0000_i1926" type="#_x0000_t75" style="width:45pt;height:20pt" o:ole="">
            <v:imagedata r:id="rId1794" o:title=""/>
          </v:shape>
          <o:OLEObject Type="Embed" ProgID="Equation.DSMT4" ShapeID="_x0000_i1926" DrawAspect="Content" ObjectID="_1702753482" r:id="rId1795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 xml:space="preserve">, </w:t>
      </w:r>
      <w:r w:rsidRPr="000B2A56">
        <w:rPr>
          <w:position w:val="-14"/>
        </w:rPr>
        <w:object w:dxaOrig="760" w:dyaOrig="400" w14:anchorId="1102C939">
          <v:shape id="_x0000_i1927" type="#_x0000_t75" style="width:38pt;height:20pt" o:ole="">
            <v:imagedata r:id="rId1796" o:title=""/>
          </v:shape>
          <o:OLEObject Type="Embed" ProgID="Equation.DSMT4" ShapeID="_x0000_i1927" DrawAspect="Content" ObjectID="_1702753483" r:id="rId1797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 xml:space="preserve">. Tìm điểm </w:t>
      </w:r>
      <w:r w:rsidRPr="000B2A56">
        <w:rPr>
          <w:position w:val="-4"/>
        </w:rPr>
        <w:object w:dxaOrig="320" w:dyaOrig="260" w14:anchorId="32EE51F2">
          <v:shape id="_x0000_i1928" type="#_x0000_t75" style="width:16.5pt;height:13pt" o:ole="">
            <v:imagedata r:id="rId1798" o:title=""/>
          </v:shape>
          <o:OLEObject Type="Embed" ProgID="Equation.DSMT4" ShapeID="_x0000_i1928" DrawAspect="Content" ObjectID="_1702753484" r:id="rId1799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 xml:space="preserve"> thuộc trục </w:t>
      </w:r>
      <w:r w:rsidRPr="000B2A56">
        <w:rPr>
          <w:position w:val="-6"/>
        </w:rPr>
        <w:object w:dxaOrig="360" w:dyaOrig="279" w14:anchorId="7BCA7A44">
          <v:shape id="_x0000_i1929" type="#_x0000_t75" style="width:18pt;height:14pt" o:ole="">
            <v:imagedata r:id="rId1800" o:title=""/>
          </v:shape>
          <o:OLEObject Type="Embed" ProgID="Equation.DSMT4" ShapeID="_x0000_i1929" DrawAspect="Content" ObjectID="_1702753485" r:id="rId1801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 xml:space="preserve"> và có hoành độ dương để tam giác </w:t>
      </w:r>
      <w:r w:rsidRPr="000B2A56">
        <w:rPr>
          <w:position w:val="-4"/>
        </w:rPr>
        <w:object w:dxaOrig="580" w:dyaOrig="260" w14:anchorId="21C17C3D">
          <v:shape id="_x0000_i1930" type="#_x0000_t75" style="width:29pt;height:13pt" o:ole="">
            <v:imagedata r:id="rId1802" o:title=""/>
          </v:shape>
          <o:OLEObject Type="Embed" ProgID="Equation.DSMT4" ShapeID="_x0000_i1930" DrawAspect="Content" ObjectID="_1702753486" r:id="rId1803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 xml:space="preserve"> vuông tại </w:t>
      </w:r>
      <w:r w:rsidRPr="000B2A56">
        <w:rPr>
          <w:position w:val="-4"/>
        </w:rPr>
        <w:object w:dxaOrig="320" w:dyaOrig="260" w14:anchorId="16C7FB9E">
          <v:shape id="_x0000_i1931" type="#_x0000_t75" style="width:16.5pt;height:13pt" o:ole="">
            <v:imagedata r:id="rId1804" o:title=""/>
          </v:shape>
          <o:OLEObject Type="Embed" ProgID="Equation.DSMT4" ShapeID="_x0000_i1931" DrawAspect="Content" ObjectID="_1702753487" r:id="rId1805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>.</w:t>
      </w:r>
    </w:p>
    <w:p w14:paraId="3E66A887" w14:textId="478AEB4B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880" w:dyaOrig="400" w14:anchorId="110C8C81">
          <v:shape id="_x0000_i1932" type="#_x0000_t75" style="width:44pt;height:20pt" o:ole="">
            <v:imagedata r:id="rId1806" o:title=""/>
          </v:shape>
          <o:OLEObject Type="Embed" ProgID="Equation.DSMT4" ShapeID="_x0000_i1932" DrawAspect="Content" ObjectID="_1702753488" r:id="rId1807"/>
        </w:objec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.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859" w:dyaOrig="400" w14:anchorId="2976FBDE">
          <v:shape id="_x0000_i1933" type="#_x0000_t75" style="width:43pt;height:20pt" o:ole="">
            <v:imagedata r:id="rId1808" o:title=""/>
          </v:shape>
          <o:OLEObject Type="Embed" ProgID="Equation.DSMT4" ShapeID="_x0000_i1933" DrawAspect="Content" ObjectID="_1702753489" r:id="rId1809"/>
        </w:objec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.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C.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880" w:dyaOrig="400" w14:anchorId="54A946AB">
          <v:shape id="_x0000_i1934" type="#_x0000_t75" style="width:44pt;height:20pt" o:ole="">
            <v:imagedata r:id="rId1810" o:title=""/>
          </v:shape>
          <o:OLEObject Type="Embed" ProgID="Equation.DSMT4" ShapeID="_x0000_i1934" DrawAspect="Content" ObjectID="_1702753490" r:id="rId1811"/>
        </w:objec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.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D.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859" w:dyaOrig="400" w14:anchorId="7D08F1D9">
          <v:shape id="_x0000_i1935" type="#_x0000_t75" style="width:43pt;height:20pt" o:ole="">
            <v:imagedata r:id="rId1812" o:title=""/>
          </v:shape>
          <o:OLEObject Type="Embed" ProgID="Equation.DSMT4" ShapeID="_x0000_i1935" DrawAspect="Content" ObjectID="_1702753491" r:id="rId1813"/>
        </w:objec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.</w:t>
      </w:r>
    </w:p>
    <w:p w14:paraId="54F13553" w14:textId="4641D58B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0B2A56">
        <w:rPr>
          <w:rFonts w:ascii="Palatino Linotype" w:hAnsi="Palatino Linotype"/>
          <w:sz w:val="24"/>
          <w:szCs w:val="24"/>
          <w:lang w:val="fr-FR"/>
        </w:rPr>
        <w:t xml:space="preserve">Số nghiệm phương trình </w:t>
      </w:r>
      <w:r w:rsidR="00A2050A" w:rsidRPr="000B2A56">
        <w:rPr>
          <w:position w:val="-18"/>
        </w:rPr>
        <w:object w:dxaOrig="3500" w:dyaOrig="540" w14:anchorId="5B3308F7">
          <v:shape id="_x0000_i1936" type="#_x0000_t75" style="width:175pt;height:27pt" o:ole="">
            <v:imagedata r:id="rId1814" o:title=""/>
          </v:shape>
          <o:OLEObject Type="Embed" ProgID="Equation.DSMT4" ShapeID="_x0000_i1936" DrawAspect="Content" ObjectID="_1702753492" r:id="rId1815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 xml:space="preserve"> là:</w:t>
      </w:r>
    </w:p>
    <w:p w14:paraId="01930758" w14:textId="378B114A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="004C66ED" w:rsidRPr="000B2A56">
        <w:rPr>
          <w:rFonts w:ascii="Palatino Linotype" w:hAnsi="Palatino Linotype"/>
          <w:position w:val="-6"/>
          <w:sz w:val="24"/>
          <w:szCs w:val="24"/>
        </w:rPr>
        <w:object w:dxaOrig="200" w:dyaOrig="279" w14:anchorId="4FEBE4BD">
          <v:shape id="_x0000_i1937" type="#_x0000_t75" style="width:10pt;height:14pt" o:ole="">
            <v:imagedata r:id="rId1816" o:title=""/>
          </v:shape>
          <o:OLEObject Type="Embed" ProgID="Equation.DSMT4" ShapeID="_x0000_i1937" DrawAspect="Content" ObjectID="_1702753493" r:id="rId1817"/>
        </w:objec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.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4C66ED" w:rsidRPr="000B2A56">
        <w:rPr>
          <w:rFonts w:ascii="Palatino Linotype" w:hAnsi="Palatino Linotype"/>
          <w:position w:val="-4"/>
          <w:sz w:val="24"/>
          <w:szCs w:val="24"/>
        </w:rPr>
        <w:object w:dxaOrig="200" w:dyaOrig="260" w14:anchorId="27B30DEA">
          <v:shape id="_x0000_i1938" type="#_x0000_t75" style="width:10pt;height:13pt" o:ole="">
            <v:imagedata r:id="rId1818" o:title=""/>
          </v:shape>
          <o:OLEObject Type="Embed" ProgID="Equation.DSMT4" ShapeID="_x0000_i1938" DrawAspect="Content" ObjectID="_1702753494" r:id="rId1819"/>
        </w:objec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.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C. </w:t>
      </w:r>
      <w:r w:rsidR="004C66ED" w:rsidRPr="000B2A56">
        <w:rPr>
          <w:rFonts w:ascii="Palatino Linotype" w:hAnsi="Palatino Linotype"/>
          <w:position w:val="-4"/>
          <w:sz w:val="24"/>
          <w:szCs w:val="24"/>
        </w:rPr>
        <w:object w:dxaOrig="200" w:dyaOrig="260" w14:anchorId="1B298906">
          <v:shape id="_x0000_i1939" type="#_x0000_t75" style="width:10pt;height:13pt" o:ole="">
            <v:imagedata r:id="rId1820" o:title=""/>
          </v:shape>
          <o:OLEObject Type="Embed" ProgID="Equation.DSMT4" ShapeID="_x0000_i1939" DrawAspect="Content" ObjectID="_1702753495" r:id="rId1821"/>
        </w:objec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.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D. </w:t>
      </w:r>
      <w:r w:rsidR="004C66ED" w:rsidRPr="000B2A56">
        <w:rPr>
          <w:rFonts w:ascii="Palatino Linotype" w:hAnsi="Palatino Linotype"/>
          <w:position w:val="-4"/>
          <w:sz w:val="24"/>
          <w:szCs w:val="24"/>
        </w:rPr>
        <w:object w:dxaOrig="139" w:dyaOrig="260" w14:anchorId="237A7BCE">
          <v:shape id="_x0000_i1940" type="#_x0000_t75" style="width:7pt;height:13pt" o:ole="">
            <v:imagedata r:id="rId1822" o:title=""/>
          </v:shape>
          <o:OLEObject Type="Embed" ProgID="Equation.DSMT4" ShapeID="_x0000_i1940" DrawAspect="Content" ObjectID="_1702753496" r:id="rId1823"/>
        </w:objec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.</w:t>
      </w:r>
    </w:p>
    <w:p w14:paraId="08035E30" w14:textId="4D3B28E3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 xml:space="preserve">Phương trình </w:t>
      </w:r>
      <w:r w:rsidRPr="000B2A56">
        <w:rPr>
          <w:position w:val="-28"/>
        </w:rPr>
        <w:object w:dxaOrig="2820" w:dyaOrig="660" w14:anchorId="2CEC5266">
          <v:shape id="_x0000_i1941" type="#_x0000_t75" style="width:141pt;height:33pt" o:ole="">
            <v:imagedata r:id="rId1824" o:title=""/>
          </v:shape>
          <o:OLEObject Type="Embed" ProgID="Equation.DSMT4" ShapeID="_x0000_i1941" DrawAspect="Content" ObjectID="_1702753497" r:id="rId1825"/>
        </w:object>
      </w:r>
      <w:r w:rsidRPr="000B2A56">
        <w:rPr>
          <w:rFonts w:ascii="Palatino Linotype" w:hAnsi="Palatino Linotype"/>
          <w:sz w:val="24"/>
          <w:szCs w:val="24"/>
        </w:rPr>
        <w:t xml:space="preserve"> có bao nhiêu nghiệm?</w:t>
      </w:r>
    </w:p>
    <w:p w14:paraId="4CE9DC0D" w14:textId="3C898D19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C66ED" w:rsidRPr="000B2A56">
        <w:rPr>
          <w:rFonts w:ascii="Palatino Linotype" w:hAnsi="Palatino Linotype"/>
          <w:position w:val="-4"/>
          <w:sz w:val="24"/>
          <w:szCs w:val="24"/>
        </w:rPr>
        <w:object w:dxaOrig="139" w:dyaOrig="260" w14:anchorId="0121CE41">
          <v:shape id="_x0000_i1942" type="#_x0000_t75" style="width:7pt;height:13pt" o:ole="">
            <v:imagedata r:id="rId1826" o:title=""/>
          </v:shape>
          <o:OLEObject Type="Embed" ProgID="Equation.DSMT4" ShapeID="_x0000_i1942" DrawAspect="Content" ObjectID="_1702753498" r:id="rId1827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4C66ED" w:rsidRPr="000B2A56">
        <w:rPr>
          <w:rFonts w:ascii="Palatino Linotype" w:hAnsi="Palatino Linotype"/>
          <w:position w:val="-4"/>
          <w:sz w:val="24"/>
          <w:szCs w:val="24"/>
        </w:rPr>
        <w:object w:dxaOrig="200" w:dyaOrig="260" w14:anchorId="08F233C3">
          <v:shape id="_x0000_i1943" type="#_x0000_t75" style="width:10pt;height:13pt" o:ole="">
            <v:imagedata r:id="rId1828" o:title=""/>
          </v:shape>
          <o:OLEObject Type="Embed" ProgID="Equation.DSMT4" ShapeID="_x0000_i1943" DrawAspect="Content" ObjectID="_1702753499" r:id="rId1829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sz w:val="24"/>
          <w:szCs w:val="24"/>
        </w:rPr>
        <w:t>Vô số.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position w:val="-6"/>
          <w:sz w:val="24"/>
          <w:szCs w:val="24"/>
        </w:rPr>
        <w:object w:dxaOrig="200" w:dyaOrig="279" w14:anchorId="4EB87065">
          <v:shape id="_x0000_i1944" type="#_x0000_t75" style="width:10pt;height:14pt" o:ole="">
            <v:imagedata r:id="rId1830" o:title=""/>
          </v:shape>
          <o:OLEObject Type="Embed" ProgID="Equation.DSMT4" ShapeID="_x0000_i1944" DrawAspect="Content" ObjectID="_1702753500" r:id="rId1831"/>
        </w:object>
      </w:r>
      <w:r w:rsidR="004C66ED" w:rsidRPr="000B2A56">
        <w:rPr>
          <w:rFonts w:ascii="Palatino Linotype" w:hAnsi="Palatino Linotype"/>
          <w:sz w:val="24"/>
          <w:szCs w:val="24"/>
        </w:rPr>
        <w:t>.</w:t>
      </w:r>
    </w:p>
    <w:p w14:paraId="4C1EDDC5" w14:textId="793527D2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0B2A56">
        <w:rPr>
          <w:rFonts w:ascii="Palatino Linotype" w:hAnsi="Palatino Linotype"/>
          <w:sz w:val="24"/>
          <w:szCs w:val="24"/>
          <w:lang w:val="vi-VN"/>
        </w:rPr>
        <w:t xml:space="preserve">Trong hệ tọa độ </w:t>
      </w:r>
      <w:r w:rsidRPr="000B2A56">
        <w:rPr>
          <w:position w:val="-10"/>
        </w:rPr>
        <w:object w:dxaOrig="460" w:dyaOrig="320" w14:anchorId="14BCACA5">
          <v:shape id="_x0000_i1945" type="#_x0000_t75" style="width:23pt;height:16.5pt" o:ole="">
            <v:imagedata r:id="rId1832" o:title=""/>
          </v:shape>
          <o:OLEObject Type="Embed" ProgID="Equation.DSMT4" ShapeID="_x0000_i1945" DrawAspect="Content" ObjectID="_1702753501" r:id="rId1833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 xml:space="preserve">, cho điểm </w:t>
      </w:r>
      <w:r w:rsidRPr="000B2A56">
        <w:rPr>
          <w:position w:val="-14"/>
        </w:rPr>
        <w:object w:dxaOrig="900" w:dyaOrig="400" w14:anchorId="2537FEEC">
          <v:shape id="_x0000_i1946" type="#_x0000_t75" style="width:45pt;height:20pt" o:ole="">
            <v:imagedata r:id="rId1834" o:title=""/>
          </v:shape>
          <o:OLEObject Type="Embed" ProgID="Equation.DSMT4" ShapeID="_x0000_i1946" DrawAspect="Content" ObjectID="_1702753502" r:id="rId1835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0B2A56">
        <w:rPr>
          <w:position w:val="-14"/>
        </w:rPr>
        <w:object w:dxaOrig="760" w:dyaOrig="400" w14:anchorId="703B7A6C">
          <v:shape id="_x0000_i1947" type="#_x0000_t75" style="width:38pt;height:20pt" o:ole="">
            <v:imagedata r:id="rId1836" o:title=""/>
          </v:shape>
          <o:OLEObject Type="Embed" ProgID="Equation.DSMT4" ShapeID="_x0000_i1947" DrawAspect="Content" ObjectID="_1702753503" r:id="rId1837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 xml:space="preserve">. Tìm tọa độ điểm </w:t>
      </w:r>
      <w:r w:rsidRPr="000B2A56">
        <w:rPr>
          <w:position w:val="-4"/>
        </w:rPr>
        <w:object w:dxaOrig="320" w:dyaOrig="260" w14:anchorId="34D48782">
          <v:shape id="_x0000_i1948" type="#_x0000_t75" style="width:16.5pt;height:13pt" o:ole="">
            <v:imagedata r:id="rId1838" o:title=""/>
          </v:shape>
          <o:OLEObject Type="Embed" ProgID="Equation.DSMT4" ShapeID="_x0000_i1948" DrawAspect="Content" ObjectID="_1702753504" r:id="rId1839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 xml:space="preserve"> trên trục hoành sao cho </w:t>
      </w:r>
      <w:r w:rsidRPr="000B2A56">
        <w:rPr>
          <w:position w:val="-4"/>
        </w:rPr>
        <w:object w:dxaOrig="240" w:dyaOrig="260" w14:anchorId="585F4CE2">
          <v:shape id="_x0000_i1949" type="#_x0000_t75" style="width:12pt;height:13pt" o:ole="">
            <v:imagedata r:id="rId1840" o:title=""/>
          </v:shape>
          <o:OLEObject Type="Embed" ProgID="Equation.DSMT4" ShapeID="_x0000_i1949" DrawAspect="Content" ObjectID="_1702753505" r:id="rId1841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0B2A56">
        <w:rPr>
          <w:position w:val="-4"/>
        </w:rPr>
        <w:object w:dxaOrig="240" w:dyaOrig="260" w14:anchorId="5B155EF4">
          <v:shape id="_x0000_i1950" type="#_x0000_t75" style="width:12pt;height:13pt" o:ole="">
            <v:imagedata r:id="rId1842" o:title=""/>
          </v:shape>
          <o:OLEObject Type="Embed" ProgID="Equation.DSMT4" ShapeID="_x0000_i1950" DrawAspect="Content" ObjectID="_1702753506" r:id="rId1843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0B2A56">
        <w:rPr>
          <w:position w:val="-4"/>
        </w:rPr>
        <w:object w:dxaOrig="320" w:dyaOrig="260" w14:anchorId="5DE8A336">
          <v:shape id="_x0000_i1951" type="#_x0000_t75" style="width:16.5pt;height:13pt" o:ole="">
            <v:imagedata r:id="rId1844" o:title=""/>
          </v:shape>
          <o:OLEObject Type="Embed" ProgID="Equation.DSMT4" ShapeID="_x0000_i1951" DrawAspect="Content" ObjectID="_1702753507" r:id="rId1845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 xml:space="preserve"> thẳng hàng?</w:t>
      </w:r>
    </w:p>
    <w:p w14:paraId="534B1AA2" w14:textId="343E0D0B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FF"/>
          <w:sz w:val="24"/>
          <w:szCs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4C66ED" w:rsidRPr="000B2A56">
        <w:rPr>
          <w:rFonts w:ascii="Palatino Linotype" w:hAnsi="Palatino Linotype"/>
          <w:position w:val="-28"/>
          <w:sz w:val="24"/>
          <w:szCs w:val="24"/>
        </w:rPr>
        <w:object w:dxaOrig="1080" w:dyaOrig="680" w14:anchorId="40CA3006">
          <v:shape id="_x0000_i1952" type="#_x0000_t75" style="width:54pt;height:34pt" o:ole="">
            <v:imagedata r:id="rId1846" o:title=""/>
          </v:shape>
          <o:OLEObject Type="Embed" ProgID="Equation.DSMT4" ShapeID="_x0000_i1952" DrawAspect="Content" ObjectID="_1702753508" r:id="rId1847"/>
        </w:object>
      </w:r>
      <w:r w:rsidR="004C66ED" w:rsidRPr="000B2A56">
        <w:rPr>
          <w:rFonts w:ascii="Palatino Linotype" w:hAnsi="Palatino Linotype"/>
          <w:bCs/>
          <w:sz w:val="24"/>
          <w:szCs w:val="24"/>
          <w:lang w:val="vi-VN"/>
        </w:rPr>
        <w:t>.</w:t>
      </w:r>
      <w:r w:rsidRPr="000B2A56">
        <w:rPr>
          <w:rFonts w:ascii="Palatino Linotype" w:hAnsi="Palatino Linotype"/>
          <w:b/>
          <w:color w:val="0000FF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4C66ED" w:rsidRPr="000B2A56">
        <w:rPr>
          <w:rFonts w:ascii="Palatino Linotype" w:hAnsi="Palatino Linotype"/>
          <w:position w:val="-28"/>
          <w:sz w:val="24"/>
          <w:szCs w:val="24"/>
        </w:rPr>
        <w:object w:dxaOrig="1060" w:dyaOrig="680" w14:anchorId="27A1351E">
          <v:shape id="_x0000_i1953" type="#_x0000_t75" style="width:53pt;height:34pt" o:ole="">
            <v:imagedata r:id="rId1848" o:title=""/>
          </v:shape>
          <o:OLEObject Type="Embed" ProgID="Equation.DSMT4" ShapeID="_x0000_i1953" DrawAspect="Content" ObjectID="_1702753509" r:id="rId1849"/>
        </w:object>
      </w:r>
      <w:r w:rsidR="004C66ED" w:rsidRPr="000B2A56">
        <w:rPr>
          <w:rFonts w:ascii="Palatino Linotype" w:hAnsi="Palatino Linotype"/>
          <w:bCs/>
          <w:sz w:val="24"/>
          <w:szCs w:val="24"/>
          <w:lang w:val="vi-VN"/>
        </w:rPr>
        <w:t>.</w:t>
      </w:r>
      <w:r w:rsidRPr="000B2A56">
        <w:rPr>
          <w:rFonts w:ascii="Palatino Linotype" w:hAnsi="Palatino Linotype"/>
          <w:b/>
          <w:color w:val="0000FF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4C66ED" w:rsidRPr="000B2A56">
        <w:rPr>
          <w:rFonts w:ascii="Palatino Linotype" w:hAnsi="Palatino Linotype"/>
          <w:position w:val="-14"/>
          <w:sz w:val="24"/>
          <w:szCs w:val="24"/>
        </w:rPr>
        <w:object w:dxaOrig="800" w:dyaOrig="400" w14:anchorId="6E7F78B1">
          <v:shape id="_x0000_i1954" type="#_x0000_t75" style="width:40pt;height:20pt" o:ole="">
            <v:imagedata r:id="rId1850" o:title=""/>
          </v:shape>
          <o:OLEObject Type="Embed" ProgID="Equation.DSMT4" ShapeID="_x0000_i1954" DrawAspect="Content" ObjectID="_1702753510" r:id="rId1851"/>
        </w:object>
      </w:r>
      <w:r w:rsidR="004C66ED" w:rsidRPr="000B2A56">
        <w:rPr>
          <w:rFonts w:ascii="Palatino Linotype" w:hAnsi="Palatino Linotype"/>
          <w:bCs/>
          <w:sz w:val="24"/>
          <w:szCs w:val="24"/>
          <w:lang w:val="vi-VN"/>
        </w:rPr>
        <w:t>.</w:t>
      </w:r>
      <w:r w:rsidRPr="000B2A56">
        <w:rPr>
          <w:rFonts w:ascii="Palatino Linotype" w:hAnsi="Palatino Linotype"/>
          <w:b/>
          <w:color w:val="0000FF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4C66ED" w:rsidRPr="000B2A56">
        <w:rPr>
          <w:rFonts w:ascii="Palatino Linotype" w:hAnsi="Palatino Linotype"/>
          <w:position w:val="-28"/>
          <w:sz w:val="24"/>
          <w:szCs w:val="24"/>
        </w:rPr>
        <w:object w:dxaOrig="1080" w:dyaOrig="680" w14:anchorId="2B46125E">
          <v:shape id="_x0000_i1955" type="#_x0000_t75" style="width:54pt;height:34pt" o:ole="">
            <v:imagedata r:id="rId1852" o:title=""/>
          </v:shape>
          <o:OLEObject Type="Embed" ProgID="Equation.DSMT4" ShapeID="_x0000_i1955" DrawAspect="Content" ObjectID="_1702753511" r:id="rId1853"/>
        </w:object>
      </w:r>
    </w:p>
    <w:p w14:paraId="33027AD6" w14:textId="4F1C1A34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0B2A56">
        <w:rPr>
          <w:rFonts w:ascii="Palatino Linotype" w:hAnsi="Palatino Linotype"/>
          <w:sz w:val="24"/>
          <w:szCs w:val="24"/>
          <w:lang w:val="fr-FR"/>
        </w:rPr>
        <w:t xml:space="preserve">Số nghiệm của phương trình: </w:t>
      </w:r>
      <w:r w:rsidRPr="000B2A56">
        <w:rPr>
          <w:position w:val="-28"/>
        </w:rPr>
        <w:object w:dxaOrig="1660" w:dyaOrig="760" w14:anchorId="3A3B6190">
          <v:shape id="_x0000_i1956" type="#_x0000_t75" style="width:83pt;height:38pt" o:ole="">
            <v:imagedata r:id="rId1854" o:title=""/>
          </v:shape>
          <o:OLEObject Type="Embed" ProgID="Equation.DSMT4" ShapeID="_x0000_i1956" DrawAspect="Content" ObjectID="_1702753512" r:id="rId1855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 xml:space="preserve"> là:</w:t>
      </w:r>
    </w:p>
    <w:p w14:paraId="3709536F" w14:textId="3D336E92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="004C66ED" w:rsidRPr="000B2A56">
        <w:rPr>
          <w:rFonts w:ascii="Palatino Linotype" w:hAnsi="Palatino Linotype"/>
          <w:position w:val="-4"/>
          <w:sz w:val="24"/>
          <w:szCs w:val="24"/>
        </w:rPr>
        <w:object w:dxaOrig="200" w:dyaOrig="260" w14:anchorId="131A9ABF">
          <v:shape id="_x0000_i1957" type="#_x0000_t75" style="width:10pt;height:13pt" o:ole="">
            <v:imagedata r:id="rId1856" o:title=""/>
          </v:shape>
          <o:OLEObject Type="Embed" ProgID="Equation.DSMT4" ShapeID="_x0000_i1957" DrawAspect="Content" ObjectID="_1702753513" r:id="rId1857"/>
        </w:objec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.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4C66ED" w:rsidRPr="000B2A56">
        <w:rPr>
          <w:rFonts w:ascii="Palatino Linotype" w:hAnsi="Palatino Linotype"/>
          <w:position w:val="-6"/>
          <w:sz w:val="24"/>
          <w:szCs w:val="24"/>
        </w:rPr>
        <w:object w:dxaOrig="180" w:dyaOrig="279" w14:anchorId="7EAF4529">
          <v:shape id="_x0000_i1958" type="#_x0000_t75" style="width:8.5pt;height:14pt" o:ole="">
            <v:imagedata r:id="rId1858" o:title=""/>
          </v:shape>
          <o:OLEObject Type="Embed" ProgID="Equation.DSMT4" ShapeID="_x0000_i1958" DrawAspect="Content" ObjectID="_1702753514" r:id="rId1859"/>
        </w:object>
      </w:r>
      <w:r w:rsidR="004C66ED" w:rsidRPr="000B2A56">
        <w:rPr>
          <w:rFonts w:ascii="Palatino Linotype" w:hAnsi="Palatino Linotype"/>
          <w:color w:val="0000CC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position w:val="-4"/>
          <w:sz w:val="24"/>
          <w:szCs w:val="24"/>
        </w:rPr>
        <w:object w:dxaOrig="139" w:dyaOrig="260" w14:anchorId="24FD2371">
          <v:shape id="_x0000_i1959" type="#_x0000_t75" style="width:7pt;height:13pt" o:ole="">
            <v:imagedata r:id="rId1860" o:title=""/>
          </v:shape>
          <o:OLEObject Type="Embed" ProgID="Equation.DSMT4" ShapeID="_x0000_i1959" DrawAspect="Content" ObjectID="_1702753515" r:id="rId1861"/>
        </w:object>
      </w:r>
      <w:r w:rsidR="004C66ED" w:rsidRPr="000B2A56">
        <w:rPr>
          <w:rFonts w:ascii="Palatino Linotype" w:hAnsi="Palatino Linotype"/>
          <w:color w:val="0000CC"/>
          <w:sz w:val="24"/>
          <w:szCs w:val="24"/>
        </w:rPr>
        <w:t>.</w: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position w:val="-6"/>
          <w:sz w:val="24"/>
          <w:szCs w:val="24"/>
        </w:rPr>
        <w:object w:dxaOrig="200" w:dyaOrig="279" w14:anchorId="1E456F1C">
          <v:shape id="_x0000_i1960" type="#_x0000_t75" style="width:10pt;height:14pt" o:ole="">
            <v:imagedata r:id="rId1862" o:title=""/>
          </v:shape>
          <o:OLEObject Type="Embed" ProgID="Equation.DSMT4" ShapeID="_x0000_i1960" DrawAspect="Content" ObjectID="_1702753516" r:id="rId1863"/>
        </w:object>
      </w:r>
      <w:r w:rsidR="004C66ED" w:rsidRPr="000B2A56">
        <w:rPr>
          <w:rFonts w:ascii="Palatino Linotype" w:hAnsi="Palatino Linotype"/>
          <w:color w:val="0000CC"/>
          <w:sz w:val="24"/>
          <w:szCs w:val="24"/>
        </w:rPr>
        <w:t>.</w:t>
      </w:r>
    </w:p>
    <w:p w14:paraId="092433CB" w14:textId="1AFAEF9A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0B2A56">
        <w:rPr>
          <w:rFonts w:ascii="Palatino Linotype" w:hAnsi="Palatino Linotype"/>
          <w:sz w:val="24"/>
          <w:szCs w:val="24"/>
          <w:lang w:val="fr-FR"/>
        </w:rPr>
        <w:t xml:space="preserve">Trong các công thức sau, công thức nào xác định tích vô hướng của hai vectơ </w:t>
      </w:r>
      <w:r w:rsidRPr="000B2A56">
        <w:rPr>
          <w:position w:val="-10"/>
        </w:rPr>
        <w:object w:dxaOrig="400" w:dyaOrig="380" w14:anchorId="63EB19AA">
          <v:shape id="_x0000_i1961" type="#_x0000_t75" style="width:20.5pt;height:19pt" o:ole="">
            <v:imagedata r:id="rId1864" o:title=""/>
          </v:shape>
          <o:OLEObject Type="Embed" ProgID="Equation.DSMT4" ShapeID="_x0000_i1961" DrawAspect="Content" ObjectID="_1702753517" r:id="rId1865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 xml:space="preserve"> cùng khác </w:t>
      </w:r>
      <w:r w:rsidRPr="000B2A56">
        <w:rPr>
          <w:position w:val="-6"/>
        </w:rPr>
        <w:object w:dxaOrig="200" w:dyaOrig="340" w14:anchorId="4D44788E">
          <v:shape id="_x0000_i1962" type="#_x0000_t75" style="width:10pt;height:17.5pt" o:ole="">
            <v:imagedata r:id="rId1866" o:title=""/>
          </v:shape>
          <o:OLEObject Type="Embed" ProgID="Equation.DSMT4" ShapeID="_x0000_i1962" DrawAspect="Content" ObjectID="_1702753518" r:id="rId1867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>?</w:t>
      </w:r>
    </w:p>
    <w:p w14:paraId="70EDEFD7" w14:textId="3DD5D406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2020" w:dyaOrig="480" w14:anchorId="56D1CBB5">
          <v:shape id="_x0000_i1963" type="#_x0000_t75" style="width:101pt;height:24pt" o:ole="">
            <v:imagedata r:id="rId1868" o:title=""/>
          </v:shape>
          <o:OLEObject Type="Embed" ProgID="Equation.DSMT4" ShapeID="_x0000_i1963" DrawAspect="Content" ObjectID="_1702753519" r:id="rId1869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="004E7F83"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2040" w:dyaOrig="480" w14:anchorId="4980BCB7">
          <v:shape id="_x0000_i1964" type="#_x0000_t75" style="width:102pt;height:24pt" o:ole="">
            <v:imagedata r:id="rId1870" o:title=""/>
          </v:shape>
          <o:OLEObject Type="Embed" ProgID="Equation.DSMT4" ShapeID="_x0000_i1964" DrawAspect="Content" ObjectID="_1702753520" r:id="rId1871"/>
        </w:object>
      </w:r>
    </w:p>
    <w:p w14:paraId="13BA04EE" w14:textId="1B5EB6B3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C.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1100" w:dyaOrig="480" w14:anchorId="6AD489C6">
          <v:shape id="_x0000_i1965" type="#_x0000_t75" style="width:54.5pt;height:24pt" o:ole="">
            <v:imagedata r:id="rId1872" o:title=""/>
          </v:shape>
          <o:OLEObject Type="Embed" ProgID="Equation.DSMT4" ShapeID="_x0000_i1965" DrawAspect="Content" ObjectID="_1702753521" r:id="rId1873"/>
        </w:objec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="004E7F83"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D. </w:t>
      </w:r>
      <w:r w:rsidR="004C66ED" w:rsidRPr="000B2A56">
        <w:rPr>
          <w:rFonts w:ascii="Palatino Linotype" w:hAnsi="Palatino Linotype"/>
          <w:position w:val="-18"/>
          <w:sz w:val="24"/>
          <w:szCs w:val="24"/>
        </w:rPr>
        <w:object w:dxaOrig="1820" w:dyaOrig="480" w14:anchorId="76B67433">
          <v:shape id="_x0000_i1966" type="#_x0000_t75" style="width:91pt;height:24pt" o:ole="">
            <v:imagedata r:id="rId1874" o:title=""/>
          </v:shape>
          <o:OLEObject Type="Embed" ProgID="Equation.DSMT4" ShapeID="_x0000_i1966" DrawAspect="Content" ObjectID="_1702753522" r:id="rId1875"/>
        </w:object>
      </w:r>
    </w:p>
    <w:p w14:paraId="52C34905" w14:textId="452F4D25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  <w:lang w:val="vi-VN"/>
        </w:rPr>
        <w:t>Đồ thị hàm số y = ax + b đi qua điểm A(1;3) và có hệ số góc là 4. Thì a và b bằng?</w:t>
      </w:r>
    </w:p>
    <w:p w14:paraId="7B436B4F" w14:textId="7DCB1AD0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4C66ED" w:rsidRPr="000B2A56">
        <w:rPr>
          <w:rFonts w:ascii="Palatino Linotype" w:hAnsi="Palatino Linotype"/>
          <w:bCs/>
          <w:color w:val="FF0000"/>
          <w:position w:val="-10"/>
          <w:sz w:val="24"/>
          <w:szCs w:val="24"/>
          <w:lang w:val="vi-VN"/>
        </w:rPr>
        <w:object w:dxaOrig="1260" w:dyaOrig="320" w14:anchorId="5094D1B8">
          <v:shape id="_x0000_i1967" type="#_x0000_t75" style="width:63.5pt;height:16.5pt" o:ole="">
            <v:imagedata r:id="rId1876" o:title=""/>
          </v:shape>
          <o:OLEObject Type="Embed" ProgID="Equation.DSMT4" ShapeID="_x0000_i1967" DrawAspect="Content" ObjectID="_1702753523" r:id="rId1877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4C66ED" w:rsidRPr="000B2A56">
        <w:rPr>
          <w:rFonts w:ascii="Palatino Linotype" w:hAnsi="Palatino Linotype"/>
          <w:bCs/>
          <w:position w:val="-10"/>
          <w:sz w:val="24"/>
          <w:szCs w:val="24"/>
          <w:lang w:val="vi-VN"/>
        </w:rPr>
        <w:object w:dxaOrig="1100" w:dyaOrig="320" w14:anchorId="783E7028">
          <v:shape id="_x0000_i1968" type="#_x0000_t75" style="width:55pt;height:16.5pt" o:ole="">
            <v:imagedata r:id="rId1878" o:title=""/>
          </v:shape>
          <o:OLEObject Type="Embed" ProgID="Equation.DSMT4" ShapeID="_x0000_i1968" DrawAspect="Content" ObjectID="_1702753524" r:id="rId1879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4C66ED" w:rsidRPr="000B2A56">
        <w:rPr>
          <w:rFonts w:ascii="Palatino Linotype" w:hAnsi="Palatino Linotype"/>
          <w:bCs/>
          <w:position w:val="-10"/>
          <w:sz w:val="24"/>
          <w:szCs w:val="24"/>
          <w:lang w:val="vi-VN"/>
        </w:rPr>
        <w:object w:dxaOrig="1100" w:dyaOrig="320" w14:anchorId="0E61B974">
          <v:shape id="_x0000_i1969" type="#_x0000_t75" style="width:55pt;height:16.5pt" o:ole="">
            <v:imagedata r:id="rId1880" o:title=""/>
          </v:shape>
          <o:OLEObject Type="Embed" ProgID="Equation.DSMT4" ShapeID="_x0000_i1969" DrawAspect="Content" ObjectID="_1702753525" r:id="rId1881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4C66ED" w:rsidRPr="000B2A56">
        <w:rPr>
          <w:rFonts w:ascii="Palatino Linotype" w:hAnsi="Palatino Linotype"/>
          <w:bCs/>
          <w:position w:val="-10"/>
          <w:sz w:val="24"/>
          <w:szCs w:val="24"/>
          <w:lang w:val="vi-VN"/>
        </w:rPr>
        <w:object w:dxaOrig="1260" w:dyaOrig="320" w14:anchorId="561441A0">
          <v:shape id="_x0000_i1970" type="#_x0000_t75" style="width:63.5pt;height:16.5pt" o:ole="">
            <v:imagedata r:id="rId1882" o:title=""/>
          </v:shape>
          <o:OLEObject Type="Embed" ProgID="Equation.DSMT4" ShapeID="_x0000_i1970" DrawAspect="Content" ObjectID="_1702753526" r:id="rId1883"/>
        </w:object>
      </w:r>
    </w:p>
    <w:p w14:paraId="148FB2FD" w14:textId="4442BFC6" w:rsidR="005E66A8" w:rsidRPr="000B2A56" w:rsidRDefault="004C66ED" w:rsidP="00607548">
      <w:pPr>
        <w:pStyle w:val="Normal0"/>
        <w:numPr>
          <w:ilvl w:val="0"/>
          <w:numId w:val="15"/>
        </w:numPr>
        <w:tabs>
          <w:tab w:val="left" w:pos="992"/>
        </w:tabs>
        <w:autoSpaceDE w:val="0"/>
        <w:spacing w:before="120" w:after="0"/>
        <w:jc w:val="both"/>
        <w:rPr>
          <w:rFonts w:ascii="Palatino Linotype" w:eastAsia="Arial" w:hAnsi="Palatino Linotype" w:cs="Arial"/>
          <w:sz w:val="24"/>
          <w:szCs w:val="24"/>
          <w:lang w:val="vi-VN"/>
        </w:rPr>
      </w:pPr>
      <w:r w:rsidRPr="000B2A56">
        <w:rPr>
          <w:rFonts w:ascii="Palatino Linotype" w:hAnsi="Palatino Linotype"/>
          <w:sz w:val="24"/>
          <w:szCs w:val="24"/>
          <w:lang w:val="vi-VN"/>
        </w:rPr>
        <w:t xml:space="preserve">Phương trình </w:t>
      </w:r>
      <w:r w:rsidRPr="000B2A56">
        <w:rPr>
          <w:rFonts w:ascii="Palatino Linotype" w:hAnsi="Palatino Linotype"/>
          <w:position w:val="-6"/>
          <w:sz w:val="24"/>
          <w:szCs w:val="24"/>
          <w:lang w:val="vi-VN"/>
        </w:rPr>
        <w:object w:dxaOrig="2079" w:dyaOrig="320" w14:anchorId="62267096">
          <v:shape id="_x0000_i1971" type="#_x0000_t75" style="width:104pt;height:16.5pt" o:ole="">
            <v:imagedata r:id="rId1884" o:title=""/>
          </v:shape>
          <o:OLEObject Type="Embed" ProgID="Equation.DSMT4" ShapeID="_x0000_i1971" DrawAspect="Content" ObjectID="_1702753527" r:id="rId1885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 xml:space="preserve"> có 2 nghiệm phân biệt khi</w:t>
      </w:r>
    </w:p>
    <w:p w14:paraId="03DEE827" w14:textId="42BF0276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eastAsia="Arial" w:hAnsi="Palatino Linotype"/>
          <w:sz w:val="24"/>
          <w:szCs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A. </w:t>
      </w:r>
      <w:r w:rsidR="004C66ED" w:rsidRPr="000B2A56">
        <w:rPr>
          <w:rFonts w:ascii="Palatino Linotype" w:eastAsia="Arial" w:hAnsi="Palatino Linotype"/>
          <w:position w:val="-6"/>
          <w:sz w:val="24"/>
          <w:szCs w:val="24"/>
          <w:lang w:val="vi-VN"/>
        </w:rPr>
        <w:object w:dxaOrig="600" w:dyaOrig="279" w14:anchorId="77BA260C">
          <v:shape id="_x0000_i1972" type="#_x0000_t75" style="width:30pt;height:14pt" o:ole="">
            <v:imagedata r:id="rId1886" o:title=""/>
          </v:shape>
          <o:OLEObject Type="Embed" ProgID="Equation.DSMT4" ShapeID="_x0000_i1972" DrawAspect="Content" ObjectID="_1702753528" r:id="rId1887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B. </w:t>
      </w:r>
      <w:r w:rsidR="004C66ED" w:rsidRPr="000B2A56">
        <w:rPr>
          <w:rFonts w:ascii="Palatino Linotype" w:eastAsia="Arial" w:hAnsi="Palatino Linotype"/>
          <w:position w:val="-6"/>
          <w:sz w:val="24"/>
          <w:szCs w:val="24"/>
          <w:lang w:val="vi-VN"/>
        </w:rPr>
        <w:object w:dxaOrig="600" w:dyaOrig="279" w14:anchorId="3B52885B">
          <v:shape id="_x0000_i1973" type="#_x0000_t75" style="width:30pt;height:14pt" o:ole="">
            <v:imagedata r:id="rId1888" o:title=""/>
          </v:shape>
          <o:OLEObject Type="Embed" ProgID="Equation.DSMT4" ShapeID="_x0000_i1973" DrawAspect="Content" ObjectID="_1702753529" r:id="rId1889"/>
        </w:object>
      </w:r>
      <w:r w:rsidRPr="000B2A56">
        <w:rPr>
          <w:rFonts w:ascii="Palatino Linotype" w:eastAsia="Arial" w:hAnsi="Palatino Linotype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C. </w:t>
      </w:r>
      <w:r w:rsidR="004C66ED" w:rsidRPr="000B2A56">
        <w:rPr>
          <w:rFonts w:ascii="Palatino Linotype" w:eastAsia="Arial" w:hAnsi="Palatino Linotype"/>
          <w:position w:val="-6"/>
          <w:sz w:val="24"/>
          <w:szCs w:val="24"/>
          <w:lang w:val="vi-VN"/>
        </w:rPr>
        <w:object w:dxaOrig="600" w:dyaOrig="279" w14:anchorId="6845D769">
          <v:shape id="_x0000_i1974" type="#_x0000_t75" style="width:30pt;height:14pt" o:ole="">
            <v:imagedata r:id="rId1890" o:title=""/>
          </v:shape>
          <o:OLEObject Type="Embed" ProgID="Equation.DSMT4" ShapeID="_x0000_i1974" DrawAspect="Content" ObjectID="_1702753530" r:id="rId1891"/>
        </w:object>
      </w:r>
      <w:r w:rsidRPr="000B2A56">
        <w:rPr>
          <w:rFonts w:ascii="Palatino Linotype" w:eastAsia="Arial" w:hAnsi="Palatino Linotype"/>
          <w:sz w:val="24"/>
          <w:szCs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 xml:space="preserve">D. </w:t>
      </w:r>
      <w:r w:rsidR="004C66ED" w:rsidRPr="000B2A56">
        <w:rPr>
          <w:rFonts w:ascii="Palatino Linotype" w:eastAsia="Arial" w:hAnsi="Palatino Linotype"/>
          <w:position w:val="-6"/>
          <w:sz w:val="24"/>
          <w:szCs w:val="24"/>
          <w:lang w:val="vi-VN"/>
        </w:rPr>
        <w:object w:dxaOrig="600" w:dyaOrig="279" w14:anchorId="5A65B481">
          <v:shape id="_x0000_i1975" type="#_x0000_t75" style="width:30pt;height:14pt" o:ole="">
            <v:imagedata r:id="rId1892" o:title=""/>
          </v:shape>
          <o:OLEObject Type="Embed" ProgID="Equation.DSMT4" ShapeID="_x0000_i1975" DrawAspect="Content" ObjectID="_1702753531" r:id="rId1893"/>
        </w:object>
      </w:r>
    </w:p>
    <w:p w14:paraId="0A9900AA" w14:textId="12C550A7" w:rsidR="005E66A8" w:rsidRPr="000B2A56" w:rsidRDefault="004C66ED" w:rsidP="00607548">
      <w:pPr>
        <w:pStyle w:val="Normal0"/>
        <w:numPr>
          <w:ilvl w:val="0"/>
          <w:numId w:val="15"/>
        </w:numPr>
        <w:tabs>
          <w:tab w:val="left" w:pos="992"/>
        </w:tabs>
        <w:autoSpaceDE w:val="0"/>
        <w:spacing w:before="120" w:after="0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 w:cs="Chu Văn An (Uni)"/>
          <w:sz w:val="24"/>
          <w:szCs w:val="24"/>
          <w:lang w:val="vi-VN"/>
        </w:rPr>
        <w:t xml:space="preserve">Tam giác </w:t>
      </w:r>
      <w:r w:rsidRPr="000B2A56">
        <w:rPr>
          <w:rFonts w:ascii="Palatino Linotype" w:hAnsi="Palatino Linotype" w:cs="Chu Văn An (Uni)"/>
          <w:position w:val="-6"/>
          <w:sz w:val="24"/>
          <w:szCs w:val="24"/>
          <w:lang w:val="vi-VN"/>
        </w:rPr>
        <w:object w:dxaOrig="560" w:dyaOrig="279" w14:anchorId="0ACA9F25">
          <v:shape id="_x0000_i1976" type="#_x0000_t75" style="width:28pt;height:14pt" o:ole="">
            <v:imagedata r:id="rId1894" o:title=""/>
          </v:shape>
          <o:OLEObject Type="Embed" ProgID="Equation.DSMT4" ShapeID="_x0000_i1976" DrawAspect="Content" ObjectID="_1702753532" r:id="rId1895"/>
        </w:object>
      </w:r>
      <w:r w:rsidRPr="000B2A56">
        <w:rPr>
          <w:rFonts w:ascii="Palatino Linotype" w:hAnsi="Palatino Linotype" w:cs="Chu Văn An (Uni)"/>
          <w:sz w:val="24"/>
          <w:szCs w:val="24"/>
          <w:lang w:val="vi-VN"/>
        </w:rPr>
        <w:t xml:space="preserve"> vuông tại </w:t>
      </w:r>
      <w:r w:rsidRPr="000B2A56">
        <w:rPr>
          <w:rFonts w:ascii="Palatino Linotype" w:hAnsi="Palatino Linotype" w:cs="Chu Văn An (Uni)"/>
          <w:position w:val="-10"/>
          <w:sz w:val="24"/>
          <w:szCs w:val="24"/>
          <w:lang w:val="vi-VN"/>
        </w:rPr>
        <w:object w:dxaOrig="1620" w:dyaOrig="320" w14:anchorId="1A47FF99">
          <v:shape id="_x0000_i1977" type="#_x0000_t75" style="width:81pt;height:16.5pt" o:ole="">
            <v:imagedata r:id="rId1896" o:title=""/>
          </v:shape>
          <o:OLEObject Type="Embed" ProgID="Equation.DSMT4" ShapeID="_x0000_i1977" DrawAspect="Content" ObjectID="_1702753533" r:id="rId1897"/>
        </w:object>
      </w:r>
      <w:r w:rsidRPr="000B2A56">
        <w:rPr>
          <w:rFonts w:ascii="Palatino Linotype" w:hAnsi="Palatino Linotype" w:cs="Chu Văn An (Uni)"/>
          <w:sz w:val="24"/>
          <w:szCs w:val="24"/>
          <w:lang w:val="vi-VN"/>
        </w:rPr>
        <w:t xml:space="preserve">. Độ dài vectơ </w:t>
      </w:r>
      <w:r w:rsidRPr="000B2A56">
        <w:rPr>
          <w:rFonts w:ascii="Palatino Linotype" w:hAnsi="Palatino Linotype" w:cs="Chu Văn An (Uni)"/>
          <w:position w:val="-6"/>
          <w:sz w:val="24"/>
          <w:szCs w:val="24"/>
          <w:lang w:val="vi-VN"/>
        </w:rPr>
        <w:object w:dxaOrig="1060" w:dyaOrig="360" w14:anchorId="57254A0D">
          <v:shape id="_x0000_i1978" type="#_x0000_t75" style="width:53pt;height:18pt" o:ole="">
            <v:imagedata r:id="rId1898" o:title=""/>
          </v:shape>
          <o:OLEObject Type="Embed" ProgID="Equation.DSMT4" ShapeID="_x0000_i1978" DrawAspect="Content" ObjectID="_1702753534" r:id="rId1899"/>
        </w:object>
      </w:r>
      <w:r w:rsidRPr="000B2A56">
        <w:rPr>
          <w:rFonts w:ascii="Palatino Linotype" w:hAnsi="Palatino Linotype" w:cs="Chu Văn An (Uni)"/>
          <w:sz w:val="24"/>
          <w:szCs w:val="24"/>
          <w:lang w:val="vi-VN"/>
        </w:rPr>
        <w:t>bằng:</w:t>
      </w:r>
    </w:p>
    <w:p w14:paraId="63A26031" w14:textId="42A5F14D" w:rsidR="004C66ED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ăn An (Uni)"/>
          <w:sz w:val="24"/>
          <w:szCs w:val="24"/>
          <w:lang w:val="vi-VN"/>
        </w:rPr>
      </w:pPr>
      <w:r w:rsidRPr="000B2A56">
        <w:rPr>
          <w:rFonts w:ascii="Palatino Linotype" w:hAnsi="Palatino Linotype" w:cs="Chu Văn An (Uni)"/>
          <w:b/>
          <w:color w:val="008000"/>
          <w:sz w:val="24"/>
          <w:szCs w:val="24"/>
          <w:lang w:val="vi-VN"/>
        </w:rPr>
        <w:t xml:space="preserve">A. </w:t>
      </w:r>
      <w:r w:rsidR="004C66ED" w:rsidRPr="000B2A56">
        <w:rPr>
          <w:rFonts w:ascii="Palatino Linotype" w:hAnsi="Palatino Linotype" w:cs="Chu Văn An (Uni)"/>
          <w:sz w:val="24"/>
          <w:szCs w:val="24"/>
          <w:lang w:val="vi-VN"/>
        </w:rPr>
        <w:t>2</w:t>
      </w:r>
      <w:r w:rsidR="004C66ED" w:rsidRPr="000B2A56">
        <w:rPr>
          <w:rFonts w:ascii="Palatino Linotype" w:hAnsi="Palatino Linotype" w:cs="Chu Văn An (Uni)"/>
          <w:position w:val="-8"/>
          <w:sz w:val="24"/>
          <w:szCs w:val="24"/>
          <w:lang w:val="vi-VN"/>
        </w:rPr>
        <w:object w:dxaOrig="480" w:dyaOrig="360" w14:anchorId="4C96BAC6">
          <v:shape id="_x0000_i1979" type="#_x0000_t75" style="width:24pt;height:18pt" o:ole="">
            <v:imagedata r:id="rId1900" o:title=""/>
          </v:shape>
          <o:OLEObject Type="Embed" ProgID="Equation.DSMT4" ShapeID="_x0000_i1979" DrawAspect="Content" ObjectID="_1702753535" r:id="rId1901"/>
        </w:object>
      </w:r>
      <w:r w:rsidR="004C66ED" w:rsidRPr="000B2A56">
        <w:rPr>
          <w:rFonts w:ascii="Palatino Linotype" w:hAnsi="Palatino Linotype" w:cs="Chu Văn An (Uni)"/>
          <w:sz w:val="24"/>
          <w:szCs w:val="24"/>
          <w:lang w:val="vi-VN"/>
        </w:rPr>
        <w:t>.</w:t>
      </w:r>
      <w:r w:rsidRPr="000B2A56">
        <w:rPr>
          <w:rFonts w:ascii="Palatino Linotype" w:hAnsi="Palatino Linotype" w:cs="Chu Văn An (Uni)"/>
          <w:sz w:val="24"/>
          <w:szCs w:val="24"/>
        </w:rPr>
        <w:tab/>
      </w:r>
      <w:r w:rsidRPr="000B2A56">
        <w:rPr>
          <w:rFonts w:ascii="Palatino Linotype" w:hAnsi="Palatino Linotype" w:cs="Chu Văn An (Uni)"/>
          <w:b/>
          <w:color w:val="008000"/>
          <w:sz w:val="24"/>
          <w:szCs w:val="24"/>
          <w:lang w:val="vi-VN"/>
        </w:rPr>
        <w:t xml:space="preserve">B. </w:t>
      </w:r>
      <w:r w:rsidR="004C66ED" w:rsidRPr="000B2A56">
        <w:rPr>
          <w:rFonts w:ascii="Palatino Linotype" w:hAnsi="Palatino Linotype" w:cs="Chu Văn An (Uni)"/>
          <w:sz w:val="24"/>
          <w:szCs w:val="24"/>
          <w:lang w:val="vi-VN"/>
        </w:rPr>
        <w:t>2</w:t>
      </w:r>
      <w:r w:rsidR="004C66ED" w:rsidRPr="000B2A56">
        <w:rPr>
          <w:rFonts w:ascii="Palatino Linotype" w:hAnsi="Palatino Linotype" w:cs="Chu Văn An (Uni)"/>
          <w:position w:val="-8"/>
          <w:sz w:val="24"/>
          <w:szCs w:val="24"/>
          <w:lang w:val="vi-VN"/>
        </w:rPr>
        <w:object w:dxaOrig="460" w:dyaOrig="360" w14:anchorId="4D8826E7">
          <v:shape id="_x0000_i1980" type="#_x0000_t75" style="width:23pt;height:18pt" o:ole="">
            <v:imagedata r:id="rId1902" o:title=""/>
          </v:shape>
          <o:OLEObject Type="Embed" ProgID="Equation.DSMT4" ShapeID="_x0000_i1980" DrawAspect="Content" ObjectID="_1702753536" r:id="rId1903"/>
        </w:object>
      </w:r>
      <w:r w:rsidR="004C66ED" w:rsidRPr="000B2A56">
        <w:rPr>
          <w:rFonts w:ascii="Palatino Linotype" w:hAnsi="Palatino Linotype" w:cs="Chu Văn An (Uni)"/>
          <w:sz w:val="24"/>
          <w:szCs w:val="24"/>
          <w:lang w:val="vi-VN"/>
        </w:rPr>
        <w:t>.</w:t>
      </w:r>
      <w:r w:rsidRPr="000B2A56">
        <w:rPr>
          <w:rFonts w:ascii="Palatino Linotype" w:hAnsi="Palatino Linotype" w:cs="Chu Văn An (Uni)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ăn An (Uni)"/>
          <w:b/>
          <w:color w:val="008000"/>
          <w:sz w:val="24"/>
          <w:szCs w:val="24"/>
          <w:lang w:val="vi-VN"/>
        </w:rPr>
        <w:t xml:space="preserve">C. </w:t>
      </w:r>
      <w:r w:rsidR="004C66ED" w:rsidRPr="000B2A56">
        <w:rPr>
          <w:rFonts w:ascii="Palatino Linotype" w:hAnsi="Palatino Linotype" w:cs="Chu Văn An (Uni)"/>
          <w:sz w:val="24"/>
          <w:szCs w:val="24"/>
          <w:lang w:val="vi-VN"/>
        </w:rPr>
        <w:t>5.</w:t>
      </w:r>
      <w:r w:rsidRPr="000B2A56">
        <w:rPr>
          <w:rFonts w:ascii="Palatino Linotype" w:hAnsi="Palatino Linotype" w:cs="Chu Văn An (Uni)"/>
          <w:sz w:val="24"/>
          <w:szCs w:val="24"/>
          <w:lang w:val="vi-VN"/>
        </w:rPr>
        <w:tab/>
      </w:r>
      <w:r w:rsidRPr="000B2A56">
        <w:rPr>
          <w:rFonts w:ascii="Palatino Linotype" w:hAnsi="Palatino Linotype" w:cs="Chu Văn An (Uni)"/>
          <w:b/>
          <w:color w:val="008000"/>
          <w:sz w:val="24"/>
          <w:szCs w:val="24"/>
          <w:lang w:val="vi-VN"/>
        </w:rPr>
        <w:t xml:space="preserve">D. </w:t>
      </w:r>
      <w:r w:rsidR="004C66ED" w:rsidRPr="000B2A56">
        <w:rPr>
          <w:rFonts w:ascii="Palatino Linotype" w:hAnsi="Palatino Linotype" w:cs="Chu Văn An (Uni)"/>
          <w:b/>
          <w:position w:val="-8"/>
          <w:sz w:val="24"/>
          <w:szCs w:val="24"/>
          <w:lang w:val="vi-VN"/>
        </w:rPr>
        <w:object w:dxaOrig="480" w:dyaOrig="360" w14:anchorId="7B49581C">
          <v:shape id="_x0000_i1981" type="#_x0000_t75" style="width:24pt;height:18pt" o:ole="">
            <v:imagedata r:id="rId1904" o:title=""/>
          </v:shape>
          <o:OLEObject Type="Embed" ProgID="Equation.DSMT4" ShapeID="_x0000_i1981" DrawAspect="Content" ObjectID="_1702753537" r:id="rId1905"/>
        </w:object>
      </w:r>
      <w:r w:rsidR="004C66ED" w:rsidRPr="000B2A56">
        <w:rPr>
          <w:rFonts w:ascii="Palatino Linotype" w:hAnsi="Palatino Linotype" w:cs="Chu Văn An (Uni)"/>
          <w:sz w:val="24"/>
          <w:szCs w:val="24"/>
          <w:lang w:val="vi-VN"/>
        </w:rPr>
        <w:t>.</w:t>
      </w:r>
    </w:p>
    <w:p w14:paraId="6A1684B7" w14:textId="7E96C073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  <w:lang w:val="fr-FR"/>
        </w:rPr>
        <w:t>Hàm số y = (–2 + m )x + 3m đồng biến khi:</w:t>
      </w:r>
    </w:p>
    <w:p w14:paraId="2DA86089" w14:textId="48122F88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m &lt; 2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m = 2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C. </w: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m &gt; 0</w:t>
      </w:r>
      <w:r w:rsidRPr="000B2A56">
        <w:rPr>
          <w:rFonts w:ascii="Palatino Linotype" w:hAnsi="Palatino Linotype"/>
          <w:sz w:val="24"/>
          <w:szCs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D. </w:t>
      </w:r>
      <w:r w:rsidR="004C66ED" w:rsidRPr="000B2A56">
        <w:rPr>
          <w:rFonts w:ascii="Palatino Linotype" w:hAnsi="Palatino Linotype"/>
          <w:sz w:val="24"/>
          <w:szCs w:val="24"/>
          <w:lang w:val="fr-FR"/>
        </w:rPr>
        <w:t>m &gt; 2</w:t>
      </w:r>
    </w:p>
    <w:p w14:paraId="5F4513A7" w14:textId="7D6DFB03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sz w:val="24"/>
          <w:szCs w:val="24"/>
        </w:rPr>
        <w:t xml:space="preserve">Cho </w:t>
      </w:r>
      <w:r w:rsidRPr="000B2A56">
        <w:rPr>
          <w:position w:val="-6"/>
        </w:rPr>
        <w:object w:dxaOrig="720" w:dyaOrig="280" w14:anchorId="47C63577">
          <v:shape id="_x0000_i1982" type="#_x0000_t75" style="width:36.5pt;height:14.5pt" o:ole="">
            <v:imagedata r:id="rId1906" o:title=""/>
          </v:shape>
          <o:OLEObject Type="Embed" ProgID="Equation.DSMT4" ShapeID="_x0000_i1982" DrawAspect="Content" ObjectID="_1702753538" r:id="rId1907"/>
        </w:object>
      </w:r>
      <w:r w:rsidRPr="000B2A56">
        <w:rPr>
          <w:rFonts w:ascii="Palatino Linotype" w:hAnsi="Palatino Linotype"/>
          <w:sz w:val="24"/>
          <w:szCs w:val="24"/>
        </w:rPr>
        <w:t xml:space="preserve"> có G là trọng tâm và I là trung điểm của </w:t>
      </w:r>
      <w:r w:rsidRPr="000B2A56">
        <w:rPr>
          <w:position w:val="-6"/>
        </w:rPr>
        <w:object w:dxaOrig="440" w:dyaOrig="280" w14:anchorId="19FDE37C">
          <v:shape id="_x0000_i1983" type="#_x0000_t75" style="width:21.5pt;height:14.5pt" o:ole="">
            <v:imagedata r:id="rId1908" o:title=""/>
          </v:shape>
          <o:OLEObject Type="Embed" ProgID="Equation.DSMT4" ShapeID="_x0000_i1983" DrawAspect="Content" ObjectID="_1702753539" r:id="rId1909"/>
        </w:object>
      </w:r>
      <w:r w:rsidRPr="000B2A56">
        <w:rPr>
          <w:rFonts w:ascii="Palatino Linotype" w:hAnsi="Palatino Linotype"/>
          <w:sz w:val="24"/>
          <w:szCs w:val="24"/>
        </w:rPr>
        <w:t xml:space="preserve"> Ta có:</w:t>
      </w:r>
    </w:p>
    <w:p w14:paraId="2E8D9F95" w14:textId="2B2EFCDD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C66ED" w:rsidRPr="000B2A56">
        <w:rPr>
          <w:rFonts w:ascii="Palatino Linotype" w:hAnsi="Palatino Linotype"/>
          <w:position w:val="-24"/>
          <w:sz w:val="24"/>
          <w:szCs w:val="24"/>
        </w:rPr>
        <w:object w:dxaOrig="1279" w:dyaOrig="660" w14:anchorId="3C0CC9F0">
          <v:shape id="_x0000_i1984" type="#_x0000_t75" style="width:63pt;height:33pt" o:ole="">
            <v:imagedata r:id="rId1910" o:title=""/>
          </v:shape>
          <o:OLEObject Type="Embed" ProgID="Equation.DSMT4" ShapeID="_x0000_i1984" DrawAspect="Content" ObjectID="_1702753540" r:id="rId1911"/>
        </w:objec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4C66ED" w:rsidRPr="000B2A56">
        <w:rPr>
          <w:rFonts w:ascii="Palatino Linotype" w:hAnsi="Palatino Linotype"/>
          <w:position w:val="-24"/>
          <w:sz w:val="24"/>
          <w:szCs w:val="24"/>
        </w:rPr>
        <w:object w:dxaOrig="1100" w:dyaOrig="660" w14:anchorId="51ABD760">
          <v:shape id="_x0000_i1985" type="#_x0000_t75" style="width:54.5pt;height:33pt" o:ole="">
            <v:imagedata r:id="rId1912" o:title=""/>
          </v:shape>
          <o:OLEObject Type="Embed" ProgID="Equation.DSMT4" ShapeID="_x0000_i1985" DrawAspect="Content" ObjectID="_1702753541" r:id="rId1913"/>
        </w:objec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position w:val="-24"/>
          <w:sz w:val="24"/>
          <w:szCs w:val="24"/>
        </w:rPr>
        <w:object w:dxaOrig="1120" w:dyaOrig="660" w14:anchorId="487259E3">
          <v:shape id="_x0000_i1986" type="#_x0000_t75" style="width:56.5pt;height:34pt" o:ole="">
            <v:imagedata r:id="rId1914" o:title=""/>
          </v:shape>
          <o:OLEObject Type="Embed" ProgID="Equation.DSMT4" ShapeID="_x0000_i1986" DrawAspect="Content" ObjectID="_1702753542" r:id="rId1915"/>
        </w:objec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position w:val="-24"/>
          <w:sz w:val="24"/>
          <w:szCs w:val="24"/>
        </w:rPr>
        <w:object w:dxaOrig="1279" w:dyaOrig="660" w14:anchorId="65EF3566">
          <v:shape id="_x0000_i1987" type="#_x0000_t75" style="width:63pt;height:33pt" o:ole="">
            <v:imagedata r:id="rId1916" o:title=""/>
          </v:shape>
          <o:OLEObject Type="Embed" ProgID="Equation.DSMT4" ShapeID="_x0000_i1987" DrawAspect="Content" ObjectID="_1702753543" r:id="rId1917"/>
        </w:object>
      </w:r>
    </w:p>
    <w:p w14:paraId="103D59B6" w14:textId="536B7ECC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0B2A56">
        <w:rPr>
          <w:rFonts w:ascii="Palatino Linotype" w:hAnsi="Palatino Linotype"/>
          <w:sz w:val="24"/>
          <w:szCs w:val="24"/>
          <w:lang w:val="vi-VN"/>
        </w:rPr>
        <w:t xml:space="preserve">Cho parabol (P): </w:t>
      </w:r>
      <w:r w:rsidRPr="000B2A56">
        <w:rPr>
          <w:position w:val="-10"/>
        </w:rPr>
        <w:object w:dxaOrig="1520" w:dyaOrig="360" w14:anchorId="24E08563">
          <v:shape id="_x0000_i1988" type="#_x0000_t75" style="width:76pt;height:18pt" o:ole="">
            <v:imagedata r:id="rId1918" o:title=""/>
          </v:shape>
          <o:OLEObject Type="Embed" ProgID="Equation.DSMT4" ShapeID="_x0000_i1988" DrawAspect="Content" ObjectID="_1702753544" r:id="rId1919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 xml:space="preserve"> Tìm tọa độ đỉnh </w:t>
      </w:r>
      <w:r w:rsidRPr="000B2A56">
        <w:rPr>
          <w:position w:val="-4"/>
        </w:rPr>
        <w:object w:dxaOrig="200" w:dyaOrig="260" w14:anchorId="546A000E">
          <v:shape id="_x0000_i1989" type="#_x0000_t75" style="width:10pt;height:13pt" o:ole="">
            <v:imagedata r:id="rId1920" o:title=""/>
          </v:shape>
          <o:OLEObject Type="Embed" ProgID="Equation.DSMT4" ShapeID="_x0000_i1989" DrawAspect="Content" ObjectID="_1702753545" r:id="rId1921"/>
        </w:object>
      </w:r>
      <w:r w:rsidRPr="000B2A56">
        <w:rPr>
          <w:rFonts w:ascii="Palatino Linotype" w:hAnsi="Palatino Linotype"/>
          <w:sz w:val="24"/>
          <w:szCs w:val="24"/>
          <w:lang w:val="vi-VN"/>
        </w:rPr>
        <w:t xml:space="preserve"> của parabol?</w:t>
      </w:r>
    </w:p>
    <w:p w14:paraId="6C8F8803" w14:textId="5F2A367C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A. </w:t>
      </w:r>
      <w:r w:rsidR="004C66ED" w:rsidRPr="000B2A56">
        <w:rPr>
          <w:rFonts w:ascii="Palatino Linotype" w:hAnsi="Palatino Linotype"/>
          <w:position w:val="-10"/>
          <w:sz w:val="24"/>
          <w:szCs w:val="24"/>
        </w:rPr>
        <w:object w:dxaOrig="639" w:dyaOrig="320" w14:anchorId="0190F1CE">
          <v:shape id="_x0000_i1990" type="#_x0000_t75" style="width:32pt;height:15.5pt" o:ole="">
            <v:imagedata r:id="rId1922" o:title=""/>
          </v:shape>
          <o:OLEObject Type="Embed" ProgID="Equation.DSMT4" ShapeID="_x0000_i1990" DrawAspect="Content" ObjectID="_1702753546" r:id="rId1923"/>
        </w:objec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B. </w:t>
      </w:r>
      <w:r w:rsidR="004C66ED" w:rsidRPr="000B2A56">
        <w:rPr>
          <w:rFonts w:ascii="Palatino Linotype" w:hAnsi="Palatino Linotype"/>
          <w:position w:val="-10"/>
          <w:sz w:val="24"/>
          <w:szCs w:val="24"/>
        </w:rPr>
        <w:object w:dxaOrig="960" w:dyaOrig="320" w14:anchorId="309921B6">
          <v:shape id="_x0000_i1991" type="#_x0000_t75" style="width:48pt;height:15.5pt" o:ole="">
            <v:imagedata r:id="rId1924" o:title=""/>
          </v:shape>
          <o:OLEObject Type="Embed" ProgID="Equation.DSMT4" ShapeID="_x0000_i1991" DrawAspect="Content" ObjectID="_1702753547" r:id="rId1925"/>
        </w:objec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C. </w:t>
      </w:r>
      <w:r w:rsidR="004C66ED" w:rsidRPr="000B2A56">
        <w:rPr>
          <w:rFonts w:ascii="Palatino Linotype" w:hAnsi="Palatino Linotype"/>
          <w:position w:val="-10"/>
          <w:sz w:val="24"/>
          <w:szCs w:val="24"/>
        </w:rPr>
        <w:object w:dxaOrig="740" w:dyaOrig="320" w14:anchorId="7DAF0D98">
          <v:shape id="_x0000_i1992" type="#_x0000_t75" style="width:37.5pt;height:15.5pt" o:ole="">
            <v:imagedata r:id="rId1926" o:title=""/>
          </v:shape>
          <o:OLEObject Type="Embed" ProgID="Equation.DSMT4" ShapeID="_x0000_i1992" DrawAspect="Content" ObjectID="_1702753548" r:id="rId1927"/>
        </w:object>
      </w:r>
      <w:r w:rsidRPr="000B2A56">
        <w:rPr>
          <w:rFonts w:ascii="Palatino Linotype" w:hAnsi="Palatino Linotype"/>
          <w:sz w:val="24"/>
          <w:szCs w:val="24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="004C66ED" w:rsidRPr="000B2A56">
        <w:rPr>
          <w:rFonts w:ascii="Palatino Linotype" w:hAnsi="Palatino Linotype"/>
          <w:position w:val="-10"/>
          <w:sz w:val="24"/>
          <w:szCs w:val="24"/>
        </w:rPr>
        <w:object w:dxaOrig="840" w:dyaOrig="320" w14:anchorId="3FA97AB0">
          <v:shape id="_x0000_i1993" type="#_x0000_t75" style="width:42pt;height:15.5pt" o:ole="">
            <v:imagedata r:id="rId1928" o:title=""/>
          </v:shape>
          <o:OLEObject Type="Embed" ProgID="Equation.DSMT4" ShapeID="_x0000_i1993" DrawAspect="Content" ObjectID="_1702753549" r:id="rId1929"/>
        </w:object>
      </w:r>
    </w:p>
    <w:p w14:paraId="5C534E4D" w14:textId="1E141D1F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position w:val="-6"/>
          <w:sz w:val="24"/>
          <w:szCs w:val="24"/>
          <w:lang w:val="pt-BR"/>
        </w:rPr>
      </w:pPr>
      <w:r w:rsidRPr="000B2A56">
        <w:rPr>
          <w:rFonts w:ascii="Palatino Linotype" w:hAnsi="Palatino Linotype"/>
          <w:sz w:val="24"/>
          <w:szCs w:val="24"/>
          <w:lang w:val="pt-BR"/>
        </w:rPr>
        <w:t xml:space="preserve">Cho 2 véc tơ </w:t>
      </w:r>
      <w:r w:rsidRPr="000B2A56">
        <w:object w:dxaOrig="900" w:dyaOrig="380" w14:anchorId="63D49AE9">
          <v:shape id="_x0000_i1994" type="#_x0000_t75" style="width:44pt;height:19.5pt" o:ole="">
            <v:imagedata r:id="rId1930" o:title=""/>
          </v:shape>
          <o:OLEObject Type="Embed" ProgID="Equation.DSMT4" ShapeID="_x0000_i1994" DrawAspect="Content" ObjectID="_1702753550" r:id="rId1931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0B2A56">
        <w:object w:dxaOrig="920" w:dyaOrig="380" w14:anchorId="6E47C8D7">
          <v:shape id="_x0000_i1995" type="#_x0000_t75" style="width:44.5pt;height:19.5pt" o:ole="">
            <v:imagedata r:id="rId1932" o:title=""/>
          </v:shape>
          <o:OLEObject Type="Embed" ProgID="Equation.DSMT4" ShapeID="_x0000_i1995" DrawAspect="Content" ObjectID="_1702753551" r:id="rId1933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 xml:space="preserve"> </w:t>
      </w:r>
      <w:r w:rsidRPr="000B2A56">
        <w:rPr>
          <w:rFonts w:ascii="Palatino Linotype" w:hAnsi="Palatino Linotype"/>
          <w:position w:val="-6"/>
          <w:sz w:val="24"/>
          <w:szCs w:val="24"/>
          <w:lang w:val="pt-BR"/>
        </w:rPr>
        <w:t xml:space="preserve">Tính tọa độ </w:t>
      </w:r>
      <w:r w:rsidRPr="000B2A56">
        <w:rPr>
          <w:position w:val="-6"/>
        </w:rPr>
        <w:object w:dxaOrig="1120" w:dyaOrig="340" w14:anchorId="52F0C508">
          <v:shape id="_x0000_i1996" type="#_x0000_t75" style="width:55.5pt;height:17pt" o:ole="">
            <v:imagedata r:id="rId1934" o:title=""/>
          </v:shape>
          <o:OLEObject Type="Embed" ProgID="Equation.DSMT4" ShapeID="_x0000_i1996" DrawAspect="Content" ObjectID="_1702753552" r:id="rId1935"/>
        </w:object>
      </w:r>
    </w:p>
    <w:p w14:paraId="196BC67A" w14:textId="4581DDA3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A. </w:t>
      </w:r>
      <w:r w:rsidR="004C66ED" w:rsidRPr="000B2A56">
        <w:rPr>
          <w:rFonts w:ascii="Palatino Linotype" w:hAnsi="Palatino Linotype"/>
          <w:position w:val="-10"/>
          <w:sz w:val="24"/>
          <w:szCs w:val="24"/>
          <w:lang w:val="pt-BR"/>
        </w:rPr>
        <w:object w:dxaOrig="660" w:dyaOrig="320" w14:anchorId="79C3B784">
          <v:shape id="_x0000_i1997" type="#_x0000_t75" style="width:33pt;height:15.5pt" o:ole="">
            <v:imagedata r:id="rId1936" o:title=""/>
          </v:shape>
          <o:OLEObject Type="Embed" ProgID="Equation.DSMT4" ShapeID="_x0000_i1997" DrawAspect="Content" ObjectID="_1702753553" r:id="rId1937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B. </w:t>
      </w:r>
      <w:r w:rsidR="004C66ED" w:rsidRPr="000B2A56">
        <w:rPr>
          <w:rFonts w:ascii="Palatino Linotype" w:hAnsi="Palatino Linotype"/>
          <w:b/>
          <w:position w:val="-10"/>
          <w:sz w:val="24"/>
          <w:szCs w:val="24"/>
          <w:lang w:val="pt-BR"/>
        </w:rPr>
        <w:object w:dxaOrig="660" w:dyaOrig="320" w14:anchorId="64644D92">
          <v:shape id="_x0000_i1998" type="#_x0000_t75" style="width:33pt;height:16.5pt" o:ole="">
            <v:imagedata r:id="rId1938" o:title=""/>
          </v:shape>
          <o:OLEObject Type="Embed" ProgID="Equation.DSMT4" ShapeID="_x0000_i1998" DrawAspect="Content" ObjectID="_1702753554" r:id="rId1939"/>
        </w:object>
      </w:r>
      <w:r w:rsidRPr="000B2A56">
        <w:rPr>
          <w:rFonts w:ascii="Palatino Linotype" w:hAnsi="Palatino Linotype"/>
          <w:b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C. </w:t>
      </w:r>
      <w:r w:rsidR="004C66ED" w:rsidRPr="000B2A56">
        <w:rPr>
          <w:rFonts w:ascii="Palatino Linotype" w:hAnsi="Palatino Linotype"/>
          <w:position w:val="-10"/>
          <w:sz w:val="24"/>
          <w:szCs w:val="24"/>
          <w:lang w:val="pt-BR"/>
        </w:rPr>
        <w:object w:dxaOrig="740" w:dyaOrig="320" w14:anchorId="7700B560">
          <v:shape id="_x0000_i1999" type="#_x0000_t75" style="width:37.5pt;height:15.5pt" o:ole="">
            <v:imagedata r:id="rId1940" o:title=""/>
          </v:shape>
          <o:OLEObject Type="Embed" ProgID="Equation.DSMT4" ShapeID="_x0000_i1999" DrawAspect="Content" ObjectID="_1702753555" r:id="rId1941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D. </w:t>
      </w:r>
      <w:r w:rsidR="004C66ED" w:rsidRPr="000B2A56">
        <w:rPr>
          <w:rFonts w:ascii="Palatino Linotype" w:hAnsi="Palatino Linotype"/>
          <w:position w:val="-10"/>
          <w:sz w:val="24"/>
          <w:szCs w:val="24"/>
          <w:lang w:val="pt-BR"/>
        </w:rPr>
        <w:object w:dxaOrig="900" w:dyaOrig="320" w14:anchorId="713B0DD2">
          <v:shape id="_x0000_i2000" type="#_x0000_t75" style="width:45pt;height:15.5pt" o:ole="">
            <v:imagedata r:id="rId1942" o:title=""/>
          </v:shape>
          <o:OLEObject Type="Embed" ProgID="Equation.DSMT4" ShapeID="_x0000_i2000" DrawAspect="Content" ObjectID="_1702753556" r:id="rId1943"/>
        </w:object>
      </w:r>
    </w:p>
    <w:p w14:paraId="413F77AB" w14:textId="06C2332C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/>
          <w:sz w:val="24"/>
          <w:szCs w:val="24"/>
          <w:lang w:val="pt-BR"/>
        </w:rPr>
        <w:t xml:space="preserve">Trong mặt phẳng tọa độ Oxy, cho tam giác </w:t>
      </w:r>
      <w:r w:rsidRPr="000B2A56">
        <w:rPr>
          <w:position w:val="-6"/>
        </w:rPr>
        <w:object w:dxaOrig="559" w:dyaOrig="280" w14:anchorId="018E2B80">
          <v:shape id="_x0000_i2001" type="#_x0000_t75" style="width:27.5pt;height:14.5pt" o:ole="">
            <v:imagedata r:id="rId1944" o:title=""/>
          </v:shape>
          <o:OLEObject Type="Embed" ProgID="Equation.DSMT4" ShapeID="_x0000_i2001" DrawAspect="Content" ObjectID="_1702753557" r:id="rId1945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 xml:space="preserve"> với </w:t>
      </w:r>
      <w:r w:rsidRPr="000B2A56">
        <w:rPr>
          <w:position w:val="-10"/>
        </w:rPr>
        <w:object w:dxaOrig="1499" w:dyaOrig="320" w14:anchorId="46278ADE">
          <v:shape id="_x0000_i2002" type="#_x0000_t75" style="width:75pt;height:15.5pt" o:ole="">
            <v:imagedata r:id="rId1946" o:title=""/>
          </v:shape>
          <o:OLEObject Type="Embed" ProgID="Equation.DSMT4" ShapeID="_x0000_i2002" DrawAspect="Content" ObjectID="_1702753558" r:id="rId1947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 xml:space="preserve">và </w:t>
      </w:r>
      <w:r w:rsidRPr="000B2A56">
        <w:rPr>
          <w:position w:val="-10"/>
        </w:rPr>
        <w:object w:dxaOrig="760" w:dyaOrig="320" w14:anchorId="7607376B">
          <v:shape id="_x0000_i2003" type="#_x0000_t75" style="width:38pt;height:15.5pt" o:ole="">
            <v:imagedata r:id="rId1948" o:title=""/>
          </v:shape>
          <o:OLEObject Type="Embed" ProgID="Equation.DSMT4" ShapeID="_x0000_i2003" DrawAspect="Content" ObjectID="_1702753559" r:id="rId1949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 xml:space="preserve">có trọng tâm </w:t>
      </w:r>
      <w:r w:rsidRPr="000B2A56">
        <w:rPr>
          <w:position w:val="-10"/>
        </w:rPr>
        <w:object w:dxaOrig="779" w:dyaOrig="320" w14:anchorId="0DE60833">
          <v:shape id="_x0000_i2004" type="#_x0000_t75" style="width:39pt;height:15.5pt" o:ole="">
            <v:imagedata r:id="rId1950" o:title=""/>
          </v:shape>
          <o:OLEObject Type="Embed" ProgID="Equation.DSMT4" ShapeID="_x0000_i2004" DrawAspect="Content" ObjectID="_1702753560" r:id="rId1951"/>
        </w:object>
      </w:r>
      <w:r w:rsidRPr="000B2A56">
        <w:rPr>
          <w:rFonts w:ascii="Palatino Linotype" w:hAnsi="Palatino Linotype"/>
          <w:position w:val="-10"/>
          <w:sz w:val="24"/>
          <w:szCs w:val="24"/>
          <w:lang w:val="pt-BR"/>
        </w:rPr>
        <w:t xml:space="preserve"> </w:t>
      </w:r>
      <w:r w:rsidRPr="000B2A56">
        <w:rPr>
          <w:rFonts w:ascii="Palatino Linotype" w:hAnsi="Palatino Linotype"/>
          <w:sz w:val="24"/>
          <w:szCs w:val="24"/>
          <w:lang w:val="pt-BR"/>
        </w:rPr>
        <w:t xml:space="preserve">Tính </w:t>
      </w:r>
      <w:r w:rsidRPr="000B2A56">
        <w:rPr>
          <w:position w:val="-10"/>
        </w:rPr>
        <w:object w:dxaOrig="680" w:dyaOrig="320" w14:anchorId="4CD5379C">
          <v:shape id="_x0000_i2005" type="#_x0000_t75" style="width:34pt;height:15.5pt" o:ole="">
            <v:imagedata r:id="rId1952" o:title=""/>
          </v:shape>
          <o:OLEObject Type="Embed" ProgID="Equation.DSMT4" ShapeID="_x0000_i2005" DrawAspect="Content" ObjectID="_1702753561" r:id="rId1953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>?</w:t>
      </w:r>
    </w:p>
    <w:p w14:paraId="516692AA" w14:textId="67BA3022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A. </w:t>
      </w:r>
      <w:r w:rsidR="004C66ED" w:rsidRPr="000B2A56">
        <w:rPr>
          <w:rFonts w:ascii="Palatino Linotype" w:hAnsi="Palatino Linotype"/>
          <w:sz w:val="24"/>
          <w:szCs w:val="24"/>
          <w:lang w:val="pt-BR"/>
        </w:rPr>
        <w:t>5</w: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B. </w:t>
      </w:r>
      <w:r w:rsidR="004C66ED" w:rsidRPr="000B2A56">
        <w:rPr>
          <w:rFonts w:ascii="Palatino Linotype" w:hAnsi="Palatino Linotype"/>
          <w:sz w:val="24"/>
          <w:szCs w:val="24"/>
          <w:lang w:val="pt-BR"/>
        </w:rPr>
        <w:t>7.</w: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C. </w:t>
      </w:r>
      <w:r w:rsidR="004C66ED" w:rsidRPr="000B2A56">
        <w:rPr>
          <w:rFonts w:ascii="Palatino Linotype" w:hAnsi="Palatino Linotype"/>
          <w:sz w:val="24"/>
          <w:szCs w:val="24"/>
          <w:lang w:val="pt-BR"/>
        </w:rPr>
        <w:t>6.</w: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D. </w:t>
      </w:r>
      <w:r w:rsidR="004C66ED" w:rsidRPr="000B2A56">
        <w:rPr>
          <w:rFonts w:ascii="Palatino Linotype" w:hAnsi="Palatino Linotype"/>
          <w:sz w:val="24"/>
          <w:szCs w:val="24"/>
          <w:lang w:val="pt-BR"/>
        </w:rPr>
        <w:t>3.</w:t>
      </w:r>
    </w:p>
    <w:p w14:paraId="09F14B27" w14:textId="4574A69F" w:rsidR="005E66A8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/>
          <w:sz w:val="24"/>
          <w:szCs w:val="24"/>
          <w:lang w:val="pt-BR"/>
        </w:rPr>
        <w:t xml:space="preserve">Cho hình bình hành </w:t>
      </w:r>
      <w:r w:rsidRPr="000B2A56">
        <w:rPr>
          <w:position w:val="-6"/>
        </w:rPr>
        <w:object w:dxaOrig="720" w:dyaOrig="280" w14:anchorId="2AC34685">
          <v:shape id="_x0000_i2006" type="#_x0000_t75" style="width:36.5pt;height:14.5pt" o:ole="">
            <v:imagedata r:id="rId1954" o:title=""/>
          </v:shape>
          <o:OLEObject Type="Embed" ProgID="Equation.DSMT4" ShapeID="_x0000_i2006" DrawAspect="Content" ObjectID="_1702753562" r:id="rId1955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 xml:space="preserve"> có </w:t>
      </w:r>
      <w:r w:rsidRPr="000B2A56">
        <w:rPr>
          <w:position w:val="-10"/>
        </w:rPr>
        <w:object w:dxaOrig="2460" w:dyaOrig="320" w14:anchorId="207536E8">
          <v:shape id="_x0000_i2007" type="#_x0000_t75" style="width:123pt;height:15.5pt" o:ole="">
            <v:imagedata r:id="rId1956" o:title=""/>
          </v:shape>
          <o:OLEObject Type="Embed" ProgID="Equation.DSMT4" ShapeID="_x0000_i2007" DrawAspect="Content" ObjectID="_1702753563" r:id="rId1957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 xml:space="preserve">. Tìm tọa độ đỉnh </w:t>
      </w:r>
      <w:r w:rsidRPr="000B2A56">
        <w:rPr>
          <w:position w:val="-4"/>
        </w:rPr>
        <w:object w:dxaOrig="260" w:dyaOrig="260" w14:anchorId="4BC82CE9">
          <v:shape id="_x0000_i2008" type="#_x0000_t75" style="width:12.5pt;height:12.5pt" o:ole="">
            <v:imagedata r:id="rId1958" o:title=""/>
          </v:shape>
          <o:OLEObject Type="Embed" ProgID="Equation.DSMT4" ShapeID="_x0000_i2008" DrawAspect="Content" ObjectID="_1702753564" r:id="rId1959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>?</w:t>
      </w:r>
    </w:p>
    <w:p w14:paraId="3D43BF42" w14:textId="7B5F22C8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A. </w:t>
      </w:r>
      <w:r w:rsidR="004C66ED" w:rsidRPr="000B2A56">
        <w:rPr>
          <w:rFonts w:ascii="Palatino Linotype" w:hAnsi="Palatino Linotype"/>
          <w:position w:val="-10"/>
          <w:sz w:val="24"/>
          <w:szCs w:val="24"/>
          <w:lang w:val="pt-BR"/>
        </w:rPr>
        <w:object w:dxaOrig="780" w:dyaOrig="380" w14:anchorId="596FBD2F">
          <v:shape id="_x0000_i2009" type="#_x0000_t75" style="width:39pt;height:19pt" o:ole="">
            <v:imagedata r:id="rId1960" o:title=""/>
          </v:shape>
          <o:OLEObject Type="Embed" ProgID="Equation.DSMT4" ShapeID="_x0000_i2009" DrawAspect="Content" ObjectID="_1702753565" r:id="rId1961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B. </w:t>
      </w:r>
      <w:r w:rsidR="004C66ED" w:rsidRPr="000B2A56">
        <w:rPr>
          <w:rFonts w:ascii="Palatino Linotype" w:hAnsi="Palatino Linotype"/>
          <w:position w:val="-10"/>
          <w:sz w:val="24"/>
          <w:szCs w:val="24"/>
          <w:lang w:val="pt-BR"/>
        </w:rPr>
        <w:object w:dxaOrig="720" w:dyaOrig="320" w14:anchorId="2EB9AC69">
          <v:shape id="_x0000_i2010" type="#_x0000_t75" style="width:36.5pt;height:15.5pt" o:ole="">
            <v:imagedata r:id="rId1962" o:title=""/>
          </v:shape>
          <o:OLEObject Type="Embed" ProgID="Equation.DSMT4" ShapeID="_x0000_i2010" DrawAspect="Content" ObjectID="_1702753566" r:id="rId1963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C. </w:t>
      </w:r>
      <w:r w:rsidR="004C66ED" w:rsidRPr="000B2A56">
        <w:rPr>
          <w:rFonts w:ascii="Palatino Linotype" w:hAnsi="Palatino Linotype"/>
          <w:position w:val="-10"/>
          <w:sz w:val="24"/>
          <w:szCs w:val="24"/>
          <w:lang w:val="pt-BR"/>
        </w:rPr>
        <w:object w:dxaOrig="800" w:dyaOrig="380" w14:anchorId="2418070C">
          <v:shape id="_x0000_i2011" type="#_x0000_t75" style="width:39.5pt;height:19pt" o:ole="">
            <v:imagedata r:id="rId1964" o:title=""/>
          </v:shape>
          <o:OLEObject Type="Embed" ProgID="Equation.DSMT4" ShapeID="_x0000_i2011" DrawAspect="Content" ObjectID="_1702753567" r:id="rId1965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D. </w:t>
      </w:r>
      <w:r w:rsidR="004C66ED" w:rsidRPr="000B2A56">
        <w:rPr>
          <w:rFonts w:ascii="Palatino Linotype" w:hAnsi="Palatino Linotype"/>
          <w:position w:val="-10"/>
          <w:sz w:val="24"/>
          <w:szCs w:val="24"/>
          <w:lang w:val="pt-BR"/>
        </w:rPr>
        <w:object w:dxaOrig="600" w:dyaOrig="320" w14:anchorId="48D3151A">
          <v:shape id="_x0000_i2012" type="#_x0000_t75" style="width:30pt;height:15.5pt" o:ole="">
            <v:imagedata r:id="rId1966" o:title=""/>
          </v:shape>
          <o:OLEObject Type="Embed" ProgID="Equation.DSMT4" ShapeID="_x0000_i2012" DrawAspect="Content" ObjectID="_1702753568" r:id="rId1967"/>
        </w:object>
      </w:r>
    </w:p>
    <w:p w14:paraId="6E38F7A7" w14:textId="5A330141" w:rsidR="004C66ED" w:rsidRPr="000B2A56" w:rsidRDefault="004C66ED" w:rsidP="00607548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/>
          <w:sz w:val="24"/>
          <w:szCs w:val="24"/>
          <w:lang w:val="pt-BR"/>
        </w:rPr>
        <w:t xml:space="preserve">Trong mặt phẳng tọa độ </w:t>
      </w:r>
      <w:r w:rsidRPr="000B2A56">
        <w:rPr>
          <w:position w:val="-10"/>
        </w:rPr>
        <w:object w:dxaOrig="460" w:dyaOrig="320" w14:anchorId="4FFBA56D">
          <v:shape id="_x0000_i2013" type="#_x0000_t75" style="width:23pt;height:15.5pt" o:ole="">
            <v:imagedata r:id="rId1968" o:title=""/>
          </v:shape>
          <o:OLEObject Type="Embed" ProgID="Equation.DSMT4" ShapeID="_x0000_i2013" DrawAspect="Content" ObjectID="_1702753569" r:id="rId1969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 xml:space="preserve">,cho </w:t>
      </w:r>
      <w:r w:rsidRPr="000B2A56">
        <w:rPr>
          <w:position w:val="-28"/>
        </w:rPr>
        <w:object w:dxaOrig="3060" w:dyaOrig="680" w14:anchorId="04061F51">
          <v:shape id="_x0000_i2014" type="#_x0000_t75" style="width:152.5pt;height:34pt" o:ole="">
            <v:imagedata r:id="rId1970" o:title=""/>
          </v:shape>
          <o:OLEObject Type="Embed" ProgID="Equation.DSMT4" ShapeID="_x0000_i2014" DrawAspect="Content" ObjectID="_1702753570" r:id="rId1971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>.Tính độ dài đường</w:t>
      </w:r>
    </w:p>
    <w:p w14:paraId="1AC9BCEF" w14:textId="77777777" w:rsidR="005E66A8" w:rsidRPr="000B2A56" w:rsidRDefault="004C66ED" w:rsidP="005E66A8">
      <w:pPr>
        <w:spacing w:before="60" w:line="276" w:lineRule="auto"/>
        <w:ind w:left="992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/>
          <w:sz w:val="24"/>
          <w:szCs w:val="24"/>
          <w:lang w:val="pt-BR"/>
        </w:rPr>
        <w:t xml:space="preserve">trung tuyến </w:t>
      </w:r>
      <w:r w:rsidRPr="000B2A56">
        <w:rPr>
          <w:rFonts w:ascii="Palatino Linotype" w:hAnsi="Palatino Linotype"/>
          <w:position w:val="-4"/>
          <w:sz w:val="24"/>
          <w:szCs w:val="24"/>
        </w:rPr>
        <w:object w:dxaOrig="480" w:dyaOrig="260" w14:anchorId="79EC1C4C">
          <v:shape id="_x0000_i2015" type="#_x0000_t75" style="width:24pt;height:13pt" o:ole="">
            <v:imagedata r:id="rId1972" o:title=""/>
          </v:shape>
          <o:OLEObject Type="Embed" ProgID="Equation.DSMT4" ShapeID="_x0000_i2015" DrawAspect="Content" ObjectID="_1702753571" r:id="rId1973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 xml:space="preserve"> của tam giác </w:t>
      </w:r>
      <w:r w:rsidRPr="000B2A56">
        <w:rPr>
          <w:rFonts w:ascii="Palatino Linotype" w:hAnsi="Palatino Linotype"/>
          <w:position w:val="-6"/>
          <w:sz w:val="24"/>
          <w:szCs w:val="24"/>
          <w:lang w:val="pt-BR"/>
        </w:rPr>
        <w:object w:dxaOrig="559" w:dyaOrig="280" w14:anchorId="72068073">
          <v:shape id="_x0000_i2016" type="#_x0000_t75" style="width:27.5pt;height:14.5pt" o:ole="">
            <v:imagedata r:id="rId1944" o:title=""/>
          </v:shape>
          <o:OLEObject Type="Embed" ProgID="Equation.DSMT4" ShapeID="_x0000_i2016" DrawAspect="Content" ObjectID="_1702753572" r:id="rId1974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>?</w:t>
      </w:r>
    </w:p>
    <w:p w14:paraId="7C6DB6FC" w14:textId="5BB465F5" w:rsidR="004C66ED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A. </w:t>
      </w:r>
      <w:r w:rsidR="004C66ED" w:rsidRPr="000B2A56">
        <w:rPr>
          <w:rFonts w:ascii="Palatino Linotype" w:hAnsi="Palatino Linotype"/>
          <w:position w:val="-24"/>
          <w:sz w:val="24"/>
          <w:szCs w:val="24"/>
          <w:lang w:val="pt-BR"/>
        </w:rPr>
        <w:object w:dxaOrig="1340" w:dyaOrig="680" w14:anchorId="7E7AAAE4">
          <v:shape id="_x0000_i2017" type="#_x0000_t75" style="width:65.5pt;height:34pt" o:ole="">
            <v:imagedata r:id="rId1975" o:title=""/>
          </v:shape>
          <o:OLEObject Type="Embed" ProgID="Equation.DSMT4" ShapeID="_x0000_i2017" DrawAspect="Content" ObjectID="_1702753573" r:id="rId1976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B. </w:t>
      </w:r>
      <w:r w:rsidR="004C66ED" w:rsidRPr="000B2A56">
        <w:rPr>
          <w:rFonts w:ascii="Palatino Linotype" w:hAnsi="Palatino Linotype"/>
          <w:position w:val="-24"/>
          <w:sz w:val="24"/>
          <w:szCs w:val="24"/>
          <w:lang w:val="pt-BR"/>
        </w:rPr>
        <w:object w:dxaOrig="1020" w:dyaOrig="620" w14:anchorId="42FAFB6B">
          <v:shape id="_x0000_i2018" type="#_x0000_t75" style="width:50pt;height:30.5pt" o:ole="">
            <v:imagedata r:id="rId1977" o:title=""/>
          </v:shape>
          <o:OLEObject Type="Embed" ProgID="Equation.DSMT4" ShapeID="_x0000_i2018" DrawAspect="Content" ObjectID="_1702753574" r:id="rId1978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vi-VN"/>
        </w:rPr>
        <w:t>C</w:t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. </w:t>
      </w:r>
      <w:r w:rsidR="004C66ED" w:rsidRPr="000B2A56">
        <w:rPr>
          <w:rFonts w:ascii="Palatino Linotype" w:hAnsi="Palatino Linotype"/>
          <w:position w:val="-24"/>
          <w:sz w:val="24"/>
          <w:szCs w:val="24"/>
          <w:lang w:val="pt-BR"/>
        </w:rPr>
        <w:object w:dxaOrig="1340" w:dyaOrig="680" w14:anchorId="318C04D3">
          <v:shape id="_x0000_i2019" type="#_x0000_t75" style="width:65.5pt;height:34pt" o:ole="">
            <v:imagedata r:id="rId1979" o:title=""/>
          </v:shape>
          <o:OLEObject Type="Embed" ProgID="Equation.DSMT4" ShapeID="_x0000_i2019" DrawAspect="Content" ObjectID="_1702753575" r:id="rId1980"/>
        </w:object>
      </w:r>
      <w:r w:rsidRPr="000B2A56">
        <w:rPr>
          <w:rFonts w:ascii="Palatino Linotype" w:hAnsi="Palatino Linotype"/>
          <w:sz w:val="24"/>
          <w:szCs w:val="24"/>
          <w:lang w:val="pt-B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4"/>
          <w:lang w:val="pt-BR"/>
        </w:rPr>
        <w:t xml:space="preserve">D. </w:t>
      </w:r>
      <w:r w:rsidR="004C66ED" w:rsidRPr="000B2A56">
        <w:rPr>
          <w:rFonts w:ascii="Palatino Linotype" w:hAnsi="Palatino Linotype"/>
          <w:position w:val="-24"/>
          <w:sz w:val="24"/>
          <w:szCs w:val="24"/>
          <w:lang w:val="pt-BR"/>
        </w:rPr>
        <w:object w:dxaOrig="1020" w:dyaOrig="620" w14:anchorId="63A1DB08">
          <v:shape id="_x0000_i2020" type="#_x0000_t75" style="width:50pt;height:30.5pt" o:ole="">
            <v:imagedata r:id="rId1981" o:title=""/>
          </v:shape>
          <o:OLEObject Type="Embed" ProgID="Equation.DSMT4" ShapeID="_x0000_i2020" DrawAspect="Content" ObjectID="_1702753576" r:id="rId1982"/>
        </w:object>
      </w:r>
    </w:p>
    <w:p w14:paraId="05E731F9" w14:textId="77777777" w:rsidR="00A2050A" w:rsidRPr="000B2A56" w:rsidRDefault="00A2050A" w:rsidP="004E7F83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II. Tự luận (2,5 điểm)</w:t>
      </w:r>
    </w:p>
    <w:p w14:paraId="3F64FC39" w14:textId="757DCF00" w:rsidR="005E66A8" w:rsidRPr="000B2A56" w:rsidRDefault="00A2050A" w:rsidP="00607548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 w:cs="Times New Roman"/>
          <w:sz w:val="24"/>
          <w:szCs w:val="24"/>
        </w:rPr>
        <w:t>Giải các phương trình và hệ phương trình sau:</w:t>
      </w:r>
    </w:p>
    <w:p w14:paraId="5BE20AAA" w14:textId="33362638" w:rsidR="00A2050A" w:rsidRPr="000B2A56" w:rsidRDefault="00A2050A" w:rsidP="005E66A8">
      <w:pPr>
        <w:pStyle w:val="ListParagraph"/>
        <w:spacing w:before="120" w:after="200" w:line="276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>a)</w: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position w:val="-8"/>
          <w:sz w:val="24"/>
          <w:szCs w:val="24"/>
        </w:rPr>
        <w:object w:dxaOrig="2140" w:dyaOrig="400" w14:anchorId="296E672A">
          <v:shape id="_x0000_i2021" type="#_x0000_t75" style="width:107pt;height:20pt" o:ole="">
            <v:imagedata r:id="rId1983" o:title=""/>
          </v:shape>
          <o:OLEObject Type="Embed" ProgID="Equation.DSMT4" ShapeID="_x0000_i2021" DrawAspect="Content" ObjectID="_1702753577" r:id="rId1984"/>
        </w:objec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b) </w:t>
      </w:r>
      <w:r w:rsidRPr="000B2A56">
        <w:rPr>
          <w:rFonts w:ascii="Palatino Linotype" w:hAnsi="Palatino Linotype" w:cs="Times New Roman"/>
          <w:position w:val="-32"/>
          <w:sz w:val="24"/>
          <w:szCs w:val="24"/>
        </w:rPr>
        <w:object w:dxaOrig="1800" w:dyaOrig="760" w14:anchorId="351CC2FE">
          <v:shape id="_x0000_i2022" type="#_x0000_t75" style="width:90pt;height:38pt" o:ole="">
            <v:imagedata r:id="rId1985" o:title=""/>
          </v:shape>
          <o:OLEObject Type="Embed" ProgID="Equation.DSMT4" ShapeID="_x0000_i2022" DrawAspect="Content" ObjectID="_1702753578" r:id="rId1986"/>
        </w:objec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c) </w:t>
      </w:r>
      <w:r w:rsidRPr="000B2A56">
        <w:rPr>
          <w:rFonts w:ascii="Palatino Linotype" w:hAnsi="Palatino Linotype" w:cs="Times New Roman"/>
          <w:position w:val="-64"/>
          <w:sz w:val="24"/>
          <w:szCs w:val="24"/>
        </w:rPr>
        <w:object w:dxaOrig="2400" w:dyaOrig="1400" w14:anchorId="0085E54B">
          <v:shape id="_x0000_i2023" type="#_x0000_t75" style="width:120.5pt;height:70pt" o:ole="">
            <v:imagedata r:id="rId1987" o:title=""/>
          </v:shape>
          <o:OLEObject Type="Embed" ProgID="Equation.DSMT4" ShapeID="_x0000_i2023" DrawAspect="Content" ObjectID="_1702753579" r:id="rId1988"/>
        </w:object>
      </w:r>
    </w:p>
    <w:p w14:paraId="77A4B610" w14:textId="61AECD27" w:rsidR="005E66A8" w:rsidRPr="000B2A56" w:rsidRDefault="00A2050A" w:rsidP="00607548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tọa độ </w:t>
      </w:r>
      <w:r w:rsidRPr="000B2A56">
        <w:rPr>
          <w:position w:val="-10"/>
        </w:rPr>
        <w:object w:dxaOrig="499" w:dyaOrig="320" w14:anchorId="068431BE">
          <v:shape id="_x0000_i2024" type="#_x0000_t75" style="width:25pt;height:15.5pt" o:ole="">
            <v:imagedata r:id="rId1989" o:title=""/>
          </v:shape>
          <o:OLEObject Type="Embed" ProgID="Equation.DSMT4" ShapeID="_x0000_i2024" DrawAspect="Content" ObjectID="_1702753580" r:id="rId1990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tam giác </w:t>
      </w:r>
      <w:r w:rsidRPr="000B2A56">
        <w:rPr>
          <w:position w:val="-6"/>
        </w:rPr>
        <w:object w:dxaOrig="600" w:dyaOrig="279" w14:anchorId="1874EBF1">
          <v:shape id="_x0000_i2025" type="#_x0000_t75" style="width:30pt;height:14.5pt" o:ole="">
            <v:imagedata r:id="rId1991" o:title=""/>
          </v:shape>
          <o:OLEObject Type="Embed" ProgID="Equation.DSMT4" ShapeID="_x0000_i2025" DrawAspect="Content" ObjectID="_1702753581" r:id="rId199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các đỉnh </w:t>
      </w:r>
      <w:r w:rsidRPr="000B2A56">
        <w:rPr>
          <w:position w:val="-14"/>
        </w:rPr>
        <w:object w:dxaOrig="760" w:dyaOrig="400" w14:anchorId="588C2C94">
          <v:shape id="_x0000_i2026" type="#_x0000_t75" style="width:38pt;height:20pt" o:ole="">
            <v:imagedata r:id="rId1993" o:title=""/>
          </v:shape>
          <o:OLEObject Type="Embed" ProgID="Equation.DSMT4" ShapeID="_x0000_i2026" DrawAspect="Content" ObjectID="_1702753582" r:id="rId199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Pr="000B2A56">
        <w:rPr>
          <w:position w:val="-14"/>
        </w:rPr>
        <w:object w:dxaOrig="880" w:dyaOrig="400" w14:anchorId="1497142B">
          <v:shape id="_x0000_i2027" type="#_x0000_t75" style="width:44.5pt;height:20pt" o:ole="">
            <v:imagedata r:id="rId1995" o:title=""/>
          </v:shape>
          <o:OLEObject Type="Embed" ProgID="Equation.DSMT4" ShapeID="_x0000_i2027" DrawAspect="Content" ObjectID="_1702753583" r:id="rId199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4"/>
        </w:rPr>
        <w:object w:dxaOrig="780" w:dyaOrig="400" w14:anchorId="02ED6667">
          <v:shape id="_x0000_i2028" type="#_x0000_t75" style="width:39pt;height:20pt" o:ole="">
            <v:imagedata r:id="rId1997" o:title=""/>
          </v:shape>
          <o:OLEObject Type="Embed" ProgID="Equation.DSMT4" ShapeID="_x0000_i2028" DrawAspect="Content" ObjectID="_1702753584" r:id="rId1998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0B46F88D" w14:textId="77777777" w:rsidR="005E66A8" w:rsidRPr="000B2A56" w:rsidRDefault="00A2050A" w:rsidP="005E66A8">
      <w:pPr>
        <w:pStyle w:val="msolistparagraph0"/>
        <w:spacing w:after="0" w:line="276" w:lineRule="auto"/>
        <w:ind w:left="992" w:firstLine="360"/>
        <w:jc w:val="both"/>
        <w:rPr>
          <w:rFonts w:ascii="Palatino Linotype" w:hAnsi="Palatino Linotype"/>
          <w:szCs w:val="24"/>
        </w:rPr>
      </w:pPr>
      <w:r w:rsidRPr="000B2A56">
        <w:rPr>
          <w:rFonts w:ascii="Palatino Linotype" w:hAnsi="Palatino Linotype"/>
          <w:szCs w:val="24"/>
        </w:rPr>
        <w:t xml:space="preserve">a) Xác định hình tính của tam giác </w:t>
      </w:r>
      <w:r w:rsidRPr="000B2A56">
        <w:rPr>
          <w:rFonts w:ascii="Palatino Linotype" w:hAnsi="Palatino Linotype"/>
          <w:position w:val="-6"/>
          <w:szCs w:val="24"/>
        </w:rPr>
        <w:object w:dxaOrig="560" w:dyaOrig="279" w14:anchorId="687E3A68">
          <v:shape id="_x0000_i2029" type="#_x0000_t75" style="width:27.5pt;height:14.5pt" o:ole="">
            <v:imagedata r:id="rId1999" o:title=""/>
          </v:shape>
          <o:OLEObject Type="Embed" ProgID="Equation.DSMT4" ShapeID="_x0000_i2029" DrawAspect="Content" ObjectID="_1702753585" r:id="rId2000"/>
        </w:object>
      </w:r>
      <w:r w:rsidRPr="000B2A56">
        <w:rPr>
          <w:rFonts w:ascii="Palatino Linotype" w:hAnsi="Palatino Linotype"/>
          <w:szCs w:val="24"/>
        </w:rPr>
        <w:t>.Tính chu vi</w:t>
      </w:r>
      <w:r w:rsidR="005E66A8" w:rsidRPr="000B2A56">
        <w:rPr>
          <w:rFonts w:ascii="Palatino Linotype" w:hAnsi="Palatino Linotype"/>
          <w:szCs w:val="24"/>
        </w:rPr>
        <w:t>,</w:t>
      </w:r>
      <w:r w:rsidRPr="000B2A56">
        <w:rPr>
          <w:rFonts w:ascii="Palatino Linotype" w:hAnsi="Palatino Linotype"/>
          <w:szCs w:val="24"/>
        </w:rPr>
        <w:t xml:space="preserve"> diện tích tam giác</w:t>
      </w:r>
    </w:p>
    <w:p w14:paraId="4D067882" w14:textId="04E97555" w:rsidR="00A2050A" w:rsidRPr="000B2A56" w:rsidRDefault="00A2050A" w:rsidP="005E66A8">
      <w:pPr>
        <w:spacing w:after="0" w:line="276" w:lineRule="auto"/>
        <w:ind w:left="992" w:firstLine="360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b) Tìm tọa độ chân đường cao </w:t>
      </w:r>
      <w:r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279" w:dyaOrig="260" w14:anchorId="4D93A271">
          <v:shape id="_x0000_i2030" type="#_x0000_t75" style="width:14.5pt;height:12.5pt" o:ole="">
            <v:imagedata r:id="rId2001" o:title=""/>
          </v:shape>
          <o:OLEObject Type="Embed" ProgID="Equation.DSMT4" ShapeID="_x0000_i2030" DrawAspect="Content" ObjectID="_1702753586" r:id="rId200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kẻ từ </w:t>
      </w:r>
      <w:r w:rsidRPr="000B2A56">
        <w:rPr>
          <w:rFonts w:ascii="Palatino Linotype" w:hAnsi="Palatino Linotype" w:cs="Times New Roman"/>
          <w:position w:val="-4"/>
          <w:sz w:val="24"/>
          <w:szCs w:val="24"/>
        </w:rPr>
        <w:object w:dxaOrig="240" w:dyaOrig="260" w14:anchorId="33CBA0CB">
          <v:shape id="_x0000_i2031" type="#_x0000_t75" style="width:12pt;height:12.5pt" o:ole="">
            <v:imagedata r:id="rId2003" o:title=""/>
          </v:shape>
          <o:OLEObject Type="Embed" ProgID="Equation.DSMT4" ShapeID="_x0000_i2031" DrawAspect="Content" ObjectID="_1702753587" r:id="rId200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của tam giác </w:t>
      </w:r>
      <w:r w:rsidRPr="000B2A56">
        <w:rPr>
          <w:rFonts w:ascii="Palatino Linotype" w:hAnsi="Palatino Linotype" w:cs="Times New Roman"/>
          <w:position w:val="-6"/>
          <w:sz w:val="24"/>
          <w:szCs w:val="24"/>
        </w:rPr>
        <w:object w:dxaOrig="560" w:dyaOrig="279" w14:anchorId="25E45A1F">
          <v:shape id="_x0000_i2032" type="#_x0000_t75" style="width:27.5pt;height:14.5pt" o:ole="">
            <v:imagedata r:id="rId2005" o:title=""/>
          </v:shape>
          <o:OLEObject Type="Embed" ProgID="Equation.DSMT4" ShapeID="_x0000_i2032" DrawAspect="Content" ObjectID="_1702753588" r:id="rId2006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15C672A7" w14:textId="6230C681" w:rsidR="00A2050A" w:rsidRPr="000B2A56" w:rsidRDefault="00A2050A" w:rsidP="005E66A8">
      <w:pPr>
        <w:pStyle w:val="ListParagraph"/>
        <w:spacing w:after="0" w:line="276" w:lineRule="auto"/>
        <w:ind w:left="992"/>
        <w:jc w:val="center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ĐỀ 06</w:t>
      </w:r>
    </w:p>
    <w:p w14:paraId="698BDF73" w14:textId="77777777" w:rsidR="005E66A8" w:rsidRPr="000B2A56" w:rsidRDefault="00A2050A" w:rsidP="004E7F83">
      <w:pPr>
        <w:spacing w:after="0" w:line="276" w:lineRule="auto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I.Trắc nghiệm (7,5 điểm)</w:t>
      </w:r>
    </w:p>
    <w:p w14:paraId="6C4182FA" w14:textId="436CC97C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Với những giá trị nào của </w:t>
      </w:r>
      <w:r w:rsidRPr="000B2A56">
        <w:rPr>
          <w:position w:val="-4"/>
          <w:lang w:val="fr-FR"/>
        </w:rPr>
        <w:object w:dxaOrig="279" w:dyaOrig="200" w14:anchorId="69F590DA">
          <v:shape id="_x0000_i2033" type="#_x0000_t75" style="width:14.5pt;height:10pt" o:ole="">
            <v:imagedata r:id="rId2007" o:title=""/>
          </v:shape>
          <o:OLEObject Type="Embed" ProgID="Equation.DSMT4" ShapeID="_x0000_i2033" DrawAspect="Content" ObjectID="_1702753589" r:id="rId2008"/>
        </w:objec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thì hàm số </w:t>
      </w:r>
      <w:r w:rsidRPr="000B2A56">
        <w:rPr>
          <w:position w:val="-16"/>
          <w:lang w:val="fr-FR"/>
        </w:rPr>
        <w:object w:dxaOrig="2160" w:dyaOrig="440" w14:anchorId="0CC2F52F">
          <v:shape id="_x0000_i2034" type="#_x0000_t75" style="width:108pt;height:22pt" o:ole="">
            <v:imagedata r:id="rId2009" o:title=""/>
          </v:shape>
          <o:OLEObject Type="Embed" ProgID="Equation.DSMT4" ShapeID="_x0000_i2034" DrawAspect="Content" ObjectID="_1702753590" r:id="rId2010"/>
        </w:object>
      </w:r>
      <w:r w:rsidRPr="000B2A56">
        <w:rPr>
          <w:rFonts w:ascii="Palatino Linotype" w:hAnsi="Palatino Linotype" w:cs="Chu Van An (Uni) CE"/>
          <w:color w:val="000000"/>
          <w:sz w:val="24"/>
          <w:lang w:val="fr-FR"/>
        </w:rPr>
        <w:t xml:space="preserve"> đ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ồng biến trên </w:t>
      </w:r>
      <w:r w:rsidRPr="000B2A56">
        <w:rPr>
          <w:position w:val="-4"/>
          <w:lang w:val="fr-FR"/>
        </w:rPr>
        <w:object w:dxaOrig="260" w:dyaOrig="260" w14:anchorId="2E44B476">
          <v:shape id="_x0000_i2035" type="#_x0000_t75" style="width:12pt;height:12pt" o:ole="">
            <v:imagedata r:id="rId2011" o:title=""/>
          </v:shape>
          <o:OLEObject Type="Embed" ProgID="Equation.DSMT4" ShapeID="_x0000_i2035" DrawAspect="Content" ObjectID="_1702753591" r:id="rId2012"/>
        </w:objec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?</w:t>
      </w:r>
    </w:p>
    <w:p w14:paraId="4F770DF5" w14:textId="717EFAE5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A. </w:t>
      </w:r>
      <w:r w:rsidR="00D57DCC" w:rsidRPr="000B2A56">
        <w:rPr>
          <w:rFonts w:ascii="Palatino Linotype" w:hAnsi="Palatino Linotype" w:cs="Chu Van An (Uni)"/>
          <w:position w:val="-6"/>
          <w:sz w:val="24"/>
        </w:rPr>
        <w:object w:dxaOrig="700" w:dyaOrig="260" w14:anchorId="1CCBE90A">
          <v:shape id="_x0000_i2036" type="#_x0000_t75" style="width:35pt;height:13pt" o:ole="">
            <v:imagedata r:id="rId2013" o:title=""/>
          </v:shape>
          <o:OLEObject Type="Embed" ProgID="Equation.DSMT4" ShapeID="_x0000_i2036" DrawAspect="Content" ObjectID="_1702753592" r:id="rId2014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B. </w:t>
      </w:r>
      <w:r w:rsidR="00D57DCC" w:rsidRPr="000B2A56">
        <w:rPr>
          <w:rFonts w:ascii="Palatino Linotype" w:hAnsi="Palatino Linotype" w:cs="Chu Van An (Uni)"/>
          <w:position w:val="-6"/>
          <w:sz w:val="24"/>
        </w:rPr>
        <w:object w:dxaOrig="680" w:dyaOrig="279" w14:anchorId="55B7D3C3">
          <v:shape id="_x0000_i2037" type="#_x0000_t75" style="width:33.5pt;height:13pt" o:ole="">
            <v:imagedata r:id="rId2015" o:title=""/>
          </v:shape>
          <o:OLEObject Type="Embed" ProgID="Equation.DSMT4" ShapeID="_x0000_i2037" DrawAspect="Content" ObjectID="_1702753593" r:id="rId2016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C. </w:t>
      </w:r>
      <w:r w:rsidR="00D57DCC" w:rsidRPr="000B2A56">
        <w:rPr>
          <w:rFonts w:ascii="Palatino Linotype" w:hAnsi="Palatino Linotype" w:cs="Chu Van An (Uni)"/>
          <w:position w:val="-6"/>
          <w:sz w:val="24"/>
        </w:rPr>
        <w:object w:dxaOrig="700" w:dyaOrig="260" w14:anchorId="0843C359">
          <v:shape id="_x0000_i2038" type="#_x0000_t75" style="width:34.5pt;height:12pt" o:ole="">
            <v:imagedata r:id="rId2017" o:title=""/>
          </v:shape>
          <o:OLEObject Type="Embed" ProgID="Equation.DSMT4" ShapeID="_x0000_i2038" DrawAspect="Content" ObjectID="_1702753594" r:id="rId2018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</w:rPr>
        <w:t>.</w:t>
      </w:r>
      <w:r w:rsidRPr="000B2A56">
        <w:rPr>
          <w:rFonts w:ascii="Palatino Linotype" w:hAnsi="Palatino Linotype" w:cs="Chu Van An (Uni)"/>
          <w:color w:val="000000"/>
          <w:sz w:val="24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</w:rPr>
        <w:t xml:space="preserve">D. </w:t>
      </w:r>
      <w:r w:rsidR="00D57DCC" w:rsidRPr="000B2A56">
        <w:rPr>
          <w:rFonts w:ascii="Palatino Linotype" w:hAnsi="Palatino Linotype" w:cs="Chu Van An (Uni)"/>
          <w:position w:val="-6"/>
          <w:sz w:val="24"/>
        </w:rPr>
        <w:object w:dxaOrig="859" w:dyaOrig="279" w14:anchorId="2AA9E934">
          <v:shape id="_x0000_i2039" type="#_x0000_t75" style="width:43pt;height:14.5pt" o:ole="">
            <v:imagedata r:id="rId2019" o:title=""/>
          </v:shape>
          <o:OLEObject Type="Embed" ProgID="Equation.DSMT4" ShapeID="_x0000_i2039" DrawAspect="Content" ObjectID="_1702753595" r:id="rId2020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</w:rPr>
        <w:t>.</w:t>
      </w:r>
    </w:p>
    <w:p w14:paraId="43C5F9F5" w14:textId="23B39888" w:rsidR="004E7F83" w:rsidRPr="000B2A56" w:rsidRDefault="004E7F83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Bằng cách đặt </w:t>
      </w:r>
      <w:r w:rsidRPr="000B2A56">
        <w:rPr>
          <w:position w:val="-24"/>
        </w:rPr>
        <w:object w:dxaOrig="880" w:dyaOrig="660" w14:anchorId="60D285D1">
          <v:shape id="_x0000_i2040" type="#_x0000_t75" style="width:44pt;height:33.5pt" o:ole="">
            <v:imagedata r:id="rId2021" o:title=""/>
          </v:shape>
          <o:OLEObject Type="Embed" ProgID="Equation.DSMT4" ShapeID="_x0000_i2040" DrawAspect="Content" ObjectID="_1702753596" r:id="rId2022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Pr="000B2A56">
        <w:rPr>
          <w:position w:val="-28"/>
        </w:rPr>
        <w:object w:dxaOrig="1120" w:dyaOrig="720" w14:anchorId="07649D10">
          <v:shape id="_x0000_i2041" type="#_x0000_t75" style="width:56pt;height:36.5pt" o:ole="">
            <v:imagedata r:id="rId2023" o:title=""/>
          </v:shape>
          <o:OLEObject Type="Embed" ProgID="Equation.DSMT4" ShapeID="_x0000_i2041" DrawAspect="Content" ObjectID="_1702753597" r:id="rId2024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thì hệ phương trình </w:t>
      </w:r>
      <w:r w:rsidRPr="000B2A56">
        <w:rPr>
          <w:position w:val="-70"/>
        </w:rPr>
        <w:object w:dxaOrig="1920" w:dyaOrig="1520" w14:anchorId="39EA2523">
          <v:shape id="_x0000_i2042" type="#_x0000_t75" style="width:96.5pt;height:77pt" o:ole="">
            <v:imagedata r:id="rId2025" o:title=""/>
          </v:shape>
          <o:OLEObject Type="Embed" ProgID="Equation.DSMT4" ShapeID="_x0000_i2042" DrawAspect="Content" ObjectID="_1702753598" r:id="rId2026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trở thành hệ phương trình nào sau đây?</w:t>
      </w:r>
    </w:p>
    <w:p w14:paraId="1D130758" w14:textId="23989603" w:rsidR="004E7F83" w:rsidRPr="000B2A56" w:rsidRDefault="004E7F83" w:rsidP="004E7F8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A. </w:t>
      </w:r>
      <w:r w:rsidRPr="000B2A56">
        <w:rPr>
          <w:rFonts w:ascii="Palatino Linotype" w:hAnsi="Palatino Linotype" w:cs="Times New Roman"/>
          <w:position w:val="-30"/>
          <w:sz w:val="24"/>
          <w:szCs w:val="24"/>
        </w:rPr>
        <w:object w:dxaOrig="1120" w:dyaOrig="720" w14:anchorId="669F7DA3">
          <v:shape id="_x0000_i2043" type="#_x0000_t75" style="width:56.5pt;height:36.5pt" o:ole="">
            <v:imagedata r:id="rId2027" o:title=""/>
          </v:shape>
          <o:OLEObject Type="Embed" ProgID="Equation.DSMT4" ShapeID="_x0000_i2043" DrawAspect="Content" ObjectID="_1702753599" r:id="rId2028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B. </w:t>
      </w:r>
      <w:r w:rsidRPr="000B2A56">
        <w:rPr>
          <w:rFonts w:ascii="Palatino Linotype" w:hAnsi="Palatino Linotype" w:cs="Times New Roman"/>
          <w:position w:val="-60"/>
          <w:sz w:val="24"/>
          <w:szCs w:val="24"/>
        </w:rPr>
        <w:object w:dxaOrig="1160" w:dyaOrig="1320" w14:anchorId="0788FD00">
          <v:shape id="_x0000_i2044" type="#_x0000_t75" style="width:58.5pt;height:66.5pt" o:ole="">
            <v:imagedata r:id="rId2029" o:title=""/>
          </v:shape>
          <o:OLEObject Type="Embed" ProgID="Equation.DSMT4" ShapeID="_x0000_i2044" DrawAspect="Content" ObjectID="_1702753600" r:id="rId2030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7E0D7E8D" w14:textId="1C11FD81" w:rsidR="004E7F83" w:rsidRPr="000B2A56" w:rsidRDefault="004E7F83" w:rsidP="004E7F8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C. </w:t>
      </w:r>
      <w:r w:rsidRPr="000B2A56">
        <w:rPr>
          <w:rFonts w:ascii="Palatino Linotype" w:hAnsi="Palatino Linotype" w:cs="Times New Roman"/>
          <w:position w:val="-46"/>
          <w:sz w:val="24"/>
          <w:szCs w:val="24"/>
        </w:rPr>
        <w:object w:dxaOrig="1160" w:dyaOrig="1040" w14:anchorId="584BE917">
          <v:shape id="_x0000_i2045" type="#_x0000_t75" style="width:58.5pt;height:52.5pt" o:ole="">
            <v:imagedata r:id="rId2031" o:title=""/>
          </v:shape>
          <o:OLEObject Type="Embed" ProgID="Equation.DSMT4" ShapeID="_x0000_i2045" DrawAspect="Content" ObjectID="_1702753601" r:id="rId2032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sz w:val="24"/>
          <w:szCs w:val="24"/>
        </w:rPr>
        <w:tab/>
      </w:r>
      <w:r w:rsidRPr="000B2A5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Pr="000B2A56">
        <w:rPr>
          <w:rFonts w:ascii="Palatino Linotype" w:hAnsi="Palatino Linotype" w:cs="Times New Roman"/>
          <w:position w:val="-60"/>
          <w:sz w:val="24"/>
          <w:szCs w:val="24"/>
        </w:rPr>
        <w:object w:dxaOrig="1200" w:dyaOrig="1320" w14:anchorId="0B1006EE">
          <v:shape id="_x0000_i2046" type="#_x0000_t75" style="width:60.5pt;height:66.5pt" o:ole="">
            <v:imagedata r:id="rId2033" o:title=""/>
          </v:shape>
          <o:OLEObject Type="Embed" ProgID="Equation.DSMT4" ShapeID="_x0000_i2046" DrawAspect="Content" ObjectID="_1702753602" r:id="rId2034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48FBDB05" w14:textId="1FDF3B63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Cho hàm số </w:t>
      </w:r>
      <w:r w:rsidRPr="000B2A56">
        <w:rPr>
          <w:position w:val="-10"/>
          <w:lang w:val="fr-FR"/>
        </w:rPr>
        <w:object w:dxaOrig="2360" w:dyaOrig="360" w14:anchorId="7A2B57F6">
          <v:shape id="_x0000_i2047" type="#_x0000_t75" style="width:118pt;height:18.5pt" o:ole="">
            <v:imagedata r:id="rId2035" o:title=""/>
          </v:shape>
          <o:OLEObject Type="Embed" ProgID="Equation.DSMT4" ShapeID="_x0000_i2047" DrawAspect="Content" ObjectID="_1702753603" r:id="rId2036"/>
        </w:objec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. Mệ</w:t>
      </w:r>
      <w:r w:rsidRPr="000B2A56">
        <w:rPr>
          <w:rFonts w:ascii="Palatino Linotype" w:hAnsi="Palatino Linotype" w:cs="Chu Van An (Uni) CE"/>
          <w:color w:val="000000"/>
          <w:sz w:val="24"/>
          <w:lang w:val="fr-FR"/>
        </w:rPr>
        <w:t>nh đ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ề</w:t>
      </w:r>
      <w:r w:rsidRPr="000B2A56">
        <w:rPr>
          <w:rFonts w:ascii="Palatino Linotype" w:hAnsi="Palatino Linotype" w:cs="Chu Van An (Uni) (Vietnamese)"/>
          <w:color w:val="000000"/>
          <w:sz w:val="24"/>
          <w:lang w:val="fr-FR"/>
        </w:rPr>
        <w:t xml:space="preserve"> nào sau đây là </w:t>
      </w:r>
      <w:r w:rsidRPr="000B2A56">
        <w:rPr>
          <w:rFonts w:ascii="Palatino Linotype" w:hAnsi="Palatino Linotype" w:cs="Chu Van An (Uni) CE"/>
          <w:b/>
          <w:color w:val="000000"/>
          <w:sz w:val="24"/>
          <w:lang w:val="fr-FR"/>
        </w:rPr>
        <w:t>đúng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?</w:t>
      </w:r>
    </w:p>
    <w:p w14:paraId="51B899E2" w14:textId="3A7CD9FA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A. </w:t>
      </w:r>
      <w:r w:rsidR="00D57DCC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220" w:dyaOrig="260" w14:anchorId="6BDA76FE">
          <v:shape id="_x0000_i2048" type="#_x0000_t75" style="width:11pt;height:13pt" o:ole="">
            <v:imagedata r:id="rId2037" o:title=""/>
          </v:shape>
          <o:OLEObject Type="Embed" ProgID="Equation.DSMT4" ShapeID="_x0000_i2048" DrawAspect="Content" ObjectID="_1702753604" r:id="rId2038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giảm trên </w:t>
      </w:r>
      <w:r w:rsidR="00D57DCC" w:rsidRPr="000B2A56">
        <w:rPr>
          <w:rFonts w:ascii="Palatino Linotype" w:hAnsi="Palatino Linotype" w:cs="Chu Van An (Uni)"/>
          <w:position w:val="-12"/>
          <w:sz w:val="24"/>
          <w:lang w:val="fr-FR"/>
        </w:rPr>
        <w:object w:dxaOrig="820" w:dyaOrig="380" w14:anchorId="3713ED94">
          <v:shape id="_x0000_i2049" type="#_x0000_t75" style="width:41pt;height:19pt" o:ole="">
            <v:imagedata r:id="rId2039" o:title=""/>
          </v:shape>
          <o:OLEObject Type="Embed" ProgID="Equation.DSMT4" ShapeID="_x0000_i2049" DrawAspect="Content" ObjectID="_1702753605" r:id="rId2040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B. </w:t>
      </w:r>
      <w:r w:rsidR="00D57DCC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220" w:dyaOrig="260" w14:anchorId="128E119F">
          <v:shape id="_x0000_i2050" type="#_x0000_t75" style="width:11pt;height:13pt" o:ole="">
            <v:imagedata r:id="rId2041" o:title=""/>
          </v:shape>
          <o:OLEObject Type="Embed" ProgID="Equation.DSMT4" ShapeID="_x0000_i2050" DrawAspect="Content" ObjectID="_1702753606" r:id="rId2042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giảm trên </w:t>
      </w:r>
      <w:r w:rsidR="00D57DCC" w:rsidRPr="000B2A56">
        <w:rPr>
          <w:rFonts w:ascii="Palatino Linotype" w:hAnsi="Palatino Linotype" w:cs="Chu Van An (Uni)"/>
          <w:position w:val="-12"/>
          <w:sz w:val="24"/>
          <w:lang w:val="fr-FR"/>
        </w:rPr>
        <w:object w:dxaOrig="780" w:dyaOrig="380" w14:anchorId="6F46C5D8">
          <v:shape id="_x0000_i2051" type="#_x0000_t75" style="width:38.5pt;height:19pt" o:ole="">
            <v:imagedata r:id="rId2043" o:title=""/>
          </v:shape>
          <o:OLEObject Type="Embed" ProgID="Equation.DSMT4" ShapeID="_x0000_i2051" DrawAspect="Content" ObjectID="_1702753607" r:id="rId2044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</w:p>
    <w:p w14:paraId="6623F534" w14:textId="29BB978E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C. </w:t>
      </w:r>
      <w:r w:rsidR="00D57DCC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220" w:dyaOrig="260" w14:anchorId="0920DB72">
          <v:shape id="_x0000_i2052" type="#_x0000_t75" style="width:11pt;height:13pt" o:ole="">
            <v:imagedata r:id="rId2045" o:title=""/>
          </v:shape>
          <o:OLEObject Type="Embed" ProgID="Equation.DSMT4" ShapeID="_x0000_i2052" DrawAspect="Content" ObjectID="_1702753608" r:id="rId2046"/>
        </w:object>
      </w:r>
      <w:r w:rsidR="00D57DCC" w:rsidRPr="000B2A56">
        <w:rPr>
          <w:rFonts w:ascii="Palatino Linotype" w:hAnsi="Palatino Linotype" w:cs="Chu Van An (Uni) (Vietnamese)"/>
          <w:color w:val="000000"/>
          <w:sz w:val="24"/>
          <w:lang w:val="fr-FR"/>
        </w:rPr>
        <w:t xml:space="preserve"> tăng trên </w:t>
      </w:r>
      <w:r w:rsidR="00D57DCC" w:rsidRPr="000B2A56">
        <w:rPr>
          <w:rFonts w:ascii="Palatino Linotype" w:hAnsi="Palatino Linotype" w:cs="Chu Van An (Uni)"/>
          <w:position w:val="-12"/>
          <w:sz w:val="24"/>
          <w:lang w:val="fr-FR"/>
        </w:rPr>
        <w:object w:dxaOrig="820" w:dyaOrig="380" w14:anchorId="4C8F4E26">
          <v:shape id="_x0000_i2053" type="#_x0000_t75" style="width:41pt;height:19pt" o:ole="">
            <v:imagedata r:id="rId2047" o:title=""/>
          </v:shape>
          <o:OLEObject Type="Embed" ProgID="Equation.DSMT4" ShapeID="_x0000_i2053" DrawAspect="Content" ObjectID="_1702753609" r:id="rId2048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D. </w:t>
      </w:r>
      <w:r w:rsidR="00D57DCC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220" w:dyaOrig="260" w14:anchorId="30B5E850">
          <v:shape id="_x0000_i2054" type="#_x0000_t75" style="width:11pt;height:13pt" o:ole="">
            <v:imagedata r:id="rId2049" o:title=""/>
          </v:shape>
          <o:OLEObject Type="Embed" ProgID="Equation.DSMT4" ShapeID="_x0000_i2054" DrawAspect="Content" ObjectID="_1702753610" r:id="rId2050"/>
        </w:object>
      </w:r>
      <w:r w:rsidR="00D57DCC" w:rsidRPr="000B2A56">
        <w:rPr>
          <w:rFonts w:ascii="Palatino Linotype" w:hAnsi="Palatino Linotype" w:cs="Chu Van An (Uni) (Vietnamese)"/>
          <w:color w:val="000000"/>
          <w:sz w:val="24"/>
          <w:lang w:val="fr-FR"/>
        </w:rPr>
        <w:t xml:space="preserve"> tăng trên </w:t>
      </w:r>
      <w:r w:rsidR="00D57DCC" w:rsidRPr="000B2A56">
        <w:rPr>
          <w:rFonts w:ascii="Palatino Linotype" w:hAnsi="Palatino Linotype" w:cs="Chu Van An (Uni)"/>
          <w:position w:val="-12"/>
          <w:sz w:val="24"/>
          <w:lang w:val="fr-FR"/>
        </w:rPr>
        <w:object w:dxaOrig="999" w:dyaOrig="380" w14:anchorId="4D9E1D1A">
          <v:shape id="_x0000_i2055" type="#_x0000_t75" style="width:49.5pt;height:19pt" o:ole="">
            <v:imagedata r:id="rId2051" o:title=""/>
          </v:shape>
          <o:OLEObject Type="Embed" ProgID="Equation.DSMT4" ShapeID="_x0000_i2055" DrawAspect="Content" ObjectID="_1702753611" r:id="rId2052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lang w:val="fr-FR"/>
        </w:rPr>
        <w:t>.</w:t>
      </w:r>
    </w:p>
    <w:p w14:paraId="19D84893" w14:textId="6301ADA0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nl-NL"/>
        </w:rPr>
      </w:pP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Parabol</w:t>
      </w:r>
      <w:r w:rsidRPr="000B2A56">
        <w:rPr>
          <w:position w:val="-10"/>
          <w:lang w:val="fr-FR"/>
        </w:rPr>
        <w:object w:dxaOrig="1540" w:dyaOrig="360" w14:anchorId="73B56455">
          <v:shape id="_x0000_i2056" type="#_x0000_t75" style="width:76pt;height:18.5pt" o:ole="">
            <v:imagedata r:id="rId2053" o:title=""/>
          </v:shape>
          <o:OLEObject Type="Embed" ProgID="Equation.DSMT4" ShapeID="_x0000_i2056" DrawAspect="Content" ObjectID="_1702753612" r:id="rId2054"/>
        </w:object>
      </w:r>
      <w:r w:rsidRPr="000B2A56">
        <w:rPr>
          <w:rFonts w:ascii="Palatino Linotype" w:hAnsi="Palatino Linotype" w:cs="Chu Van An (Uni) CE"/>
          <w:color w:val="000000"/>
          <w:sz w:val="24"/>
          <w:lang w:val="nl-NL"/>
        </w:rPr>
        <w:t xml:space="preserve"> đ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ạt cực tiểu bằng </w:t>
      </w:r>
      <w:r w:rsidRPr="000B2A56">
        <w:rPr>
          <w:position w:val="-4"/>
          <w:lang w:val="fr-FR"/>
        </w:rPr>
        <w:object w:dxaOrig="200" w:dyaOrig="260" w14:anchorId="10D7088B">
          <v:shape id="_x0000_i2057" type="#_x0000_t75" style="width:10pt;height:13pt" o:ole="">
            <v:imagedata r:id="rId2055" o:title=""/>
          </v:shape>
          <o:OLEObject Type="Embed" ProgID="Equation.DSMT4" ShapeID="_x0000_i2057" DrawAspect="Content" ObjectID="_1702753613" r:id="rId2056"/>
        </w:objec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 tại </w:t>
      </w:r>
      <w:r w:rsidRPr="000B2A56">
        <w:rPr>
          <w:position w:val="-6"/>
          <w:lang w:val="fr-FR"/>
        </w:rPr>
        <w:object w:dxaOrig="680" w:dyaOrig="279" w14:anchorId="246F731F">
          <v:shape id="_x0000_i2058" type="#_x0000_t75" style="width:34pt;height:13.5pt" o:ole="">
            <v:imagedata r:id="rId2057" o:title=""/>
          </v:shape>
          <o:OLEObject Type="Embed" ProgID="Equation.DSMT4" ShapeID="_x0000_i2058" DrawAspect="Content" ObjectID="_1702753614" r:id="rId2058"/>
        </w:object>
      </w:r>
      <w:r w:rsidRPr="000B2A56">
        <w:rPr>
          <w:rFonts w:ascii="Palatino Linotype" w:hAnsi="Palatino Linotype" w:cs="Chu Van An (Uni) (Vietnamese)"/>
          <w:color w:val="000000"/>
          <w:sz w:val="24"/>
          <w:lang w:val="nl-NL"/>
        </w:rPr>
        <w:t xml:space="preserve"> và đi qua </w:t>
      </w:r>
      <w:r w:rsidRPr="000B2A56">
        <w:rPr>
          <w:position w:val="-14"/>
          <w:lang w:val="fr-FR"/>
        </w:rPr>
        <w:object w:dxaOrig="760" w:dyaOrig="400" w14:anchorId="62A02FB2">
          <v:shape id="_x0000_i2059" type="#_x0000_t75" style="width:37.5pt;height:19.5pt" o:ole="">
            <v:imagedata r:id="rId2059" o:title=""/>
          </v:shape>
          <o:OLEObject Type="Embed" ProgID="Equation.DSMT4" ShapeID="_x0000_i2059" DrawAspect="Content" ObjectID="_1702753615" r:id="rId2060"/>
        </w:object>
      </w:r>
      <w:r w:rsidRPr="000B2A56">
        <w:rPr>
          <w:rFonts w:ascii="Palatino Linotype" w:hAnsi="Palatino Linotype" w:cs="Chu Van An (Uni) (Vietnamese)"/>
          <w:color w:val="000000"/>
          <w:sz w:val="24"/>
          <w:lang w:val="nl-NL"/>
        </w:rPr>
        <w:t xml:space="preserve"> có phương tr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>ình là:</w:t>
      </w:r>
    </w:p>
    <w:p w14:paraId="6C3C74E5" w14:textId="22F4C635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00"/>
          <w:sz w:val="24"/>
          <w:shd w:val="clear" w:color="auto" w:fill="FFFFFF"/>
          <w:lang w:val="nl-NL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A.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fr-FR"/>
        </w:rPr>
        <w:object w:dxaOrig="1660" w:dyaOrig="620" w14:anchorId="3652ABC9">
          <v:shape id="_x0000_i2060" type="#_x0000_t75" style="width:82pt;height:31pt" o:ole="">
            <v:imagedata r:id="rId2061" o:title=""/>
          </v:shape>
          <o:OLEObject Type="Embed" ProgID="Equation.DSMT4" ShapeID="_x0000_i2060" DrawAspect="Content" ObjectID="_1702753616" r:id="rId2062"/>
        </w:object>
      </w:r>
      <w:r w:rsidR="00D57DCC" w:rsidRPr="000B2A56">
        <w:rPr>
          <w:rFonts w:ascii="Palatino Linotype" w:hAnsi="Palatino Linotype" w:cs="Chu Van An (Uni)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B. </w:t>
      </w:r>
      <w:r w:rsidR="00D57DCC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1480" w:dyaOrig="360" w14:anchorId="1C951BFB">
          <v:shape id="_x0000_i2061" type="#_x0000_t75" style="width:73.5pt;height:18.5pt" o:ole="">
            <v:imagedata r:id="rId2063" o:title=""/>
          </v:shape>
          <o:OLEObject Type="Embed" ProgID="Equation.DSMT4" ShapeID="_x0000_i2061" DrawAspect="Content" ObjectID="_1702753617" r:id="rId2064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lang w:val="nl-NL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C. </w:t>
      </w:r>
      <w:r w:rsidR="00D57DCC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1460" w:dyaOrig="360" w14:anchorId="1F5F3D7C">
          <v:shape id="_x0000_i2062" type="#_x0000_t75" style="width:72.5pt;height:18.5pt" o:ole="">
            <v:imagedata r:id="rId2065" o:title=""/>
          </v:shape>
          <o:OLEObject Type="Embed" ProgID="Equation.DSMT4" ShapeID="_x0000_i2062" DrawAspect="Content" ObjectID="_1702753618" r:id="rId2066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lang w:val="nl-NL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hd w:val="clear" w:color="auto" w:fill="FFFFFF"/>
          <w:lang w:val="nl-NL"/>
        </w:rPr>
        <w:t xml:space="preserve">D. </w:t>
      </w:r>
      <w:r w:rsidR="00D57DCC" w:rsidRPr="000B2A56">
        <w:rPr>
          <w:rFonts w:ascii="Palatino Linotype" w:hAnsi="Palatino Linotype" w:cs="Chu Van An (Uni)"/>
          <w:position w:val="-10"/>
          <w:sz w:val="24"/>
          <w:lang w:val="fr-FR"/>
        </w:rPr>
        <w:object w:dxaOrig="1359" w:dyaOrig="360" w14:anchorId="23C67499">
          <v:shape id="_x0000_i2063" type="#_x0000_t75" style="width:67.5pt;height:18.5pt" o:ole="">
            <v:imagedata r:id="rId2067" o:title=""/>
          </v:shape>
          <o:OLEObject Type="Embed" ProgID="Equation.DSMT4" ShapeID="_x0000_i2063" DrawAspect="Content" ObjectID="_1702753619" r:id="rId2068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shd w:val="clear" w:color="auto" w:fill="FFFFFF"/>
          <w:lang w:val="nl-NL"/>
        </w:rPr>
        <w:t>.</w:t>
      </w:r>
    </w:p>
    <w:p w14:paraId="4E2451A0" w14:textId="75F289D7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nl-NL"/>
        </w:rPr>
      </w:pPr>
      <w:r w:rsidRPr="000B2A56">
        <w:rPr>
          <w:rFonts w:ascii="Palatino Linotype" w:hAnsi="Palatino Linotype" w:cs="Chu Van An (Uni) CE"/>
          <w:color w:val="000000"/>
          <w:sz w:val="24"/>
          <w:lang w:val="nl-NL"/>
        </w:rPr>
        <w:t>Giao đi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ểm của parabol (P): </w:t>
      </w:r>
      <w:r w:rsidRPr="000B2A56">
        <w:rPr>
          <w:position w:val="-10"/>
          <w:lang w:val="nl-NL"/>
        </w:rPr>
        <w:object w:dxaOrig="1460" w:dyaOrig="360" w14:anchorId="6F6DE660">
          <v:shape id="_x0000_i2064" type="#_x0000_t75" style="width:72.5pt;height:18.5pt" o:ole="">
            <v:imagedata r:id="rId2069" o:title=""/>
          </v:shape>
          <o:OLEObject Type="Embed" ProgID="Equation.DSMT4" ShapeID="_x0000_i2064" DrawAspect="Content" ObjectID="_1702753620" r:id="rId2070"/>
        </w:objec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>vớ</w:t>
      </w:r>
      <w:r w:rsidRPr="000B2A56">
        <w:rPr>
          <w:rFonts w:ascii="Palatino Linotype" w:hAnsi="Palatino Linotype" w:cs="Chu Van An (Uni) (Vietnamese)"/>
          <w:color w:val="000000"/>
          <w:sz w:val="24"/>
          <w:lang w:val="nl-NL"/>
        </w:rPr>
        <w:t>i đư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ờng thẳng </w:t>
      </w:r>
      <w:r w:rsidRPr="000B2A56">
        <w:rPr>
          <w:position w:val="-10"/>
          <w:lang w:val="nl-NL"/>
        </w:rPr>
        <w:object w:dxaOrig="859" w:dyaOrig="320" w14:anchorId="662BEE87">
          <v:shape id="_x0000_i2065" type="#_x0000_t75" style="width:43pt;height:16.5pt" o:ole="">
            <v:imagedata r:id="rId2071" o:title=""/>
          </v:shape>
          <o:OLEObject Type="Embed" ProgID="Equation.DSMT4" ShapeID="_x0000_i2065" DrawAspect="Content" ObjectID="_1702753621" r:id="rId2072"/>
        </w:objec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 là:</w:t>
      </w:r>
    </w:p>
    <w:p w14:paraId="02D68136" w14:textId="4BDE280F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noProof/>
          <w:color w:val="000000"/>
          <w:sz w:val="24"/>
          <w:shd w:val="clear" w:color="auto" w:fill="FFFFFF"/>
          <w:lang w:val="nl-NL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A. </w:t>
      </w:r>
      <w:r w:rsidR="00D57DCC" w:rsidRPr="000B2A56">
        <w:rPr>
          <w:rFonts w:ascii="Palatino Linotype" w:hAnsi="Palatino Linotype" w:cs="Chu Van An (Uni)"/>
          <w:position w:val="-14"/>
          <w:sz w:val="24"/>
        </w:rPr>
        <w:object w:dxaOrig="540" w:dyaOrig="400" w14:anchorId="3E6AA269">
          <v:shape id="_x0000_i2066" type="#_x0000_t75" style="width:27pt;height:19.5pt" o:ole="">
            <v:imagedata r:id="rId2073" o:title=""/>
          </v:shape>
          <o:OLEObject Type="Embed" ProgID="Equation.DSMT4" ShapeID="_x0000_i2066" DrawAspect="Content" ObjectID="_1702753622" r:id="rId2074"/>
        </w:object>
      </w:r>
      <w:r w:rsidR="00D57DCC" w:rsidRPr="000B2A56">
        <w:rPr>
          <w:rFonts w:ascii="Palatino Linotype" w:hAnsi="Palatino Linotype" w:cs="Chu Van An (Uni)"/>
          <w:sz w:val="24"/>
          <w:lang w:val="nl-NL"/>
        </w:rPr>
        <w:t xml:space="preserve">; </w:t>
      </w:r>
      <w:r w:rsidR="00D57DCC" w:rsidRPr="000B2A56">
        <w:rPr>
          <w:rFonts w:ascii="Palatino Linotype" w:hAnsi="Palatino Linotype" w:cs="Chu Van An (Uni)"/>
          <w:position w:val="-14"/>
          <w:sz w:val="24"/>
        </w:rPr>
        <w:object w:dxaOrig="560" w:dyaOrig="400" w14:anchorId="1BE5692B">
          <v:shape id="_x0000_i2067" type="#_x0000_t75" style="width:28pt;height:19.5pt" o:ole="">
            <v:imagedata r:id="rId2075" o:title=""/>
          </v:shape>
          <o:OLEObject Type="Embed" ProgID="Equation.DSMT4" ShapeID="_x0000_i2067" DrawAspect="Content" ObjectID="_1702753623" r:id="rId2076"/>
        </w:object>
      </w:r>
      <w:r w:rsidR="00D57DCC" w:rsidRPr="000B2A56">
        <w:rPr>
          <w:rFonts w:ascii="Palatino Linotype" w:hAnsi="Palatino Linotype" w:cs="Chu Van An (Uni)"/>
          <w:sz w:val="24"/>
          <w:lang w:val="nl-NL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B. </w:t>
      </w:r>
      <w:r w:rsidR="00D57DCC" w:rsidRPr="000B2A56">
        <w:rPr>
          <w:rFonts w:ascii="Palatino Linotype" w:hAnsi="Palatino Linotype" w:cs="Chu Van An (Uni)"/>
          <w:position w:val="-14"/>
          <w:sz w:val="24"/>
        </w:rPr>
        <w:object w:dxaOrig="700" w:dyaOrig="400" w14:anchorId="4B0053FD">
          <v:shape id="_x0000_i2068" type="#_x0000_t75" style="width:34.5pt;height:19.5pt" o:ole="">
            <v:imagedata r:id="rId2077" o:title=""/>
          </v:shape>
          <o:OLEObject Type="Embed" ProgID="Equation.DSMT4" ShapeID="_x0000_i2068" DrawAspect="Content" ObjectID="_1702753624" r:id="rId2078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shd w:val="clear" w:color="auto" w:fill="FFFFFF"/>
          <w:lang w:val="nl-NL"/>
        </w:rPr>
        <w:t>;</w:t>
      </w:r>
      <w:r w:rsidR="00D57DCC" w:rsidRPr="000B2A56">
        <w:rPr>
          <w:rFonts w:ascii="Palatino Linotype" w:hAnsi="Palatino Linotype" w:cs="Chu Van An (Uni)"/>
          <w:position w:val="-14"/>
          <w:sz w:val="24"/>
        </w:rPr>
        <w:object w:dxaOrig="840" w:dyaOrig="400" w14:anchorId="66A2E1AE">
          <v:shape id="_x0000_i2069" type="#_x0000_t75" style="width:42pt;height:19.5pt" o:ole="">
            <v:imagedata r:id="rId2079" o:title=""/>
          </v:shape>
          <o:OLEObject Type="Embed" ProgID="Equation.DSMT4" ShapeID="_x0000_i2069" DrawAspect="Content" ObjectID="_1702753625" r:id="rId2080"/>
        </w:object>
      </w:r>
      <w:r w:rsidR="00D57DCC" w:rsidRPr="000B2A56">
        <w:rPr>
          <w:rFonts w:ascii="Palatino Linotype" w:hAnsi="Palatino Linotype" w:cs="Chu Van An (Uni)"/>
          <w:noProof/>
          <w:color w:val="000000"/>
          <w:sz w:val="24"/>
          <w:lang w:val="nl-NL"/>
        </w:rPr>
        <w:t>.</w:t>
      </w:r>
      <w:r w:rsidRPr="000B2A56">
        <w:rPr>
          <w:rFonts w:ascii="Palatino Linotype" w:hAnsi="Palatino Linotype" w:cs="Chu Van An (Uni)"/>
          <w:noProof/>
          <w:color w:val="000000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hd w:val="clear" w:color="auto" w:fill="FFFFFF"/>
          <w:lang w:val="nl-NL"/>
        </w:rPr>
        <w:t xml:space="preserve">C. </w:t>
      </w:r>
      <w:r w:rsidR="00D57DCC" w:rsidRPr="000B2A56">
        <w:rPr>
          <w:rFonts w:ascii="Palatino Linotype" w:hAnsi="Palatino Linotype" w:cs="Chu Van An (Uni)"/>
          <w:position w:val="-14"/>
          <w:sz w:val="24"/>
        </w:rPr>
        <w:object w:dxaOrig="700" w:dyaOrig="400" w14:anchorId="11B8C913">
          <v:shape id="_x0000_i2070" type="#_x0000_t75" style="width:34.5pt;height:19.5pt" o:ole="">
            <v:imagedata r:id="rId2081" o:title=""/>
          </v:shape>
          <o:OLEObject Type="Embed" ProgID="Equation.DSMT4" ShapeID="_x0000_i2070" DrawAspect="Content" ObjectID="_1702753626" r:id="rId2082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shd w:val="clear" w:color="auto" w:fill="FFFFFF"/>
          <w:lang w:val="nl-NL"/>
        </w:rPr>
        <w:t>;</w:t>
      </w:r>
      <w:r w:rsidR="00D57DCC" w:rsidRPr="000B2A56">
        <w:rPr>
          <w:rFonts w:ascii="Palatino Linotype" w:hAnsi="Palatino Linotype" w:cs="Chu Van An (Uni)"/>
          <w:position w:val="-14"/>
          <w:sz w:val="24"/>
        </w:rPr>
        <w:object w:dxaOrig="540" w:dyaOrig="400" w14:anchorId="790690DA">
          <v:shape id="_x0000_i2071" type="#_x0000_t75" style="width:27pt;height:19.5pt" o:ole="">
            <v:imagedata r:id="rId2083" o:title=""/>
          </v:shape>
          <o:OLEObject Type="Embed" ProgID="Equation.DSMT4" ShapeID="_x0000_i2071" DrawAspect="Content" ObjectID="_1702753627" r:id="rId2084"/>
        </w:object>
      </w:r>
      <w:r w:rsidR="00D57DCC" w:rsidRPr="000B2A56">
        <w:rPr>
          <w:rFonts w:ascii="Palatino Linotype" w:hAnsi="Palatino Linotype" w:cs="Chu Van An (Uni)"/>
          <w:noProof/>
          <w:color w:val="000000"/>
          <w:sz w:val="24"/>
          <w:shd w:val="clear" w:color="auto" w:fill="FFFFFF"/>
          <w:lang w:val="nl-NL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hd w:val="clear" w:color="auto" w:fill="FFFFFF"/>
          <w:lang w:val="nl-NL"/>
        </w:rPr>
        <w:t xml:space="preserve">D. </w:t>
      </w:r>
      <w:r w:rsidR="00D57DCC" w:rsidRPr="000B2A56">
        <w:rPr>
          <w:rFonts w:ascii="Palatino Linotype" w:hAnsi="Palatino Linotype" w:cs="Chu Van An (Uni)"/>
          <w:position w:val="-14"/>
          <w:sz w:val="24"/>
        </w:rPr>
        <w:object w:dxaOrig="540" w:dyaOrig="400" w14:anchorId="0BEFE8D2">
          <v:shape id="_x0000_i2072" type="#_x0000_t75" style="width:27pt;height:19.5pt" o:ole="">
            <v:imagedata r:id="rId2085" o:title=""/>
          </v:shape>
          <o:OLEObject Type="Embed" ProgID="Equation.DSMT4" ShapeID="_x0000_i2072" DrawAspect="Content" ObjectID="_1702753628" r:id="rId2086"/>
        </w:object>
      </w:r>
      <w:r w:rsidR="00D57DCC" w:rsidRPr="000B2A56">
        <w:rPr>
          <w:rFonts w:ascii="Palatino Linotype" w:hAnsi="Palatino Linotype" w:cs="Chu Van An (Uni)"/>
          <w:color w:val="000000"/>
          <w:sz w:val="24"/>
          <w:shd w:val="clear" w:color="auto" w:fill="FFFFFF"/>
          <w:lang w:val="nl-NL"/>
        </w:rPr>
        <w:t>;</w:t>
      </w:r>
      <w:r w:rsidR="00D57DCC" w:rsidRPr="000B2A56">
        <w:rPr>
          <w:rFonts w:ascii="Palatino Linotype" w:hAnsi="Palatino Linotype" w:cs="Chu Van An (Uni)"/>
          <w:position w:val="-14"/>
          <w:sz w:val="24"/>
        </w:rPr>
        <w:object w:dxaOrig="700" w:dyaOrig="400" w14:anchorId="0DC369E1">
          <v:shape id="_x0000_i2073" type="#_x0000_t75" style="width:34.5pt;height:19.5pt" o:ole="">
            <v:imagedata r:id="rId2087" o:title=""/>
          </v:shape>
          <o:OLEObject Type="Embed" ProgID="Equation.DSMT4" ShapeID="_x0000_i2073" DrawAspect="Content" ObjectID="_1702753629" r:id="rId2088"/>
        </w:object>
      </w:r>
      <w:r w:rsidR="00D57DCC" w:rsidRPr="000B2A56">
        <w:rPr>
          <w:rFonts w:ascii="Palatino Linotype" w:hAnsi="Palatino Linotype" w:cs="Chu Van An (Uni)"/>
          <w:noProof/>
          <w:color w:val="000000"/>
          <w:sz w:val="24"/>
          <w:shd w:val="clear" w:color="auto" w:fill="FFFFFF"/>
          <w:lang w:val="nl-NL"/>
        </w:rPr>
        <w:t>.</w:t>
      </w:r>
    </w:p>
    <w:p w14:paraId="0BCE5BEB" w14:textId="3B463373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nl-NL"/>
        </w:rPr>
      </w:pP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Giá trị nào của </w:t>
      </w:r>
      <w:r w:rsidRPr="000B2A56">
        <w:rPr>
          <w:position w:val="-6"/>
          <w:lang w:val="nl-NL"/>
        </w:rPr>
        <w:object w:dxaOrig="260" w:dyaOrig="220" w14:anchorId="1CC188F3">
          <v:shape id="_x0000_i2074" type="#_x0000_t75" style="width:13pt;height:11pt" o:ole="">
            <v:imagedata r:id="rId1336" o:title=""/>
          </v:shape>
          <o:OLEObject Type="Embed" ProgID="Equation.DSMT4" ShapeID="_x0000_i2074" DrawAspect="Content" ObjectID="_1702753630" r:id="rId2089"/>
        </w:objec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 thì </w:t>
      </w:r>
      <w:r w:rsidRPr="000B2A56">
        <w:rPr>
          <w:rFonts w:ascii="Palatino Linotype" w:hAnsi="Palatino Linotype" w:cs="Chu Van An (Uni) CE"/>
          <w:color w:val="000000"/>
          <w:sz w:val="24"/>
          <w:lang w:val="nl-NL"/>
        </w:rPr>
        <w:t>đ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ồ thị hàm số </w:t>
      </w:r>
      <w:r w:rsidRPr="000B2A56">
        <w:rPr>
          <w:position w:val="-10"/>
          <w:lang w:val="nl-NL"/>
        </w:rPr>
        <w:object w:dxaOrig="1520" w:dyaOrig="360" w14:anchorId="47AF8C32">
          <v:shape id="_x0000_i2075" type="#_x0000_t75" style="width:76pt;height:18.5pt" o:ole="">
            <v:imagedata r:id="rId2090" o:title=""/>
          </v:shape>
          <o:OLEObject Type="Embed" ProgID="Equation.DSMT4" ShapeID="_x0000_i2075" DrawAspect="Content" ObjectID="_1702753631" r:id="rId2091"/>
        </w:objec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>cắt trục hoành tạ</w:t>
      </w:r>
      <w:r w:rsidRPr="000B2A56">
        <w:rPr>
          <w:rFonts w:ascii="Palatino Linotype" w:hAnsi="Palatino Linotype" w:cs="Chu Van An (Uni) CE"/>
          <w:color w:val="000000"/>
          <w:sz w:val="24"/>
          <w:lang w:val="nl-NL"/>
        </w:rPr>
        <w:t>i hai đi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>ểm phân biệt?</w:t>
      </w:r>
    </w:p>
    <w:p w14:paraId="60EF354B" w14:textId="4428F5DC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 w:val="24"/>
          <w:lang w:val="nl-NL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A.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800" w:dyaOrig="620" w14:anchorId="34A243AA">
          <v:shape id="_x0000_i2076" type="#_x0000_t75" style="width:40pt;height:31pt" o:ole="">
            <v:imagedata r:id="rId1342" o:title=""/>
          </v:shape>
          <o:OLEObject Type="Embed" ProgID="Equation.DSMT4" ShapeID="_x0000_i2076" DrawAspect="Content" ObjectID="_1702753632" r:id="rId2092"/>
        </w:object>
      </w:r>
      <w:r w:rsidR="00D57DCC"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>.</w:t>
      </w:r>
      <w:r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B.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820" w:dyaOrig="620" w14:anchorId="500AA101">
          <v:shape id="_x0000_i2077" type="#_x0000_t75" style="width:41pt;height:31pt" o:ole="">
            <v:imagedata r:id="rId1344" o:title=""/>
          </v:shape>
          <o:OLEObject Type="Embed" ProgID="Equation.DSMT4" ShapeID="_x0000_i2077" DrawAspect="Content" ObjectID="_1702753633" r:id="rId2093"/>
        </w:object>
      </w:r>
      <w:r w:rsidR="00D57DCC"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>.</w:t>
      </w:r>
      <w:r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hd w:val="clear" w:color="auto" w:fill="FFFFFF"/>
          <w:lang w:val="nl-NL"/>
        </w:rPr>
        <w:t xml:space="preserve">C.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639" w:dyaOrig="620" w14:anchorId="42CF91CF">
          <v:shape id="_x0000_i2078" type="#_x0000_t75" style="width:32pt;height:31pt" o:ole="">
            <v:imagedata r:id="rId1346" o:title=""/>
          </v:shape>
          <o:OLEObject Type="Embed" ProgID="Equation.DSMT4" ShapeID="_x0000_i2078" DrawAspect="Content" ObjectID="_1702753634" r:id="rId2094"/>
        </w:object>
      </w:r>
      <w:r w:rsidR="00D57DCC" w:rsidRPr="000B2A56">
        <w:rPr>
          <w:rFonts w:ascii="Palatino Linotype" w:hAnsi="Palatino Linotype" w:cs="Chu Van An (Uni)"/>
          <w:noProof/>
          <w:color w:val="000000"/>
          <w:position w:val="-6"/>
          <w:sz w:val="24"/>
          <w:shd w:val="clear" w:color="auto" w:fill="FFFFFF"/>
          <w:lang w:val="nl-NL"/>
        </w:rPr>
        <w:t>.</w:t>
      </w:r>
      <w:r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D.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639" w:dyaOrig="620" w14:anchorId="30198200">
          <v:shape id="_x0000_i2079" type="#_x0000_t75" style="width:32pt;height:31pt" o:ole="">
            <v:imagedata r:id="rId1348" o:title=""/>
          </v:shape>
          <o:OLEObject Type="Embed" ProgID="Equation.DSMT4" ShapeID="_x0000_i2079" DrawAspect="Content" ObjectID="_1702753635" r:id="rId2095"/>
        </w:object>
      </w:r>
      <w:r w:rsidR="00D57DCC" w:rsidRPr="000B2A56">
        <w:rPr>
          <w:rFonts w:ascii="Palatino Linotype" w:hAnsi="Palatino Linotype" w:cs="Chu Van An (Uni)"/>
          <w:sz w:val="24"/>
          <w:lang w:val="nl-NL"/>
        </w:rPr>
        <w:t>.</w:t>
      </w:r>
    </w:p>
    <w:p w14:paraId="1E37AC78" w14:textId="2F5945B3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nl-NL"/>
        </w:rPr>
      </w:pP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Giá trị nào của </w:t>
      </w:r>
      <w:r w:rsidRPr="000B2A56">
        <w:rPr>
          <w:position w:val="-6"/>
          <w:lang w:val="nl-NL"/>
        </w:rPr>
        <w:object w:dxaOrig="260" w:dyaOrig="220" w14:anchorId="5D9CFEA2">
          <v:shape id="_x0000_i2080" type="#_x0000_t75" style="width:13pt;height:11pt" o:ole="">
            <v:imagedata r:id="rId1336" o:title=""/>
          </v:shape>
          <o:OLEObject Type="Embed" ProgID="Equation.DSMT4" ShapeID="_x0000_i2080" DrawAspect="Content" ObjectID="_1702753636" r:id="rId2096"/>
        </w:objec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 thì hàm số </w:t>
      </w:r>
      <w:r w:rsidRPr="000B2A56">
        <w:rPr>
          <w:position w:val="-24"/>
          <w:lang w:val="nl-NL"/>
        </w:rPr>
        <w:object w:dxaOrig="1680" w:dyaOrig="660" w14:anchorId="6AE17560">
          <v:shape id="_x0000_i2081" type="#_x0000_t75" style="width:84pt;height:33.5pt" o:ole="">
            <v:imagedata r:id="rId2097" o:title=""/>
          </v:shape>
          <o:OLEObject Type="Embed" ProgID="Equation.DSMT4" ShapeID="_x0000_i2081" DrawAspect="Content" ObjectID="_1702753637" r:id="rId2098"/>
        </w:objec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 xml:space="preserve"> có miền xác định là </w:t>
      </w:r>
      <w:r w:rsidRPr="000B2A56">
        <w:rPr>
          <w:position w:val="-4"/>
          <w:lang w:val="nl-NL"/>
        </w:rPr>
        <w:object w:dxaOrig="260" w:dyaOrig="260" w14:anchorId="6660CC9F">
          <v:shape id="_x0000_i2082" type="#_x0000_t75" style="width:13pt;height:13pt" o:ole="">
            <v:imagedata r:id="rId2099" o:title=""/>
          </v:shape>
          <o:OLEObject Type="Embed" ProgID="Equation.DSMT4" ShapeID="_x0000_i2082" DrawAspect="Content" ObjectID="_1702753638" r:id="rId2100"/>
        </w:objec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>?</w:t>
      </w:r>
    </w:p>
    <w:p w14:paraId="499339FD" w14:textId="409BC33F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sz w:val="24"/>
          <w:lang w:val="nl-NL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A.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639" w:dyaOrig="620" w14:anchorId="2A96ED91">
          <v:shape id="_x0000_i2083" type="#_x0000_t75" style="width:32pt;height:31pt" o:ole="">
            <v:imagedata r:id="rId2101" o:title=""/>
          </v:shape>
          <o:OLEObject Type="Embed" ProgID="Equation.DSMT4" ShapeID="_x0000_i2083" DrawAspect="Content" ObjectID="_1702753639" r:id="rId2102"/>
        </w:object>
      </w:r>
      <w:r w:rsidR="00D57DCC"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>.</w:t>
      </w:r>
      <w:r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B.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639" w:dyaOrig="620" w14:anchorId="7B24AC8A">
          <v:shape id="_x0000_i2084" type="#_x0000_t75" style="width:32pt;height:31pt" o:ole="">
            <v:imagedata r:id="rId2103" o:title=""/>
          </v:shape>
          <o:OLEObject Type="Embed" ProgID="Equation.DSMT4" ShapeID="_x0000_i2084" DrawAspect="Content" ObjectID="_1702753640" r:id="rId2104"/>
        </w:object>
      </w:r>
      <w:r w:rsidR="00D57DCC"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>.</w:t>
      </w:r>
      <w:r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shd w:val="clear" w:color="auto" w:fill="FFFFFF"/>
          <w:lang w:val="nl-NL"/>
        </w:rPr>
        <w:t xml:space="preserve">C.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639" w:dyaOrig="620" w14:anchorId="48FC144E">
          <v:shape id="_x0000_i2085" type="#_x0000_t75" style="width:32pt;height:31pt" o:ole="">
            <v:imagedata r:id="rId2105" o:title=""/>
          </v:shape>
          <o:OLEObject Type="Embed" ProgID="Equation.DSMT4" ShapeID="_x0000_i2085" DrawAspect="Content" ObjectID="_1702753641" r:id="rId2106"/>
        </w:object>
      </w:r>
      <w:r w:rsidR="00D57DCC" w:rsidRPr="000B2A56">
        <w:rPr>
          <w:rFonts w:ascii="Palatino Linotype" w:hAnsi="Palatino Linotype" w:cs="Chu Van An (Uni)"/>
          <w:noProof/>
          <w:color w:val="000000"/>
          <w:position w:val="-6"/>
          <w:sz w:val="24"/>
          <w:shd w:val="clear" w:color="auto" w:fill="FFFFFF"/>
          <w:lang w:val="nl-NL"/>
        </w:rPr>
        <w:t>.</w:t>
      </w:r>
      <w:r w:rsidRPr="000B2A56">
        <w:rPr>
          <w:rFonts w:ascii="Palatino Linotype" w:hAnsi="Palatino Linotype" w:cs="Chu Van An (Uni)"/>
          <w:noProof/>
          <w:color w:val="000000"/>
          <w:position w:val="-6"/>
          <w:sz w:val="24"/>
          <w:lang w:val="nl-NL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nl-NL"/>
        </w:rPr>
        <w:t xml:space="preserve">D.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nl-NL"/>
        </w:rPr>
        <w:object w:dxaOrig="639" w:dyaOrig="620" w14:anchorId="09A3DD04">
          <v:shape id="_x0000_i2086" type="#_x0000_t75" style="width:32pt;height:31pt" o:ole="">
            <v:imagedata r:id="rId2107" o:title=""/>
          </v:shape>
          <o:OLEObject Type="Embed" ProgID="Equation.DSMT4" ShapeID="_x0000_i2086" DrawAspect="Content" ObjectID="_1702753642" r:id="rId2108"/>
        </w:object>
      </w:r>
      <w:r w:rsidR="00D57DCC" w:rsidRPr="000B2A56">
        <w:rPr>
          <w:rFonts w:ascii="Palatino Linotype" w:hAnsi="Palatino Linotype" w:cs="Chu Van An (Uni)"/>
          <w:sz w:val="24"/>
          <w:lang w:val="nl-NL"/>
        </w:rPr>
        <w:t>.</w:t>
      </w:r>
    </w:p>
    <w:p w14:paraId="2C11D581" w14:textId="5874C4B9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sv-SE"/>
        </w:rPr>
      </w:pP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 xml:space="preserve">Nếu </w:t>
      </w:r>
      <w:r w:rsidRPr="000B2A56">
        <w:rPr>
          <w:rFonts w:ascii="Palatino Linotype" w:hAnsi="Palatino Linotype" w:cs="Chu Van An (Uni)"/>
          <w:color w:val="000000"/>
          <w:sz w:val="24"/>
          <w:lang w:val="nl-NL"/>
        </w:rPr>
        <w:t>hàm</w:t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 xml:space="preserve"> số </w:t>
      </w:r>
      <w:r w:rsidRPr="000B2A56">
        <w:rPr>
          <w:position w:val="-10"/>
          <w:lang w:val="sv-SE"/>
        </w:rPr>
        <w:object w:dxaOrig="1540" w:dyaOrig="360" w14:anchorId="6E628C69">
          <v:shape id="_x0000_i2087" type="#_x0000_t75" style="width:76pt;height:18.5pt" o:ole="">
            <v:imagedata r:id="rId2109" o:title=""/>
          </v:shape>
          <o:OLEObject Type="Embed" ProgID="Equation.DSMT4" ShapeID="_x0000_i2087" DrawAspect="Content" ObjectID="_1702753643" r:id="rId2110"/>
        </w:object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 xml:space="preserve"> có </w:t>
      </w:r>
      <w:r w:rsidRPr="000B2A56">
        <w:rPr>
          <w:position w:val="-10"/>
          <w:lang w:val="sv-SE"/>
        </w:rPr>
        <w:object w:dxaOrig="1100" w:dyaOrig="320" w14:anchorId="55B18D8E">
          <v:shape id="_x0000_i2088" type="#_x0000_t75" style="width:55pt;height:16.5pt" o:ole="">
            <v:imagedata r:id="rId2111" o:title=""/>
          </v:shape>
          <o:OLEObject Type="Embed" ProgID="Equation.DSMT4" ShapeID="_x0000_i2088" DrawAspect="Content" ObjectID="_1702753644" r:id="rId2112"/>
        </w:object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 xml:space="preserve"> và </w:t>
      </w:r>
      <w:r w:rsidRPr="000B2A56">
        <w:rPr>
          <w:position w:val="-6"/>
          <w:lang w:val="sv-SE"/>
        </w:rPr>
        <w:object w:dxaOrig="540" w:dyaOrig="279" w14:anchorId="179072B4">
          <v:shape id="_x0000_i2089" type="#_x0000_t75" style="width:27pt;height:13.5pt" o:ole="">
            <v:imagedata r:id="rId2113" o:title=""/>
          </v:shape>
          <o:OLEObject Type="Embed" ProgID="Equation.DSMT4" ShapeID="_x0000_i2089" DrawAspect="Content" ObjectID="_1702753645" r:id="rId2114"/>
        </w:object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 xml:space="preserve"> thì </w:t>
      </w:r>
      <w:r w:rsidRPr="000B2A56">
        <w:rPr>
          <w:rFonts w:ascii="Palatino Linotype" w:hAnsi="Palatino Linotype" w:cs="Chu Van An (Uni) CE"/>
          <w:color w:val="000000"/>
          <w:sz w:val="24"/>
          <w:lang w:val="sv-SE"/>
        </w:rPr>
        <w:t>đ</w:t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>ồ thị của nó có dạng:</w:t>
      </w:r>
    </w:p>
    <w:p w14:paraId="02392F6D" w14:textId="540AA338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b/>
          <w:color w:val="000000"/>
          <w:sz w:val="24"/>
          <w:lang w:val="sv-SE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sv-SE"/>
        </w:rPr>
        <w:t xml:space="preserve">A. </w:t>
      </w:r>
      <w:r w:rsidR="00D57DCC" w:rsidRPr="000B2A56">
        <w:rPr>
          <w:rFonts w:ascii="Palatino Linotype" w:hAnsi="Palatino Linotype" w:cs="Chu Van An (Uni)"/>
          <w:noProof/>
          <w:color w:val="000000"/>
          <w:sz w:val="24"/>
        </w:rPr>
        <mc:AlternateContent>
          <mc:Choice Requires="wpg">
            <w:drawing>
              <wp:inline distT="0" distB="0" distL="0" distR="0" wp14:anchorId="0038F256" wp14:editId="23B57182">
                <wp:extent cx="946785" cy="831850"/>
                <wp:effectExtent l="9525" t="0" r="0" b="6350"/>
                <wp:docPr id="23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785" cy="831850"/>
                          <a:chOff x="1314" y="4194"/>
                          <a:chExt cx="1875" cy="1725"/>
                        </a:xfrm>
                      </wpg:grpSpPr>
                      <wps:wsp>
                        <wps:cNvPr id="246" name="Line 651"/>
                        <wps:cNvCnPr/>
                        <wps:spPr bwMode="auto">
                          <a:xfrm>
                            <a:off x="1314" y="5169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7" name="Group 652"/>
                        <wpg:cNvGrpSpPr>
                          <a:grpSpLocks/>
                        </wpg:cNvGrpSpPr>
                        <wpg:grpSpPr bwMode="auto">
                          <a:xfrm>
                            <a:off x="1554" y="4194"/>
                            <a:ext cx="1635" cy="1725"/>
                            <a:chOff x="1659" y="4194"/>
                            <a:chExt cx="1635" cy="1725"/>
                          </a:xfrm>
                        </wpg:grpSpPr>
                        <wpg:grpSp>
                          <wpg:cNvPr id="248" name="Group 653"/>
                          <wpg:cNvGrpSpPr>
                            <a:grpSpLocks/>
                          </wpg:cNvGrpSpPr>
                          <wpg:grpSpPr bwMode="auto">
                            <a:xfrm flipV="1">
                              <a:off x="1659" y="4644"/>
                              <a:ext cx="872" cy="1002"/>
                              <a:chOff x="3955" y="6174"/>
                              <a:chExt cx="872" cy="1002"/>
                            </a:xfrm>
                          </wpg:grpSpPr>
                          <wps:wsp>
                            <wps:cNvPr id="249" name="Freeform 654"/>
                            <wps:cNvSpPr>
                              <a:spLocks/>
                            </wps:cNvSpPr>
                            <wps:spPr bwMode="auto">
                              <a:xfrm>
                                <a:off x="3955" y="6174"/>
                                <a:ext cx="747" cy="1002"/>
                              </a:xfrm>
                              <a:custGeom>
                                <a:avLst/>
                                <a:gdLst>
                                  <a:gd name="T0" fmla="*/ 10 w 747"/>
                                  <a:gd name="T1" fmla="*/ 969 h 1002"/>
                                  <a:gd name="T2" fmla="*/ 19 w 747"/>
                                  <a:gd name="T3" fmla="*/ 932 h 1002"/>
                                  <a:gd name="T4" fmla="*/ 24 w 747"/>
                                  <a:gd name="T5" fmla="*/ 895 h 1002"/>
                                  <a:gd name="T6" fmla="*/ 34 w 747"/>
                                  <a:gd name="T7" fmla="*/ 858 h 1002"/>
                                  <a:gd name="T8" fmla="*/ 43 w 747"/>
                                  <a:gd name="T9" fmla="*/ 826 h 1002"/>
                                  <a:gd name="T10" fmla="*/ 53 w 747"/>
                                  <a:gd name="T11" fmla="*/ 789 h 1002"/>
                                  <a:gd name="T12" fmla="*/ 58 w 747"/>
                                  <a:gd name="T13" fmla="*/ 756 h 1002"/>
                                  <a:gd name="T14" fmla="*/ 68 w 747"/>
                                  <a:gd name="T15" fmla="*/ 724 h 1002"/>
                                  <a:gd name="T16" fmla="*/ 77 w 747"/>
                                  <a:gd name="T17" fmla="*/ 691 h 1002"/>
                                  <a:gd name="T18" fmla="*/ 87 w 747"/>
                                  <a:gd name="T19" fmla="*/ 659 h 1002"/>
                                  <a:gd name="T20" fmla="*/ 92 w 747"/>
                                  <a:gd name="T21" fmla="*/ 626 h 1002"/>
                                  <a:gd name="T22" fmla="*/ 101 w 747"/>
                                  <a:gd name="T23" fmla="*/ 594 h 1002"/>
                                  <a:gd name="T24" fmla="*/ 111 w 747"/>
                                  <a:gd name="T25" fmla="*/ 561 h 1002"/>
                                  <a:gd name="T26" fmla="*/ 121 w 747"/>
                                  <a:gd name="T27" fmla="*/ 529 h 1002"/>
                                  <a:gd name="T28" fmla="*/ 130 w 747"/>
                                  <a:gd name="T29" fmla="*/ 496 h 1002"/>
                                  <a:gd name="T30" fmla="*/ 140 w 747"/>
                                  <a:gd name="T31" fmla="*/ 464 h 1002"/>
                                  <a:gd name="T32" fmla="*/ 150 w 747"/>
                                  <a:gd name="T33" fmla="*/ 436 h 1002"/>
                                  <a:gd name="T34" fmla="*/ 159 w 747"/>
                                  <a:gd name="T35" fmla="*/ 404 h 1002"/>
                                  <a:gd name="T36" fmla="*/ 174 w 747"/>
                                  <a:gd name="T37" fmla="*/ 371 h 1002"/>
                                  <a:gd name="T38" fmla="*/ 183 w 747"/>
                                  <a:gd name="T39" fmla="*/ 343 h 1002"/>
                                  <a:gd name="T40" fmla="*/ 193 w 747"/>
                                  <a:gd name="T41" fmla="*/ 311 h 1002"/>
                                  <a:gd name="T42" fmla="*/ 207 w 747"/>
                                  <a:gd name="T43" fmla="*/ 283 h 1002"/>
                                  <a:gd name="T44" fmla="*/ 217 w 747"/>
                                  <a:gd name="T45" fmla="*/ 255 h 1002"/>
                                  <a:gd name="T46" fmla="*/ 227 w 747"/>
                                  <a:gd name="T47" fmla="*/ 232 h 1002"/>
                                  <a:gd name="T48" fmla="*/ 241 w 747"/>
                                  <a:gd name="T49" fmla="*/ 204 h 1002"/>
                                  <a:gd name="T50" fmla="*/ 251 w 747"/>
                                  <a:gd name="T51" fmla="*/ 181 h 1002"/>
                                  <a:gd name="T52" fmla="*/ 265 w 747"/>
                                  <a:gd name="T53" fmla="*/ 162 h 1002"/>
                                  <a:gd name="T54" fmla="*/ 275 w 747"/>
                                  <a:gd name="T55" fmla="*/ 139 h 1002"/>
                                  <a:gd name="T56" fmla="*/ 294 w 747"/>
                                  <a:gd name="T57" fmla="*/ 111 h 1002"/>
                                  <a:gd name="T58" fmla="*/ 309 w 747"/>
                                  <a:gd name="T59" fmla="*/ 93 h 1002"/>
                                  <a:gd name="T60" fmla="*/ 323 w 747"/>
                                  <a:gd name="T61" fmla="*/ 70 h 1002"/>
                                  <a:gd name="T62" fmla="*/ 342 w 747"/>
                                  <a:gd name="T63" fmla="*/ 51 h 1002"/>
                                  <a:gd name="T64" fmla="*/ 357 w 747"/>
                                  <a:gd name="T65" fmla="*/ 33 h 1002"/>
                                  <a:gd name="T66" fmla="*/ 381 w 747"/>
                                  <a:gd name="T67" fmla="*/ 19 h 1002"/>
                                  <a:gd name="T68" fmla="*/ 400 w 747"/>
                                  <a:gd name="T69" fmla="*/ 5 h 1002"/>
                                  <a:gd name="T70" fmla="*/ 429 w 747"/>
                                  <a:gd name="T71" fmla="*/ 0 h 1002"/>
                                  <a:gd name="T72" fmla="*/ 458 w 747"/>
                                  <a:gd name="T73" fmla="*/ 5 h 1002"/>
                                  <a:gd name="T74" fmla="*/ 487 w 747"/>
                                  <a:gd name="T75" fmla="*/ 14 h 1002"/>
                                  <a:gd name="T76" fmla="*/ 506 w 747"/>
                                  <a:gd name="T77" fmla="*/ 28 h 1002"/>
                                  <a:gd name="T78" fmla="*/ 530 w 747"/>
                                  <a:gd name="T79" fmla="*/ 42 h 1002"/>
                                  <a:gd name="T80" fmla="*/ 550 w 747"/>
                                  <a:gd name="T81" fmla="*/ 65 h 1002"/>
                                  <a:gd name="T82" fmla="*/ 564 w 747"/>
                                  <a:gd name="T83" fmla="*/ 88 h 1002"/>
                                  <a:gd name="T84" fmla="*/ 583 w 747"/>
                                  <a:gd name="T85" fmla="*/ 107 h 1002"/>
                                  <a:gd name="T86" fmla="*/ 598 w 747"/>
                                  <a:gd name="T87" fmla="*/ 130 h 1002"/>
                                  <a:gd name="T88" fmla="*/ 612 w 747"/>
                                  <a:gd name="T89" fmla="*/ 158 h 1002"/>
                                  <a:gd name="T90" fmla="*/ 622 w 747"/>
                                  <a:gd name="T91" fmla="*/ 186 h 1002"/>
                                  <a:gd name="T92" fmla="*/ 636 w 747"/>
                                  <a:gd name="T93" fmla="*/ 204 h 1002"/>
                                  <a:gd name="T94" fmla="*/ 651 w 747"/>
                                  <a:gd name="T95" fmla="*/ 237 h 1002"/>
                                  <a:gd name="T96" fmla="*/ 660 w 747"/>
                                  <a:gd name="T97" fmla="*/ 264 h 1002"/>
                                  <a:gd name="T98" fmla="*/ 670 w 747"/>
                                  <a:gd name="T99" fmla="*/ 292 h 1002"/>
                                  <a:gd name="T100" fmla="*/ 684 w 747"/>
                                  <a:gd name="T101" fmla="*/ 320 h 1002"/>
                                  <a:gd name="T102" fmla="*/ 694 w 747"/>
                                  <a:gd name="T103" fmla="*/ 348 h 1002"/>
                                  <a:gd name="T104" fmla="*/ 704 w 747"/>
                                  <a:gd name="T105" fmla="*/ 380 h 1002"/>
                                  <a:gd name="T106" fmla="*/ 718 w 747"/>
                                  <a:gd name="T107" fmla="*/ 413 h 1002"/>
                                  <a:gd name="T108" fmla="*/ 728 w 747"/>
                                  <a:gd name="T109" fmla="*/ 445 h 1002"/>
                                  <a:gd name="T110" fmla="*/ 737 w 747"/>
                                  <a:gd name="T111" fmla="*/ 478 h 1002"/>
                                  <a:gd name="T112" fmla="*/ 747 w 747"/>
                                  <a:gd name="T113" fmla="*/ 506 h 1002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47" h="1002">
                                    <a:moveTo>
                                      <a:pt x="0" y="1002"/>
                                    </a:moveTo>
                                    <a:lnTo>
                                      <a:pt x="5" y="997"/>
                                    </a:lnTo>
                                    <a:lnTo>
                                      <a:pt x="5" y="993"/>
                                    </a:lnTo>
                                    <a:lnTo>
                                      <a:pt x="5" y="988"/>
                                    </a:lnTo>
                                    <a:lnTo>
                                      <a:pt x="5" y="983"/>
                                    </a:lnTo>
                                    <a:lnTo>
                                      <a:pt x="10" y="974"/>
                                    </a:lnTo>
                                    <a:lnTo>
                                      <a:pt x="10" y="969"/>
                                    </a:lnTo>
                                    <a:lnTo>
                                      <a:pt x="10" y="965"/>
                                    </a:lnTo>
                                    <a:lnTo>
                                      <a:pt x="10" y="960"/>
                                    </a:lnTo>
                                    <a:lnTo>
                                      <a:pt x="15" y="955"/>
                                    </a:lnTo>
                                    <a:lnTo>
                                      <a:pt x="15" y="951"/>
                                    </a:lnTo>
                                    <a:lnTo>
                                      <a:pt x="15" y="942"/>
                                    </a:lnTo>
                                    <a:lnTo>
                                      <a:pt x="15" y="937"/>
                                    </a:lnTo>
                                    <a:lnTo>
                                      <a:pt x="19" y="932"/>
                                    </a:lnTo>
                                    <a:lnTo>
                                      <a:pt x="19" y="928"/>
                                    </a:lnTo>
                                    <a:lnTo>
                                      <a:pt x="19" y="923"/>
                                    </a:lnTo>
                                    <a:lnTo>
                                      <a:pt x="19" y="918"/>
                                    </a:lnTo>
                                    <a:lnTo>
                                      <a:pt x="24" y="909"/>
                                    </a:lnTo>
                                    <a:lnTo>
                                      <a:pt x="24" y="904"/>
                                    </a:lnTo>
                                    <a:lnTo>
                                      <a:pt x="24" y="900"/>
                                    </a:lnTo>
                                    <a:lnTo>
                                      <a:pt x="24" y="895"/>
                                    </a:lnTo>
                                    <a:lnTo>
                                      <a:pt x="29" y="891"/>
                                    </a:lnTo>
                                    <a:lnTo>
                                      <a:pt x="29" y="886"/>
                                    </a:lnTo>
                                    <a:lnTo>
                                      <a:pt x="29" y="881"/>
                                    </a:lnTo>
                                    <a:lnTo>
                                      <a:pt x="29" y="877"/>
                                    </a:lnTo>
                                    <a:lnTo>
                                      <a:pt x="34" y="872"/>
                                    </a:lnTo>
                                    <a:lnTo>
                                      <a:pt x="34" y="863"/>
                                    </a:lnTo>
                                    <a:lnTo>
                                      <a:pt x="34" y="858"/>
                                    </a:lnTo>
                                    <a:lnTo>
                                      <a:pt x="34" y="853"/>
                                    </a:lnTo>
                                    <a:lnTo>
                                      <a:pt x="39" y="849"/>
                                    </a:lnTo>
                                    <a:lnTo>
                                      <a:pt x="39" y="844"/>
                                    </a:lnTo>
                                    <a:lnTo>
                                      <a:pt x="39" y="840"/>
                                    </a:lnTo>
                                    <a:lnTo>
                                      <a:pt x="39" y="835"/>
                                    </a:lnTo>
                                    <a:lnTo>
                                      <a:pt x="43" y="830"/>
                                    </a:lnTo>
                                    <a:lnTo>
                                      <a:pt x="43" y="826"/>
                                    </a:lnTo>
                                    <a:lnTo>
                                      <a:pt x="43" y="821"/>
                                    </a:lnTo>
                                    <a:lnTo>
                                      <a:pt x="43" y="816"/>
                                    </a:lnTo>
                                    <a:lnTo>
                                      <a:pt x="48" y="80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48" y="798"/>
                                    </a:lnTo>
                                    <a:lnTo>
                                      <a:pt x="48" y="793"/>
                                    </a:lnTo>
                                    <a:lnTo>
                                      <a:pt x="53" y="789"/>
                                    </a:lnTo>
                                    <a:lnTo>
                                      <a:pt x="53" y="784"/>
                                    </a:lnTo>
                                    <a:lnTo>
                                      <a:pt x="53" y="779"/>
                                    </a:lnTo>
                                    <a:lnTo>
                                      <a:pt x="53" y="775"/>
                                    </a:lnTo>
                                    <a:lnTo>
                                      <a:pt x="58" y="770"/>
                                    </a:lnTo>
                                    <a:lnTo>
                                      <a:pt x="58" y="765"/>
                                    </a:lnTo>
                                    <a:lnTo>
                                      <a:pt x="58" y="761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63" y="751"/>
                                    </a:lnTo>
                                    <a:lnTo>
                                      <a:pt x="63" y="747"/>
                                    </a:lnTo>
                                    <a:lnTo>
                                      <a:pt x="63" y="742"/>
                                    </a:lnTo>
                                    <a:lnTo>
                                      <a:pt x="63" y="738"/>
                                    </a:lnTo>
                                    <a:lnTo>
                                      <a:pt x="68" y="733"/>
                                    </a:lnTo>
                                    <a:lnTo>
                                      <a:pt x="68" y="728"/>
                                    </a:lnTo>
                                    <a:lnTo>
                                      <a:pt x="68" y="724"/>
                                    </a:lnTo>
                                    <a:lnTo>
                                      <a:pt x="68" y="719"/>
                                    </a:lnTo>
                                    <a:lnTo>
                                      <a:pt x="72" y="714"/>
                                    </a:lnTo>
                                    <a:lnTo>
                                      <a:pt x="72" y="710"/>
                                    </a:lnTo>
                                    <a:lnTo>
                                      <a:pt x="72" y="705"/>
                                    </a:lnTo>
                                    <a:lnTo>
                                      <a:pt x="72" y="700"/>
                                    </a:lnTo>
                                    <a:lnTo>
                                      <a:pt x="77" y="696"/>
                                    </a:lnTo>
                                    <a:lnTo>
                                      <a:pt x="77" y="691"/>
                                    </a:lnTo>
                                    <a:lnTo>
                                      <a:pt x="77" y="686"/>
                                    </a:lnTo>
                                    <a:lnTo>
                                      <a:pt x="77" y="682"/>
                                    </a:lnTo>
                                    <a:lnTo>
                                      <a:pt x="82" y="677"/>
                                    </a:lnTo>
                                    <a:lnTo>
                                      <a:pt x="82" y="673"/>
                                    </a:lnTo>
                                    <a:lnTo>
                                      <a:pt x="82" y="668"/>
                                    </a:lnTo>
                                    <a:lnTo>
                                      <a:pt x="82" y="663"/>
                                    </a:lnTo>
                                    <a:lnTo>
                                      <a:pt x="87" y="659"/>
                                    </a:lnTo>
                                    <a:lnTo>
                                      <a:pt x="87" y="654"/>
                                    </a:lnTo>
                                    <a:lnTo>
                                      <a:pt x="87" y="649"/>
                                    </a:lnTo>
                                    <a:lnTo>
                                      <a:pt x="87" y="645"/>
                                    </a:lnTo>
                                    <a:lnTo>
                                      <a:pt x="92" y="640"/>
                                    </a:lnTo>
                                    <a:lnTo>
                                      <a:pt x="92" y="635"/>
                                    </a:lnTo>
                                    <a:lnTo>
                                      <a:pt x="92" y="631"/>
                                    </a:lnTo>
                                    <a:lnTo>
                                      <a:pt x="92" y="626"/>
                                    </a:lnTo>
                                    <a:lnTo>
                                      <a:pt x="97" y="622"/>
                                    </a:lnTo>
                                    <a:lnTo>
                                      <a:pt x="97" y="617"/>
                                    </a:lnTo>
                                    <a:lnTo>
                                      <a:pt x="97" y="612"/>
                                    </a:lnTo>
                                    <a:lnTo>
                                      <a:pt x="101" y="608"/>
                                    </a:lnTo>
                                    <a:lnTo>
                                      <a:pt x="101" y="603"/>
                                    </a:lnTo>
                                    <a:lnTo>
                                      <a:pt x="101" y="598"/>
                                    </a:lnTo>
                                    <a:lnTo>
                                      <a:pt x="101" y="594"/>
                                    </a:lnTo>
                                    <a:lnTo>
                                      <a:pt x="106" y="589"/>
                                    </a:lnTo>
                                    <a:lnTo>
                                      <a:pt x="106" y="584"/>
                                    </a:lnTo>
                                    <a:lnTo>
                                      <a:pt x="106" y="580"/>
                                    </a:lnTo>
                                    <a:lnTo>
                                      <a:pt x="106" y="575"/>
                                    </a:lnTo>
                                    <a:lnTo>
                                      <a:pt x="111" y="571"/>
                                    </a:lnTo>
                                    <a:lnTo>
                                      <a:pt x="111" y="566"/>
                                    </a:lnTo>
                                    <a:lnTo>
                                      <a:pt x="111" y="561"/>
                                    </a:lnTo>
                                    <a:lnTo>
                                      <a:pt x="116" y="557"/>
                                    </a:lnTo>
                                    <a:lnTo>
                                      <a:pt x="116" y="552"/>
                                    </a:lnTo>
                                    <a:lnTo>
                                      <a:pt x="116" y="547"/>
                                    </a:lnTo>
                                    <a:lnTo>
                                      <a:pt x="116" y="543"/>
                                    </a:lnTo>
                                    <a:lnTo>
                                      <a:pt x="121" y="538"/>
                                    </a:lnTo>
                                    <a:lnTo>
                                      <a:pt x="121" y="533"/>
                                    </a:lnTo>
                                    <a:lnTo>
                                      <a:pt x="121" y="529"/>
                                    </a:lnTo>
                                    <a:lnTo>
                                      <a:pt x="125" y="524"/>
                                    </a:lnTo>
                                    <a:lnTo>
                                      <a:pt x="125" y="520"/>
                                    </a:lnTo>
                                    <a:lnTo>
                                      <a:pt x="125" y="515"/>
                                    </a:lnTo>
                                    <a:lnTo>
                                      <a:pt x="125" y="510"/>
                                    </a:lnTo>
                                    <a:lnTo>
                                      <a:pt x="130" y="506"/>
                                    </a:lnTo>
                                    <a:lnTo>
                                      <a:pt x="130" y="501"/>
                                    </a:lnTo>
                                    <a:lnTo>
                                      <a:pt x="130" y="496"/>
                                    </a:lnTo>
                                    <a:lnTo>
                                      <a:pt x="135" y="492"/>
                                    </a:lnTo>
                                    <a:lnTo>
                                      <a:pt x="135" y="487"/>
                                    </a:lnTo>
                                    <a:lnTo>
                                      <a:pt x="135" y="482"/>
                                    </a:lnTo>
                                    <a:lnTo>
                                      <a:pt x="135" y="478"/>
                                    </a:lnTo>
                                    <a:lnTo>
                                      <a:pt x="140" y="473"/>
                                    </a:lnTo>
                                    <a:lnTo>
                                      <a:pt x="140" y="469"/>
                                    </a:lnTo>
                                    <a:lnTo>
                                      <a:pt x="140" y="464"/>
                                    </a:lnTo>
                                    <a:lnTo>
                                      <a:pt x="140" y="459"/>
                                    </a:lnTo>
                                    <a:lnTo>
                                      <a:pt x="145" y="459"/>
                                    </a:lnTo>
                                    <a:lnTo>
                                      <a:pt x="145" y="455"/>
                                    </a:lnTo>
                                    <a:lnTo>
                                      <a:pt x="145" y="450"/>
                                    </a:lnTo>
                                    <a:lnTo>
                                      <a:pt x="145" y="445"/>
                                    </a:lnTo>
                                    <a:lnTo>
                                      <a:pt x="150" y="441"/>
                                    </a:lnTo>
                                    <a:lnTo>
                                      <a:pt x="150" y="436"/>
                                    </a:lnTo>
                                    <a:lnTo>
                                      <a:pt x="150" y="431"/>
                                    </a:lnTo>
                                    <a:lnTo>
                                      <a:pt x="154" y="427"/>
                                    </a:lnTo>
                                    <a:lnTo>
                                      <a:pt x="154" y="422"/>
                                    </a:lnTo>
                                    <a:lnTo>
                                      <a:pt x="154" y="418"/>
                                    </a:lnTo>
                                    <a:lnTo>
                                      <a:pt x="159" y="413"/>
                                    </a:lnTo>
                                    <a:lnTo>
                                      <a:pt x="159" y="408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64" y="399"/>
                                    </a:lnTo>
                                    <a:lnTo>
                                      <a:pt x="164" y="394"/>
                                    </a:lnTo>
                                    <a:lnTo>
                                      <a:pt x="164" y="390"/>
                                    </a:lnTo>
                                    <a:lnTo>
                                      <a:pt x="169" y="385"/>
                                    </a:lnTo>
                                    <a:lnTo>
                                      <a:pt x="169" y="380"/>
                                    </a:lnTo>
                                    <a:lnTo>
                                      <a:pt x="169" y="376"/>
                                    </a:lnTo>
                                    <a:lnTo>
                                      <a:pt x="174" y="371"/>
                                    </a:lnTo>
                                    <a:lnTo>
                                      <a:pt x="174" y="366"/>
                                    </a:lnTo>
                                    <a:lnTo>
                                      <a:pt x="174" y="362"/>
                                    </a:lnTo>
                                    <a:lnTo>
                                      <a:pt x="178" y="357"/>
                                    </a:lnTo>
                                    <a:lnTo>
                                      <a:pt x="178" y="353"/>
                                    </a:lnTo>
                                    <a:lnTo>
                                      <a:pt x="178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3" y="343"/>
                                    </a:lnTo>
                                    <a:lnTo>
                                      <a:pt x="183" y="339"/>
                                    </a:lnTo>
                                    <a:lnTo>
                                      <a:pt x="188" y="334"/>
                                    </a:lnTo>
                                    <a:lnTo>
                                      <a:pt x="188" y="329"/>
                                    </a:lnTo>
                                    <a:lnTo>
                                      <a:pt x="188" y="325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15"/>
                                    </a:lnTo>
                                    <a:lnTo>
                                      <a:pt x="193" y="311"/>
                                    </a:lnTo>
                                    <a:lnTo>
                                      <a:pt x="198" y="306"/>
                                    </a:lnTo>
                                    <a:lnTo>
                                      <a:pt x="198" y="302"/>
                                    </a:lnTo>
                                    <a:lnTo>
                                      <a:pt x="198" y="297"/>
                                    </a:lnTo>
                                    <a:lnTo>
                                      <a:pt x="203" y="297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07" y="283"/>
                                    </a:lnTo>
                                    <a:lnTo>
                                      <a:pt x="207" y="278"/>
                                    </a:lnTo>
                                    <a:lnTo>
                                      <a:pt x="207" y="274"/>
                                    </a:lnTo>
                                    <a:lnTo>
                                      <a:pt x="212" y="274"/>
                                    </a:lnTo>
                                    <a:lnTo>
                                      <a:pt x="212" y="269"/>
                                    </a:lnTo>
                                    <a:lnTo>
                                      <a:pt x="212" y="264"/>
                                    </a:lnTo>
                                    <a:lnTo>
                                      <a:pt x="217" y="260"/>
                                    </a:lnTo>
                                    <a:lnTo>
                                      <a:pt x="217" y="255"/>
                                    </a:lnTo>
                                    <a:lnTo>
                                      <a:pt x="217" y="251"/>
                                    </a:lnTo>
                                    <a:lnTo>
                                      <a:pt x="222" y="251"/>
                                    </a:lnTo>
                                    <a:lnTo>
                                      <a:pt x="222" y="246"/>
                                    </a:lnTo>
                                    <a:lnTo>
                                      <a:pt x="222" y="241"/>
                                    </a:lnTo>
                                    <a:lnTo>
                                      <a:pt x="227" y="241"/>
                                    </a:lnTo>
                                    <a:lnTo>
                                      <a:pt x="227" y="237"/>
                                    </a:lnTo>
                                    <a:lnTo>
                                      <a:pt x="227" y="232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36" y="218"/>
                                    </a:lnTo>
                                    <a:lnTo>
                                      <a:pt x="236" y="213"/>
                                    </a:lnTo>
                                    <a:lnTo>
                                      <a:pt x="236" y="209"/>
                                    </a:lnTo>
                                    <a:lnTo>
                                      <a:pt x="241" y="209"/>
                                    </a:lnTo>
                                    <a:lnTo>
                                      <a:pt x="241" y="204"/>
                                    </a:lnTo>
                                    <a:lnTo>
                                      <a:pt x="241" y="200"/>
                                    </a:lnTo>
                                    <a:lnTo>
                                      <a:pt x="246" y="200"/>
                                    </a:lnTo>
                                    <a:lnTo>
                                      <a:pt x="246" y="195"/>
                                    </a:lnTo>
                                    <a:lnTo>
                                      <a:pt x="246" y="190"/>
                                    </a:lnTo>
                                    <a:lnTo>
                                      <a:pt x="251" y="190"/>
                                    </a:lnTo>
                                    <a:lnTo>
                                      <a:pt x="251" y="186"/>
                                    </a:lnTo>
                                    <a:lnTo>
                                      <a:pt x="251" y="181"/>
                                    </a:lnTo>
                                    <a:lnTo>
                                      <a:pt x="256" y="181"/>
                                    </a:lnTo>
                                    <a:lnTo>
                                      <a:pt x="256" y="176"/>
                                    </a:lnTo>
                                    <a:lnTo>
                                      <a:pt x="256" y="172"/>
                                    </a:lnTo>
                                    <a:lnTo>
                                      <a:pt x="260" y="172"/>
                                    </a:lnTo>
                                    <a:lnTo>
                                      <a:pt x="260" y="167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65" y="162"/>
                                    </a:lnTo>
                                    <a:lnTo>
                                      <a:pt x="265" y="158"/>
                                    </a:lnTo>
                                    <a:lnTo>
                                      <a:pt x="265" y="153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49"/>
                                    </a:lnTo>
                                    <a:lnTo>
                                      <a:pt x="270" y="144"/>
                                    </a:lnTo>
                                    <a:lnTo>
                                      <a:pt x="275" y="144"/>
                                    </a:lnTo>
                                    <a:lnTo>
                                      <a:pt x="275" y="139"/>
                                    </a:lnTo>
                                    <a:lnTo>
                                      <a:pt x="280" y="135"/>
                                    </a:lnTo>
                                    <a:lnTo>
                                      <a:pt x="280" y="130"/>
                                    </a:lnTo>
                                    <a:lnTo>
                                      <a:pt x="284" y="125"/>
                                    </a:lnTo>
                                    <a:lnTo>
                                      <a:pt x="284" y="121"/>
                                    </a:lnTo>
                                    <a:lnTo>
                                      <a:pt x="289" y="121"/>
                                    </a:lnTo>
                                    <a:lnTo>
                                      <a:pt x="289" y="116"/>
                                    </a:lnTo>
                                    <a:lnTo>
                                      <a:pt x="294" y="111"/>
                                    </a:lnTo>
                                    <a:lnTo>
                                      <a:pt x="294" y="107"/>
                                    </a:lnTo>
                                    <a:lnTo>
                                      <a:pt x="299" y="107"/>
                                    </a:lnTo>
                                    <a:lnTo>
                                      <a:pt x="299" y="102"/>
                                    </a:lnTo>
                                    <a:lnTo>
                                      <a:pt x="299" y="97"/>
                                    </a:lnTo>
                                    <a:lnTo>
                                      <a:pt x="304" y="97"/>
                                    </a:lnTo>
                                    <a:lnTo>
                                      <a:pt x="304" y="93"/>
                                    </a:lnTo>
                                    <a:lnTo>
                                      <a:pt x="309" y="93"/>
                                    </a:lnTo>
                                    <a:lnTo>
                                      <a:pt x="309" y="88"/>
                                    </a:lnTo>
                                    <a:lnTo>
                                      <a:pt x="313" y="84"/>
                                    </a:lnTo>
                                    <a:lnTo>
                                      <a:pt x="313" y="79"/>
                                    </a:lnTo>
                                    <a:lnTo>
                                      <a:pt x="318" y="79"/>
                                    </a:lnTo>
                                    <a:lnTo>
                                      <a:pt x="318" y="74"/>
                                    </a:lnTo>
                                    <a:lnTo>
                                      <a:pt x="323" y="74"/>
                                    </a:lnTo>
                                    <a:lnTo>
                                      <a:pt x="323" y="70"/>
                                    </a:lnTo>
                                    <a:lnTo>
                                      <a:pt x="328" y="65"/>
                                    </a:lnTo>
                                    <a:lnTo>
                                      <a:pt x="328" y="60"/>
                                    </a:lnTo>
                                    <a:lnTo>
                                      <a:pt x="333" y="60"/>
                                    </a:lnTo>
                                    <a:lnTo>
                                      <a:pt x="333" y="56"/>
                                    </a:lnTo>
                                    <a:lnTo>
                                      <a:pt x="337" y="56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42" y="51"/>
                                    </a:lnTo>
                                    <a:lnTo>
                                      <a:pt x="342" y="46"/>
                                    </a:lnTo>
                                    <a:lnTo>
                                      <a:pt x="347" y="46"/>
                                    </a:lnTo>
                                    <a:lnTo>
                                      <a:pt x="347" y="42"/>
                                    </a:lnTo>
                                    <a:lnTo>
                                      <a:pt x="352" y="42"/>
                                    </a:lnTo>
                                    <a:lnTo>
                                      <a:pt x="352" y="37"/>
                                    </a:lnTo>
                                    <a:lnTo>
                                      <a:pt x="357" y="37"/>
                                    </a:lnTo>
                                    <a:lnTo>
                                      <a:pt x="357" y="33"/>
                                    </a:lnTo>
                                    <a:lnTo>
                                      <a:pt x="362" y="33"/>
                                    </a:lnTo>
                                    <a:lnTo>
                                      <a:pt x="362" y="28"/>
                                    </a:lnTo>
                                    <a:lnTo>
                                      <a:pt x="366" y="28"/>
                                    </a:lnTo>
                                    <a:lnTo>
                                      <a:pt x="371" y="23"/>
                                    </a:lnTo>
                                    <a:lnTo>
                                      <a:pt x="376" y="23"/>
                                    </a:lnTo>
                                    <a:lnTo>
                                      <a:pt x="376" y="19"/>
                                    </a:lnTo>
                                    <a:lnTo>
                                      <a:pt x="381" y="19"/>
                                    </a:lnTo>
                                    <a:lnTo>
                                      <a:pt x="381" y="14"/>
                                    </a:lnTo>
                                    <a:lnTo>
                                      <a:pt x="386" y="14"/>
                                    </a:lnTo>
                                    <a:lnTo>
                                      <a:pt x="390" y="14"/>
                                    </a:lnTo>
                                    <a:lnTo>
                                      <a:pt x="390" y="9"/>
                                    </a:lnTo>
                                    <a:lnTo>
                                      <a:pt x="395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0" y="5"/>
                                    </a:lnTo>
                                    <a:lnTo>
                                      <a:pt x="405" y="5"/>
                                    </a:lnTo>
                                    <a:lnTo>
                                      <a:pt x="410" y="5"/>
                                    </a:lnTo>
                                    <a:lnTo>
                                      <a:pt x="415" y="5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4" y="0"/>
                                    </a:lnTo>
                                    <a:lnTo>
                                      <a:pt x="429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8" y="0"/>
                                    </a:lnTo>
                                    <a:lnTo>
                                      <a:pt x="458" y="5"/>
                                    </a:lnTo>
                                    <a:lnTo>
                                      <a:pt x="463" y="5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72" y="5"/>
                                    </a:lnTo>
                                    <a:lnTo>
                                      <a:pt x="472" y="9"/>
                                    </a:lnTo>
                                    <a:lnTo>
                                      <a:pt x="477" y="9"/>
                                    </a:lnTo>
                                    <a:lnTo>
                                      <a:pt x="482" y="9"/>
                                    </a:lnTo>
                                    <a:lnTo>
                                      <a:pt x="487" y="14"/>
                                    </a:lnTo>
                                    <a:lnTo>
                                      <a:pt x="492" y="1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6" y="19"/>
                                    </a:lnTo>
                                    <a:lnTo>
                                      <a:pt x="501" y="19"/>
                                    </a:lnTo>
                                    <a:lnTo>
                                      <a:pt x="501" y="23"/>
                                    </a:lnTo>
                                    <a:lnTo>
                                      <a:pt x="506" y="23"/>
                                    </a:lnTo>
                                    <a:lnTo>
                                      <a:pt x="506" y="28"/>
                                    </a:lnTo>
                                    <a:lnTo>
                                      <a:pt x="511" y="28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21" y="33"/>
                                    </a:lnTo>
                                    <a:lnTo>
                                      <a:pt x="521" y="37"/>
                                    </a:lnTo>
                                    <a:lnTo>
                                      <a:pt x="525" y="37"/>
                                    </a:lnTo>
                                    <a:lnTo>
                                      <a:pt x="525" y="42"/>
                                    </a:lnTo>
                                    <a:lnTo>
                                      <a:pt x="530" y="42"/>
                                    </a:lnTo>
                                    <a:lnTo>
                                      <a:pt x="530" y="46"/>
                                    </a:lnTo>
                                    <a:lnTo>
                                      <a:pt x="535" y="46"/>
                                    </a:lnTo>
                                    <a:lnTo>
                                      <a:pt x="535" y="51"/>
                                    </a:lnTo>
                                    <a:lnTo>
                                      <a:pt x="540" y="51"/>
                                    </a:lnTo>
                                    <a:lnTo>
                                      <a:pt x="540" y="56"/>
                                    </a:lnTo>
                                    <a:lnTo>
                                      <a:pt x="545" y="60"/>
                                    </a:lnTo>
                                    <a:lnTo>
                                      <a:pt x="550" y="65"/>
                                    </a:lnTo>
                                    <a:lnTo>
                                      <a:pt x="550" y="70"/>
                                    </a:lnTo>
                                    <a:lnTo>
                                      <a:pt x="554" y="70"/>
                                    </a:lnTo>
                                    <a:lnTo>
                                      <a:pt x="554" y="74"/>
                                    </a:lnTo>
                                    <a:lnTo>
                                      <a:pt x="559" y="74"/>
                                    </a:lnTo>
                                    <a:lnTo>
                                      <a:pt x="559" y="79"/>
                                    </a:lnTo>
                                    <a:lnTo>
                                      <a:pt x="564" y="84"/>
                                    </a:lnTo>
                                    <a:lnTo>
                                      <a:pt x="564" y="88"/>
                                    </a:lnTo>
                                    <a:lnTo>
                                      <a:pt x="569" y="88"/>
                                    </a:lnTo>
                                    <a:lnTo>
                                      <a:pt x="569" y="93"/>
                                    </a:lnTo>
                                    <a:lnTo>
                                      <a:pt x="574" y="93"/>
                                    </a:lnTo>
                                    <a:lnTo>
                                      <a:pt x="574" y="97"/>
                                    </a:lnTo>
                                    <a:lnTo>
                                      <a:pt x="578" y="102"/>
                                    </a:lnTo>
                                    <a:lnTo>
                                      <a:pt x="578" y="107"/>
                                    </a:lnTo>
                                    <a:lnTo>
                                      <a:pt x="583" y="107"/>
                                    </a:lnTo>
                                    <a:lnTo>
                                      <a:pt x="583" y="111"/>
                                    </a:lnTo>
                                    <a:lnTo>
                                      <a:pt x="583" y="116"/>
                                    </a:lnTo>
                                    <a:lnTo>
                                      <a:pt x="588" y="116"/>
                                    </a:lnTo>
                                    <a:lnTo>
                                      <a:pt x="588" y="121"/>
                                    </a:lnTo>
                                    <a:lnTo>
                                      <a:pt x="593" y="125"/>
                                    </a:lnTo>
                                    <a:lnTo>
                                      <a:pt x="593" y="130"/>
                                    </a:lnTo>
                                    <a:lnTo>
                                      <a:pt x="598" y="130"/>
                                    </a:lnTo>
                                    <a:lnTo>
                                      <a:pt x="598" y="135"/>
                                    </a:lnTo>
                                    <a:lnTo>
                                      <a:pt x="598" y="139"/>
                                    </a:lnTo>
                                    <a:lnTo>
                                      <a:pt x="603" y="139"/>
                                    </a:lnTo>
                                    <a:lnTo>
                                      <a:pt x="603" y="144"/>
                                    </a:lnTo>
                                    <a:lnTo>
                                      <a:pt x="607" y="149"/>
                                    </a:lnTo>
                                    <a:lnTo>
                                      <a:pt x="607" y="153"/>
                                    </a:lnTo>
                                    <a:lnTo>
                                      <a:pt x="612" y="158"/>
                                    </a:lnTo>
                                    <a:lnTo>
                                      <a:pt x="612" y="162"/>
                                    </a:lnTo>
                                    <a:lnTo>
                                      <a:pt x="617" y="167"/>
                                    </a:lnTo>
                                    <a:lnTo>
                                      <a:pt x="617" y="172"/>
                                    </a:lnTo>
                                    <a:lnTo>
                                      <a:pt x="617" y="176"/>
                                    </a:lnTo>
                                    <a:lnTo>
                                      <a:pt x="622" y="176"/>
                                    </a:lnTo>
                                    <a:lnTo>
                                      <a:pt x="622" y="181"/>
                                    </a:lnTo>
                                    <a:lnTo>
                                      <a:pt x="622" y="186"/>
                                    </a:lnTo>
                                    <a:lnTo>
                                      <a:pt x="627" y="186"/>
                                    </a:lnTo>
                                    <a:lnTo>
                                      <a:pt x="627" y="190"/>
                                    </a:lnTo>
                                    <a:lnTo>
                                      <a:pt x="627" y="195"/>
                                    </a:lnTo>
                                    <a:lnTo>
                                      <a:pt x="631" y="195"/>
                                    </a:lnTo>
                                    <a:lnTo>
                                      <a:pt x="631" y="200"/>
                                    </a:lnTo>
                                    <a:lnTo>
                                      <a:pt x="631" y="204"/>
                                    </a:lnTo>
                                    <a:lnTo>
                                      <a:pt x="636" y="204"/>
                                    </a:lnTo>
                                    <a:lnTo>
                                      <a:pt x="636" y="209"/>
                                    </a:lnTo>
                                    <a:lnTo>
                                      <a:pt x="636" y="213"/>
                                    </a:lnTo>
                                    <a:lnTo>
                                      <a:pt x="641" y="218"/>
                                    </a:lnTo>
                                    <a:lnTo>
                                      <a:pt x="641" y="223"/>
                                    </a:lnTo>
                                    <a:lnTo>
                                      <a:pt x="646" y="227"/>
                                    </a:lnTo>
                                    <a:lnTo>
                                      <a:pt x="646" y="232"/>
                                    </a:lnTo>
                                    <a:lnTo>
                                      <a:pt x="651" y="237"/>
                                    </a:lnTo>
                                    <a:lnTo>
                                      <a:pt x="651" y="241"/>
                                    </a:lnTo>
                                    <a:lnTo>
                                      <a:pt x="651" y="246"/>
                                    </a:lnTo>
                                    <a:lnTo>
                                      <a:pt x="656" y="246"/>
                                    </a:lnTo>
                                    <a:lnTo>
                                      <a:pt x="656" y="251"/>
                                    </a:lnTo>
                                    <a:lnTo>
                                      <a:pt x="656" y="255"/>
                                    </a:lnTo>
                                    <a:lnTo>
                                      <a:pt x="660" y="260"/>
                                    </a:lnTo>
                                    <a:lnTo>
                                      <a:pt x="660" y="264"/>
                                    </a:lnTo>
                                    <a:lnTo>
                                      <a:pt x="660" y="269"/>
                                    </a:lnTo>
                                    <a:lnTo>
                                      <a:pt x="665" y="269"/>
                                    </a:lnTo>
                                    <a:lnTo>
                                      <a:pt x="665" y="274"/>
                                    </a:lnTo>
                                    <a:lnTo>
                                      <a:pt x="665" y="278"/>
                                    </a:lnTo>
                                    <a:lnTo>
                                      <a:pt x="670" y="283"/>
                                    </a:lnTo>
                                    <a:lnTo>
                                      <a:pt x="670" y="288"/>
                                    </a:lnTo>
                                    <a:lnTo>
                                      <a:pt x="670" y="292"/>
                                    </a:lnTo>
                                    <a:lnTo>
                                      <a:pt x="675" y="292"/>
                                    </a:lnTo>
                                    <a:lnTo>
                                      <a:pt x="675" y="297"/>
                                    </a:lnTo>
                                    <a:lnTo>
                                      <a:pt x="675" y="302"/>
                                    </a:lnTo>
                                    <a:lnTo>
                                      <a:pt x="680" y="306"/>
                                    </a:lnTo>
                                    <a:lnTo>
                                      <a:pt x="680" y="311"/>
                                    </a:lnTo>
                                    <a:lnTo>
                                      <a:pt x="680" y="315"/>
                                    </a:lnTo>
                                    <a:lnTo>
                                      <a:pt x="684" y="320"/>
                                    </a:lnTo>
                                    <a:lnTo>
                                      <a:pt x="684" y="325"/>
                                    </a:lnTo>
                                    <a:lnTo>
                                      <a:pt x="684" y="329"/>
                                    </a:lnTo>
                                    <a:lnTo>
                                      <a:pt x="689" y="329"/>
                                    </a:lnTo>
                                    <a:lnTo>
                                      <a:pt x="689" y="334"/>
                                    </a:lnTo>
                                    <a:lnTo>
                                      <a:pt x="689" y="339"/>
                                    </a:lnTo>
                                    <a:lnTo>
                                      <a:pt x="694" y="343"/>
                                    </a:lnTo>
                                    <a:lnTo>
                                      <a:pt x="694" y="348"/>
                                    </a:lnTo>
                                    <a:lnTo>
                                      <a:pt x="694" y="353"/>
                                    </a:lnTo>
                                    <a:lnTo>
                                      <a:pt x="699" y="357"/>
                                    </a:lnTo>
                                    <a:lnTo>
                                      <a:pt x="699" y="362"/>
                                    </a:lnTo>
                                    <a:lnTo>
                                      <a:pt x="699" y="366"/>
                                    </a:lnTo>
                                    <a:lnTo>
                                      <a:pt x="704" y="371"/>
                                    </a:lnTo>
                                    <a:lnTo>
                                      <a:pt x="704" y="376"/>
                                    </a:lnTo>
                                    <a:lnTo>
                                      <a:pt x="704" y="380"/>
                                    </a:lnTo>
                                    <a:lnTo>
                                      <a:pt x="709" y="385"/>
                                    </a:lnTo>
                                    <a:lnTo>
                                      <a:pt x="709" y="390"/>
                                    </a:lnTo>
                                    <a:lnTo>
                                      <a:pt x="709" y="394"/>
                                    </a:lnTo>
                                    <a:lnTo>
                                      <a:pt x="713" y="399"/>
                                    </a:lnTo>
                                    <a:lnTo>
                                      <a:pt x="713" y="404"/>
                                    </a:lnTo>
                                    <a:lnTo>
                                      <a:pt x="713" y="408"/>
                                    </a:lnTo>
                                    <a:lnTo>
                                      <a:pt x="718" y="413"/>
                                    </a:lnTo>
                                    <a:lnTo>
                                      <a:pt x="718" y="418"/>
                                    </a:lnTo>
                                    <a:lnTo>
                                      <a:pt x="718" y="422"/>
                                    </a:lnTo>
                                    <a:lnTo>
                                      <a:pt x="723" y="427"/>
                                    </a:lnTo>
                                    <a:lnTo>
                                      <a:pt x="723" y="431"/>
                                    </a:lnTo>
                                    <a:lnTo>
                                      <a:pt x="723" y="436"/>
                                    </a:lnTo>
                                    <a:lnTo>
                                      <a:pt x="728" y="441"/>
                                    </a:lnTo>
                                    <a:lnTo>
                                      <a:pt x="728" y="445"/>
                                    </a:lnTo>
                                    <a:lnTo>
                                      <a:pt x="728" y="450"/>
                                    </a:lnTo>
                                    <a:lnTo>
                                      <a:pt x="733" y="455"/>
                                    </a:lnTo>
                                    <a:lnTo>
                                      <a:pt x="733" y="459"/>
                                    </a:lnTo>
                                    <a:lnTo>
                                      <a:pt x="733" y="464"/>
                                    </a:lnTo>
                                    <a:lnTo>
                                      <a:pt x="737" y="469"/>
                                    </a:lnTo>
                                    <a:lnTo>
                                      <a:pt x="737" y="473"/>
                                    </a:lnTo>
                                    <a:lnTo>
                                      <a:pt x="737" y="478"/>
                                    </a:lnTo>
                                    <a:lnTo>
                                      <a:pt x="737" y="482"/>
                                    </a:lnTo>
                                    <a:lnTo>
                                      <a:pt x="742" y="482"/>
                                    </a:lnTo>
                                    <a:lnTo>
                                      <a:pt x="742" y="487"/>
                                    </a:lnTo>
                                    <a:lnTo>
                                      <a:pt x="742" y="492"/>
                                    </a:lnTo>
                                    <a:lnTo>
                                      <a:pt x="742" y="496"/>
                                    </a:lnTo>
                                    <a:lnTo>
                                      <a:pt x="747" y="501"/>
                                    </a:lnTo>
                                    <a:lnTo>
                                      <a:pt x="747" y="506"/>
                                    </a:lnTo>
                                    <a:lnTo>
                                      <a:pt x="747" y="51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Freeform 655"/>
                            <wps:cNvSpPr>
                              <a:spLocks/>
                            </wps:cNvSpPr>
                            <wps:spPr bwMode="auto">
                              <a:xfrm>
                                <a:off x="4702" y="6684"/>
                                <a:ext cx="125" cy="492"/>
                              </a:xfrm>
                              <a:custGeom>
                                <a:avLst/>
                                <a:gdLst>
                                  <a:gd name="T0" fmla="*/ 5 w 125"/>
                                  <a:gd name="T1" fmla="*/ 5 h 492"/>
                                  <a:gd name="T2" fmla="*/ 5 w 125"/>
                                  <a:gd name="T3" fmla="*/ 14 h 492"/>
                                  <a:gd name="T4" fmla="*/ 10 w 125"/>
                                  <a:gd name="T5" fmla="*/ 23 h 492"/>
                                  <a:gd name="T6" fmla="*/ 10 w 125"/>
                                  <a:gd name="T7" fmla="*/ 33 h 492"/>
                                  <a:gd name="T8" fmla="*/ 15 w 125"/>
                                  <a:gd name="T9" fmla="*/ 42 h 492"/>
                                  <a:gd name="T10" fmla="*/ 15 w 125"/>
                                  <a:gd name="T11" fmla="*/ 51 h 492"/>
                                  <a:gd name="T12" fmla="*/ 19 w 125"/>
                                  <a:gd name="T13" fmla="*/ 61 h 492"/>
                                  <a:gd name="T14" fmla="*/ 24 w 125"/>
                                  <a:gd name="T15" fmla="*/ 70 h 492"/>
                                  <a:gd name="T16" fmla="*/ 24 w 125"/>
                                  <a:gd name="T17" fmla="*/ 79 h 492"/>
                                  <a:gd name="T18" fmla="*/ 29 w 125"/>
                                  <a:gd name="T19" fmla="*/ 88 h 492"/>
                                  <a:gd name="T20" fmla="*/ 29 w 125"/>
                                  <a:gd name="T21" fmla="*/ 98 h 492"/>
                                  <a:gd name="T22" fmla="*/ 34 w 125"/>
                                  <a:gd name="T23" fmla="*/ 107 h 492"/>
                                  <a:gd name="T24" fmla="*/ 34 w 125"/>
                                  <a:gd name="T25" fmla="*/ 116 h 492"/>
                                  <a:gd name="T26" fmla="*/ 39 w 125"/>
                                  <a:gd name="T27" fmla="*/ 125 h 492"/>
                                  <a:gd name="T28" fmla="*/ 39 w 125"/>
                                  <a:gd name="T29" fmla="*/ 135 h 492"/>
                                  <a:gd name="T30" fmla="*/ 43 w 125"/>
                                  <a:gd name="T31" fmla="*/ 144 h 492"/>
                                  <a:gd name="T32" fmla="*/ 43 w 125"/>
                                  <a:gd name="T33" fmla="*/ 153 h 492"/>
                                  <a:gd name="T34" fmla="*/ 48 w 125"/>
                                  <a:gd name="T35" fmla="*/ 163 h 492"/>
                                  <a:gd name="T36" fmla="*/ 48 w 125"/>
                                  <a:gd name="T37" fmla="*/ 172 h 492"/>
                                  <a:gd name="T38" fmla="*/ 53 w 125"/>
                                  <a:gd name="T39" fmla="*/ 181 h 492"/>
                                  <a:gd name="T40" fmla="*/ 53 w 125"/>
                                  <a:gd name="T41" fmla="*/ 190 h 492"/>
                                  <a:gd name="T42" fmla="*/ 58 w 125"/>
                                  <a:gd name="T43" fmla="*/ 200 h 492"/>
                                  <a:gd name="T44" fmla="*/ 58 w 125"/>
                                  <a:gd name="T45" fmla="*/ 209 h 492"/>
                                  <a:gd name="T46" fmla="*/ 63 w 125"/>
                                  <a:gd name="T47" fmla="*/ 218 h 492"/>
                                  <a:gd name="T48" fmla="*/ 63 w 125"/>
                                  <a:gd name="T49" fmla="*/ 228 h 492"/>
                                  <a:gd name="T50" fmla="*/ 68 w 125"/>
                                  <a:gd name="T51" fmla="*/ 237 h 492"/>
                                  <a:gd name="T52" fmla="*/ 68 w 125"/>
                                  <a:gd name="T53" fmla="*/ 246 h 492"/>
                                  <a:gd name="T54" fmla="*/ 72 w 125"/>
                                  <a:gd name="T55" fmla="*/ 255 h 492"/>
                                  <a:gd name="T56" fmla="*/ 72 w 125"/>
                                  <a:gd name="T57" fmla="*/ 265 h 492"/>
                                  <a:gd name="T58" fmla="*/ 77 w 125"/>
                                  <a:gd name="T59" fmla="*/ 274 h 492"/>
                                  <a:gd name="T60" fmla="*/ 77 w 125"/>
                                  <a:gd name="T61" fmla="*/ 283 h 492"/>
                                  <a:gd name="T62" fmla="*/ 82 w 125"/>
                                  <a:gd name="T63" fmla="*/ 297 h 492"/>
                                  <a:gd name="T64" fmla="*/ 82 w 125"/>
                                  <a:gd name="T65" fmla="*/ 306 h 492"/>
                                  <a:gd name="T66" fmla="*/ 87 w 125"/>
                                  <a:gd name="T67" fmla="*/ 316 h 492"/>
                                  <a:gd name="T68" fmla="*/ 87 w 125"/>
                                  <a:gd name="T69" fmla="*/ 325 h 492"/>
                                  <a:gd name="T70" fmla="*/ 92 w 125"/>
                                  <a:gd name="T71" fmla="*/ 334 h 492"/>
                                  <a:gd name="T72" fmla="*/ 92 w 125"/>
                                  <a:gd name="T73" fmla="*/ 343 h 492"/>
                                  <a:gd name="T74" fmla="*/ 96 w 125"/>
                                  <a:gd name="T75" fmla="*/ 357 h 492"/>
                                  <a:gd name="T76" fmla="*/ 96 w 125"/>
                                  <a:gd name="T77" fmla="*/ 367 h 492"/>
                                  <a:gd name="T78" fmla="*/ 101 w 125"/>
                                  <a:gd name="T79" fmla="*/ 376 h 492"/>
                                  <a:gd name="T80" fmla="*/ 101 w 125"/>
                                  <a:gd name="T81" fmla="*/ 385 h 492"/>
                                  <a:gd name="T82" fmla="*/ 106 w 125"/>
                                  <a:gd name="T83" fmla="*/ 394 h 492"/>
                                  <a:gd name="T84" fmla="*/ 106 w 125"/>
                                  <a:gd name="T85" fmla="*/ 408 h 492"/>
                                  <a:gd name="T86" fmla="*/ 111 w 125"/>
                                  <a:gd name="T87" fmla="*/ 418 h 492"/>
                                  <a:gd name="T88" fmla="*/ 111 w 125"/>
                                  <a:gd name="T89" fmla="*/ 427 h 492"/>
                                  <a:gd name="T90" fmla="*/ 116 w 125"/>
                                  <a:gd name="T91" fmla="*/ 441 h 492"/>
                                  <a:gd name="T92" fmla="*/ 116 w 125"/>
                                  <a:gd name="T93" fmla="*/ 450 h 492"/>
                                  <a:gd name="T94" fmla="*/ 121 w 125"/>
                                  <a:gd name="T95" fmla="*/ 459 h 492"/>
                                  <a:gd name="T96" fmla="*/ 121 w 125"/>
                                  <a:gd name="T97" fmla="*/ 473 h 492"/>
                                  <a:gd name="T98" fmla="*/ 125 w 125"/>
                                  <a:gd name="T99" fmla="*/ 483 h 492"/>
                                  <a:gd name="T100" fmla="*/ 125 w 125"/>
                                  <a:gd name="T101" fmla="*/ 492 h 492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</a:gdLst>
                                <a:ahLst/>
                                <a:cxnLst>
                                  <a:cxn ang="T102">
                                    <a:pos x="T0" y="T1"/>
                                  </a:cxn>
                                  <a:cxn ang="T103">
                                    <a:pos x="T2" y="T3"/>
                                  </a:cxn>
                                  <a:cxn ang="T104">
                                    <a:pos x="T4" y="T5"/>
                                  </a:cxn>
                                  <a:cxn ang="T105">
                                    <a:pos x="T6" y="T7"/>
                                  </a:cxn>
                                  <a:cxn ang="T106">
                                    <a:pos x="T8" y="T9"/>
                                  </a:cxn>
                                  <a:cxn ang="T107">
                                    <a:pos x="T10" y="T11"/>
                                  </a:cxn>
                                  <a:cxn ang="T108">
                                    <a:pos x="T12" y="T13"/>
                                  </a:cxn>
                                  <a:cxn ang="T109">
                                    <a:pos x="T14" y="T15"/>
                                  </a:cxn>
                                  <a:cxn ang="T110">
                                    <a:pos x="T16" y="T17"/>
                                  </a:cxn>
                                  <a:cxn ang="T111">
                                    <a:pos x="T18" y="T19"/>
                                  </a:cxn>
                                  <a:cxn ang="T112">
                                    <a:pos x="T20" y="T21"/>
                                  </a:cxn>
                                  <a:cxn ang="T113">
                                    <a:pos x="T22" y="T23"/>
                                  </a:cxn>
                                  <a:cxn ang="T114">
                                    <a:pos x="T24" y="T25"/>
                                  </a:cxn>
                                  <a:cxn ang="T115">
                                    <a:pos x="T26" y="T27"/>
                                  </a:cxn>
                                  <a:cxn ang="T116">
                                    <a:pos x="T28" y="T29"/>
                                  </a:cxn>
                                  <a:cxn ang="T117">
                                    <a:pos x="T30" y="T31"/>
                                  </a:cxn>
                                  <a:cxn ang="T118">
                                    <a:pos x="T32" y="T33"/>
                                  </a:cxn>
                                  <a:cxn ang="T119">
                                    <a:pos x="T34" y="T35"/>
                                  </a:cxn>
                                  <a:cxn ang="T120">
                                    <a:pos x="T36" y="T37"/>
                                  </a:cxn>
                                  <a:cxn ang="T121">
                                    <a:pos x="T38" y="T39"/>
                                  </a:cxn>
                                  <a:cxn ang="T122">
                                    <a:pos x="T40" y="T41"/>
                                  </a:cxn>
                                  <a:cxn ang="T123">
                                    <a:pos x="T42" y="T43"/>
                                  </a:cxn>
                                  <a:cxn ang="T124">
                                    <a:pos x="T44" y="T45"/>
                                  </a:cxn>
                                  <a:cxn ang="T125">
                                    <a:pos x="T46" y="T47"/>
                                  </a:cxn>
                                  <a:cxn ang="T126">
                                    <a:pos x="T48" y="T49"/>
                                  </a:cxn>
                                  <a:cxn ang="T127">
                                    <a:pos x="T50" y="T51"/>
                                  </a:cxn>
                                  <a:cxn ang="T128">
                                    <a:pos x="T52" y="T53"/>
                                  </a:cxn>
                                  <a:cxn ang="T129">
                                    <a:pos x="T54" y="T55"/>
                                  </a:cxn>
                                  <a:cxn ang="T130">
                                    <a:pos x="T56" y="T57"/>
                                  </a:cxn>
                                  <a:cxn ang="T131">
                                    <a:pos x="T58" y="T59"/>
                                  </a:cxn>
                                  <a:cxn ang="T132">
                                    <a:pos x="T60" y="T61"/>
                                  </a:cxn>
                                  <a:cxn ang="T133">
                                    <a:pos x="T62" y="T63"/>
                                  </a:cxn>
                                  <a:cxn ang="T134">
                                    <a:pos x="T64" y="T65"/>
                                  </a:cxn>
                                  <a:cxn ang="T135">
                                    <a:pos x="T66" y="T67"/>
                                  </a:cxn>
                                  <a:cxn ang="T136">
                                    <a:pos x="T68" y="T69"/>
                                  </a:cxn>
                                  <a:cxn ang="T137">
                                    <a:pos x="T70" y="T71"/>
                                  </a:cxn>
                                  <a:cxn ang="T138">
                                    <a:pos x="T72" y="T73"/>
                                  </a:cxn>
                                  <a:cxn ang="T139">
                                    <a:pos x="T74" y="T75"/>
                                  </a:cxn>
                                  <a:cxn ang="T140">
                                    <a:pos x="T76" y="T77"/>
                                  </a:cxn>
                                  <a:cxn ang="T141">
                                    <a:pos x="T78" y="T79"/>
                                  </a:cxn>
                                  <a:cxn ang="T142">
                                    <a:pos x="T80" y="T81"/>
                                  </a:cxn>
                                  <a:cxn ang="T143">
                                    <a:pos x="T82" y="T83"/>
                                  </a:cxn>
                                  <a:cxn ang="T144">
                                    <a:pos x="T84" y="T85"/>
                                  </a:cxn>
                                  <a:cxn ang="T145">
                                    <a:pos x="T86" y="T87"/>
                                  </a:cxn>
                                  <a:cxn ang="T146">
                                    <a:pos x="T88" y="T89"/>
                                  </a:cxn>
                                  <a:cxn ang="T147">
                                    <a:pos x="T90" y="T91"/>
                                  </a:cxn>
                                  <a:cxn ang="T148">
                                    <a:pos x="T92" y="T93"/>
                                  </a:cxn>
                                  <a:cxn ang="T149">
                                    <a:pos x="T94" y="T95"/>
                                  </a:cxn>
                                  <a:cxn ang="T150">
                                    <a:pos x="T96" y="T97"/>
                                  </a:cxn>
                                  <a:cxn ang="T151">
                                    <a:pos x="T98" y="T99"/>
                                  </a:cxn>
                                  <a:cxn ang="T152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25" h="492">
                                    <a:moveTo>
                                      <a:pt x="0" y="0"/>
                                    </a:moveTo>
                                    <a:lnTo>
                                      <a:pt x="5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1"/>
                                    </a:lnTo>
                                    <a:lnTo>
                                      <a:pt x="19" y="56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5"/>
                                    </a:lnTo>
                                    <a:lnTo>
                                      <a:pt x="24" y="70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29" y="8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29" y="98"/>
                                    </a:lnTo>
                                    <a:lnTo>
                                      <a:pt x="29" y="102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2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39" y="125"/>
                                    </a:lnTo>
                                    <a:lnTo>
                                      <a:pt x="39" y="130"/>
                                    </a:lnTo>
                                    <a:lnTo>
                                      <a:pt x="39" y="135"/>
                                    </a:lnTo>
                                    <a:lnTo>
                                      <a:pt x="43" y="139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9"/>
                                    </a:lnTo>
                                    <a:lnTo>
                                      <a:pt x="43" y="153"/>
                                    </a:lnTo>
                                    <a:lnTo>
                                      <a:pt x="48" y="158"/>
                                    </a:lnTo>
                                    <a:lnTo>
                                      <a:pt x="48" y="163"/>
                                    </a:lnTo>
                                    <a:lnTo>
                                      <a:pt x="48" y="167"/>
                                    </a:lnTo>
                                    <a:lnTo>
                                      <a:pt x="48" y="172"/>
                                    </a:lnTo>
                                    <a:lnTo>
                                      <a:pt x="53" y="176"/>
                                    </a:lnTo>
                                    <a:lnTo>
                                      <a:pt x="53" y="181"/>
                                    </a:lnTo>
                                    <a:lnTo>
                                      <a:pt x="53" y="186"/>
                                    </a:lnTo>
                                    <a:lnTo>
                                      <a:pt x="53" y="190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58" y="200"/>
                                    </a:lnTo>
                                    <a:lnTo>
                                      <a:pt x="58" y="204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63" y="214"/>
                                    </a:lnTo>
                                    <a:lnTo>
                                      <a:pt x="63" y="218"/>
                                    </a:lnTo>
                                    <a:lnTo>
                                      <a:pt x="63" y="223"/>
                                    </a:lnTo>
                                    <a:lnTo>
                                      <a:pt x="63" y="228"/>
                                    </a:lnTo>
                                    <a:lnTo>
                                      <a:pt x="68" y="232"/>
                                    </a:lnTo>
                                    <a:lnTo>
                                      <a:pt x="68" y="237"/>
                                    </a:lnTo>
                                    <a:lnTo>
                                      <a:pt x="68" y="241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72" y="255"/>
                                    </a:lnTo>
                                    <a:lnTo>
                                      <a:pt x="72" y="260"/>
                                    </a:lnTo>
                                    <a:lnTo>
                                      <a:pt x="72" y="265"/>
                                    </a:lnTo>
                                    <a:lnTo>
                                      <a:pt x="77" y="269"/>
                                    </a:lnTo>
                                    <a:lnTo>
                                      <a:pt x="77" y="274"/>
                                    </a:lnTo>
                                    <a:lnTo>
                                      <a:pt x="77" y="279"/>
                                    </a:lnTo>
                                    <a:lnTo>
                                      <a:pt x="77" y="283"/>
                                    </a:lnTo>
                                    <a:lnTo>
                                      <a:pt x="82" y="288"/>
                                    </a:lnTo>
                                    <a:lnTo>
                                      <a:pt x="82" y="297"/>
                                    </a:lnTo>
                                    <a:lnTo>
                                      <a:pt x="82" y="302"/>
                                    </a:lnTo>
                                    <a:lnTo>
                                      <a:pt x="82" y="306"/>
                                    </a:lnTo>
                                    <a:lnTo>
                                      <a:pt x="87" y="311"/>
                                    </a:lnTo>
                                    <a:lnTo>
                                      <a:pt x="87" y="316"/>
                                    </a:lnTo>
                                    <a:lnTo>
                                      <a:pt x="87" y="320"/>
                                    </a:lnTo>
                                    <a:lnTo>
                                      <a:pt x="87" y="325"/>
                                    </a:lnTo>
                                    <a:lnTo>
                                      <a:pt x="92" y="330"/>
                                    </a:lnTo>
                                    <a:lnTo>
                                      <a:pt x="92" y="334"/>
                                    </a:lnTo>
                                    <a:lnTo>
                                      <a:pt x="92" y="339"/>
                                    </a:lnTo>
                                    <a:lnTo>
                                      <a:pt x="92" y="343"/>
                                    </a:lnTo>
                                    <a:lnTo>
                                      <a:pt x="96" y="348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96" y="362"/>
                                    </a:lnTo>
                                    <a:lnTo>
                                      <a:pt x="96" y="367"/>
                                    </a:lnTo>
                                    <a:lnTo>
                                      <a:pt x="101" y="371"/>
                                    </a:lnTo>
                                    <a:lnTo>
                                      <a:pt x="101" y="376"/>
                                    </a:lnTo>
                                    <a:lnTo>
                                      <a:pt x="101" y="381"/>
                                    </a:lnTo>
                                    <a:lnTo>
                                      <a:pt x="101" y="385"/>
                                    </a:lnTo>
                                    <a:lnTo>
                                      <a:pt x="106" y="390"/>
                                    </a:lnTo>
                                    <a:lnTo>
                                      <a:pt x="106" y="394"/>
                                    </a:lnTo>
                                    <a:lnTo>
                                      <a:pt x="106" y="404"/>
                                    </a:lnTo>
                                    <a:lnTo>
                                      <a:pt x="106" y="408"/>
                                    </a:lnTo>
                                    <a:lnTo>
                                      <a:pt x="106" y="413"/>
                                    </a:lnTo>
                                    <a:lnTo>
                                      <a:pt x="111" y="418"/>
                                    </a:lnTo>
                                    <a:lnTo>
                                      <a:pt x="111" y="422"/>
                                    </a:lnTo>
                                    <a:lnTo>
                                      <a:pt x="111" y="427"/>
                                    </a:lnTo>
                                    <a:lnTo>
                                      <a:pt x="111" y="432"/>
                                    </a:lnTo>
                                    <a:lnTo>
                                      <a:pt x="116" y="441"/>
                                    </a:lnTo>
                                    <a:lnTo>
                                      <a:pt x="116" y="445"/>
                                    </a:lnTo>
                                    <a:lnTo>
                                      <a:pt x="116" y="450"/>
                                    </a:lnTo>
                                    <a:lnTo>
                                      <a:pt x="116" y="455"/>
                                    </a:lnTo>
                                    <a:lnTo>
                                      <a:pt x="121" y="459"/>
                                    </a:lnTo>
                                    <a:lnTo>
                                      <a:pt x="121" y="464"/>
                                    </a:lnTo>
                                    <a:lnTo>
                                      <a:pt x="121" y="473"/>
                                    </a:lnTo>
                                    <a:lnTo>
                                      <a:pt x="121" y="478"/>
                                    </a:lnTo>
                                    <a:lnTo>
                                      <a:pt x="125" y="483"/>
                                    </a:lnTo>
                                    <a:lnTo>
                                      <a:pt x="125" y="487"/>
                                    </a:lnTo>
                                    <a:lnTo>
                                      <a:pt x="125" y="492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1" name="Line 656"/>
                          <wps:cNvCnPr/>
                          <wps:spPr bwMode="auto">
                            <a:xfrm>
                              <a:off x="2294" y="4299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Text Box 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4" y="5139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130E0B" w14:textId="77777777" w:rsidR="005E66A8" w:rsidRPr="009465C6" w:rsidRDefault="005E66A8" w:rsidP="00D57DCC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253" name="Text Box 6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4" y="419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5849CB" w14:textId="77777777" w:rsidR="005E66A8" w:rsidRPr="009465C6" w:rsidRDefault="005E66A8" w:rsidP="00D57DCC"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254" name="Text Box 6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9" y="488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C0CE2E" w14:textId="77777777" w:rsidR="005E66A8" w:rsidRPr="009465C6" w:rsidRDefault="005E66A8" w:rsidP="00D57DCC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38F256" id="Group 194" o:spid="_x0000_s1036" style="width:74.55pt;height:65.5pt;mso-position-horizontal-relative:char;mso-position-vertical-relative:line" coordorigin="1314,4194" coordsize="187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">
                <v:line id="Line 651" o:spid="_x0000_s1037" style="position:absolute;visibility:visible;mso-wrap-style:square" from="1314,5169" to="3114,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">
                  <v:stroke endarrow="block"/>
                </v:line>
                <v:group id="Group 652" o:spid="_x0000_s1038" style="position:absolute;left:1554;top:4194;width:1635;height:1725" coordorigin="1659,4194" coordsize="1635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group id="Group 653" o:spid="_x0000_s1039" style="position:absolute;left:1659;top:4644;width:872;height:1002;flip:y" coordorigin="3955,6174" coordsize="87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">
                    <v:shape id="Freeform 654" o:spid="_x0000_s1040" style="position:absolute;left:3955;top:6174;width:747;height:1002;visibility:visible;mso-wrap-style:square;v-text-anchor:top" coordsize="747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" path="m,1002r5,-5l5,993r,-5l5,983r5,-9l10,969r,-4l10,960r5,-5l15,951r,-9l15,937r4,-5l19,928r,-5l19,918r5,-9l24,904r,-4l24,895r5,-4l29,886r,-5l29,877r5,-5l34,863r,-5l34,853r5,-4l39,844r,-4l39,835r4,-5l43,826r,-5l43,816r5,-9l48,802r,-4l48,793r5,-4l53,784r,-5l53,775r5,-5l58,765r,-4l58,756r5,-5l63,747r,-5l63,738r5,-5l68,728r,-4l68,719r4,-5l72,710r,-5l72,700r5,-4l77,691r,-5l77,682r5,-5l82,673r,-5l82,663r5,-4l87,654r,-5l87,645r5,-5l92,635r,-4l92,626r5,-4l97,617r,-5l101,608r,-5l101,598r,-4l106,589r,-5l106,580r,-5l111,571r,-5l111,561r5,-4l116,552r,-5l116,543r5,-5l121,533r,-4l125,524r,-4l125,515r,-5l130,506r,-5l130,496r5,-4l135,487r,-5l135,478r5,-5l140,469r,-5l140,459r5,l145,455r,-5l145,445r5,-4l150,436r,-5l154,427r,-5l154,418r5,-5l159,408r,-4l164,399r,-5l164,390r5,-5l169,380r,-4l174,371r,-5l174,362r4,-5l178,353r,-5l183,348r,-5l183,339r5,-5l188,329r,-4l193,320r,-5l193,311r5,-5l198,302r,-5l203,297r,-5l203,288r4,-5l207,278r,-4l212,274r,-5l212,264r5,-4l217,255r,-4l222,251r,-5l222,241r5,l227,237r,-5l231,227r,-4l236,218r,-5l236,209r5,l241,204r,-4l246,200r,-5l246,190r5,l251,186r,-5l256,181r,-5l256,172r4,l260,167r,-5l265,162r,-4l265,153r5,l270,149r,-5l275,144r,-5l280,135r,-5l284,125r,-4l289,121r,-5l294,111r,-4l299,107r,-5l299,97r5,l304,93r5,l309,88r4,-4l313,79r5,l318,74r5,l323,70r5,-5l328,60r5,l333,56r4,l337,51r5,l342,46r5,l347,42r5,l352,37r5,l357,33r5,l362,28r4,l371,23r5,l376,19r5,l381,14r5,l390,14r,-5l395,9r5,l400,5r5,l410,5r5,l415,r4,l424,r5,l434,r5,l443,r5,l453,r5,l458,5r5,l468,5r4,l472,9r5,l482,9r5,5l492,14r,5l496,19r5,l501,23r5,l506,28r5,l516,33r5,l521,37r4,l525,42r5,l530,46r5,l535,51r5,l540,56r5,4l550,65r,5l554,70r,4l559,74r,5l564,84r,4l569,88r,5l574,93r,4l578,102r,5l583,107r,4l583,116r5,l588,121r5,4l593,130r5,l598,135r,4l603,139r,5l607,149r,4l612,158r,4l617,167r,5l617,176r5,l622,181r,5l627,186r,4l627,195r4,l631,200r,4l636,204r,5l636,213r5,5l641,223r5,4l646,232r5,5l651,241r,5l656,246r,5l656,255r4,5l660,264r,5l665,269r,5l665,278r5,5l670,288r,4l675,292r,5l675,302r5,4l680,311r,4l684,320r,5l684,329r5,l689,334r,5l694,343r,5l694,353r5,4l699,362r,4l704,371r,5l704,380r5,5l709,390r,4l713,399r,5l713,408r5,5l718,418r,4l723,427r,4l723,436r5,5l728,445r,5l733,455r,4l733,464r4,5l737,473r,5l737,482r5,l742,487r,5l742,496r5,5l747,506r,4e" filled="f" strokecolor="purple" strokeweight="1.5pt">
                      <v:path arrowok="t" o:connecttype="custom" o:connectlocs="10,969;19,932;24,895;34,858;43,826;53,789;58,756;68,724;77,691;87,659;92,626;101,594;111,561;121,529;130,496;140,464;150,436;159,404;174,371;183,343;193,311;207,283;217,255;227,232;241,204;251,181;265,162;275,139;294,111;309,93;323,70;342,51;357,33;381,19;400,5;429,0;458,5;487,14;506,28;530,42;550,65;564,88;583,107;598,130;612,158;622,186;636,204;651,237;660,264;670,292;684,320;694,348;704,380;718,413;728,445;737,478;747,506" o:connectangles="0,0,0,0,0,0,0,0,0,0,0,0,0,0,0,0,0,0,0,0,0,0,0,0,0,0,0,0,0,0,0,0,0,0,0,0,0,0,0,0,0,0,0,0,0,0,0,0,0,0,0,0,0,0,0,0,0"/>
                    </v:shape>
                    <v:shape id="Freeform 655" o:spid="_x0000_s1041" style="position:absolute;left:4702;top:6684;width:125;height:492;visibility:visible;mso-wrap-style:square;v-text-anchor:top" coordsize="12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" path="m,l5,5r,5l5,14r,5l10,23r,5l10,33r5,4l15,42r,5l15,51r4,5l19,61r,4l24,70r,4l24,79r,5l29,88r,5l29,98r,4l34,107r,5l34,116r5,5l39,125r,5l39,135r4,4l43,144r,5l43,153r5,5l48,163r,4l48,172r5,4l53,181r,5l53,190r5,5l58,200r,4l58,209r5,5l63,218r,5l63,228r5,4l68,237r,4l68,246r4,5l72,255r,5l72,265r5,4l77,274r,5l77,283r5,5l82,297r,5l82,306r5,5l87,316r,4l87,325r5,5l92,334r,5l92,343r4,5l96,357r,5l96,367r5,4l101,376r,5l101,385r5,5l106,394r,10l106,408r,5l111,418r,4l111,427r,5l116,441r,4l116,450r,5l121,459r,5l121,473r,5l125,483r,4l125,492e" filled="f" strokecolor="purple" strokeweight="1.5pt">
                      <v:path arrowok="t" o:connecttype="custom" o:connectlocs="5,5;5,14;10,23;10,33;15,42;15,51;19,61;24,70;24,79;29,88;29,98;34,107;34,116;39,125;39,135;43,144;43,153;48,163;48,172;53,181;53,190;58,200;58,209;63,218;63,228;68,237;68,246;72,255;72,265;77,274;77,283;82,297;82,306;87,316;87,325;92,334;92,343;96,357;96,367;101,376;101,385;106,394;106,408;111,418;111,427;116,441;116,450;121,459;121,473;125,483;125,492" o:connectangles="0,0,0,0,0,0,0,0,0,0,0,0,0,0,0,0,0,0,0,0,0,0,0,0,0,0,0,0,0,0,0,0,0,0,0,0,0,0,0,0,0,0,0,0,0,0,0,0,0,0,0"/>
                    </v:shape>
                  </v:group>
                  <v:line id="Line 656" o:spid="_x0000_s1042" style="position:absolute;visibility:visible;mso-wrap-style:square" from="2294,4299" to="2294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">
                    <v:stroke startarrow="block"/>
                  </v:line>
                  <v:shape id="Text Box 657" o:spid="_x0000_s1043" type="#_x0000_t202" style="position:absolute;left:2934;top:513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" filled="f" stroked="f">
                    <v:textbox inset=".5mm,0,.5mm,0">
                      <w:txbxContent>
                        <w:p w14:paraId="1C130E0B" w14:textId="77777777" w:rsidR="005E66A8" w:rsidRPr="009465C6" w:rsidRDefault="005E66A8" w:rsidP="00D57DCC"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658" o:spid="_x0000_s1044" type="#_x0000_t202" style="position:absolute;left:2064;top:419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" filled="f" stroked="f">
                    <v:textbox inset=".5mm,0,.5mm,0">
                      <w:txbxContent>
                        <w:p w14:paraId="215849CB" w14:textId="77777777" w:rsidR="005E66A8" w:rsidRPr="009465C6" w:rsidRDefault="005E66A8" w:rsidP="00D57DCC">
                          <w:r>
                            <w:t>y</w:t>
                          </w:r>
                        </w:p>
                      </w:txbxContent>
                    </v:textbox>
                  </v:shape>
                  <v:shape id="Text Box 659" o:spid="_x0000_s1045" type="#_x0000_t202" style="position:absolute;left:2049;top:488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" filled="f" stroked="f">
                    <v:textbox inset=".5mm,0,.5mm,0">
                      <w:txbxContent>
                        <w:p w14:paraId="33C0CE2E" w14:textId="77777777" w:rsidR="005E66A8" w:rsidRPr="009465C6" w:rsidRDefault="005E66A8" w:rsidP="00D57DCC">
                          <w: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sv-SE"/>
        </w:rPr>
        <w:t xml:space="preserve">B. </w:t>
      </w:r>
      <w:r w:rsidR="00D57DCC" w:rsidRPr="000B2A56">
        <w:rPr>
          <w:rFonts w:ascii="Palatino Linotype" w:hAnsi="Palatino Linotype" w:cs="Chu Van An (Uni)"/>
          <w:noProof/>
          <w:color w:val="000000"/>
          <w:sz w:val="24"/>
        </w:rPr>
        <mc:AlternateContent>
          <mc:Choice Requires="wpg">
            <w:drawing>
              <wp:inline distT="0" distB="0" distL="0" distR="0" wp14:anchorId="02D05EC6" wp14:editId="0ED08BED">
                <wp:extent cx="869315" cy="835660"/>
                <wp:effectExtent l="9525" t="0" r="0" b="12065"/>
                <wp:docPr id="22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315" cy="835660"/>
                          <a:chOff x="6549" y="4209"/>
                          <a:chExt cx="1995" cy="1710"/>
                        </a:xfrm>
                      </wpg:grpSpPr>
                      <wps:wsp>
                        <wps:cNvPr id="225" name="Line 642"/>
                        <wps:cNvCnPr/>
                        <wps:spPr bwMode="auto">
                          <a:xfrm>
                            <a:off x="6549" y="554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6" name="Group 643"/>
                        <wpg:cNvGrpSpPr>
                          <a:grpSpLocks/>
                        </wpg:cNvGrpSpPr>
                        <wpg:grpSpPr bwMode="auto">
                          <a:xfrm flipV="1">
                            <a:off x="7149" y="4419"/>
                            <a:ext cx="872" cy="1002"/>
                            <a:chOff x="3955" y="6174"/>
                            <a:chExt cx="872" cy="1002"/>
                          </a:xfrm>
                        </wpg:grpSpPr>
                        <wps:wsp>
                          <wps:cNvPr id="227" name="Freeform 644"/>
                          <wps:cNvSpPr>
                            <a:spLocks/>
                          </wps:cNvSpPr>
                          <wps:spPr bwMode="auto">
                            <a:xfrm>
                              <a:off x="3955" y="6174"/>
                              <a:ext cx="747" cy="1002"/>
                            </a:xfrm>
                            <a:custGeom>
                              <a:avLst/>
                              <a:gdLst>
                                <a:gd name="T0" fmla="*/ 10 w 747"/>
                                <a:gd name="T1" fmla="*/ 969 h 1002"/>
                                <a:gd name="T2" fmla="*/ 19 w 747"/>
                                <a:gd name="T3" fmla="*/ 932 h 1002"/>
                                <a:gd name="T4" fmla="*/ 24 w 747"/>
                                <a:gd name="T5" fmla="*/ 895 h 1002"/>
                                <a:gd name="T6" fmla="*/ 34 w 747"/>
                                <a:gd name="T7" fmla="*/ 858 h 1002"/>
                                <a:gd name="T8" fmla="*/ 43 w 747"/>
                                <a:gd name="T9" fmla="*/ 826 h 1002"/>
                                <a:gd name="T10" fmla="*/ 53 w 747"/>
                                <a:gd name="T11" fmla="*/ 789 h 1002"/>
                                <a:gd name="T12" fmla="*/ 58 w 747"/>
                                <a:gd name="T13" fmla="*/ 756 h 1002"/>
                                <a:gd name="T14" fmla="*/ 68 w 747"/>
                                <a:gd name="T15" fmla="*/ 724 h 1002"/>
                                <a:gd name="T16" fmla="*/ 77 w 747"/>
                                <a:gd name="T17" fmla="*/ 691 h 1002"/>
                                <a:gd name="T18" fmla="*/ 87 w 747"/>
                                <a:gd name="T19" fmla="*/ 659 h 1002"/>
                                <a:gd name="T20" fmla="*/ 92 w 747"/>
                                <a:gd name="T21" fmla="*/ 626 h 1002"/>
                                <a:gd name="T22" fmla="*/ 101 w 747"/>
                                <a:gd name="T23" fmla="*/ 594 h 1002"/>
                                <a:gd name="T24" fmla="*/ 111 w 747"/>
                                <a:gd name="T25" fmla="*/ 561 h 1002"/>
                                <a:gd name="T26" fmla="*/ 121 w 747"/>
                                <a:gd name="T27" fmla="*/ 529 h 1002"/>
                                <a:gd name="T28" fmla="*/ 130 w 747"/>
                                <a:gd name="T29" fmla="*/ 496 h 1002"/>
                                <a:gd name="T30" fmla="*/ 140 w 747"/>
                                <a:gd name="T31" fmla="*/ 464 h 1002"/>
                                <a:gd name="T32" fmla="*/ 150 w 747"/>
                                <a:gd name="T33" fmla="*/ 436 h 1002"/>
                                <a:gd name="T34" fmla="*/ 159 w 747"/>
                                <a:gd name="T35" fmla="*/ 404 h 1002"/>
                                <a:gd name="T36" fmla="*/ 174 w 747"/>
                                <a:gd name="T37" fmla="*/ 371 h 1002"/>
                                <a:gd name="T38" fmla="*/ 183 w 747"/>
                                <a:gd name="T39" fmla="*/ 343 h 1002"/>
                                <a:gd name="T40" fmla="*/ 193 w 747"/>
                                <a:gd name="T41" fmla="*/ 311 h 1002"/>
                                <a:gd name="T42" fmla="*/ 207 w 747"/>
                                <a:gd name="T43" fmla="*/ 283 h 1002"/>
                                <a:gd name="T44" fmla="*/ 217 w 747"/>
                                <a:gd name="T45" fmla="*/ 255 h 1002"/>
                                <a:gd name="T46" fmla="*/ 227 w 747"/>
                                <a:gd name="T47" fmla="*/ 232 h 1002"/>
                                <a:gd name="T48" fmla="*/ 241 w 747"/>
                                <a:gd name="T49" fmla="*/ 204 h 1002"/>
                                <a:gd name="T50" fmla="*/ 251 w 747"/>
                                <a:gd name="T51" fmla="*/ 181 h 1002"/>
                                <a:gd name="T52" fmla="*/ 265 w 747"/>
                                <a:gd name="T53" fmla="*/ 162 h 1002"/>
                                <a:gd name="T54" fmla="*/ 275 w 747"/>
                                <a:gd name="T55" fmla="*/ 139 h 1002"/>
                                <a:gd name="T56" fmla="*/ 294 w 747"/>
                                <a:gd name="T57" fmla="*/ 111 h 1002"/>
                                <a:gd name="T58" fmla="*/ 309 w 747"/>
                                <a:gd name="T59" fmla="*/ 93 h 1002"/>
                                <a:gd name="T60" fmla="*/ 323 w 747"/>
                                <a:gd name="T61" fmla="*/ 70 h 1002"/>
                                <a:gd name="T62" fmla="*/ 342 w 747"/>
                                <a:gd name="T63" fmla="*/ 51 h 1002"/>
                                <a:gd name="T64" fmla="*/ 357 w 747"/>
                                <a:gd name="T65" fmla="*/ 33 h 1002"/>
                                <a:gd name="T66" fmla="*/ 381 w 747"/>
                                <a:gd name="T67" fmla="*/ 19 h 1002"/>
                                <a:gd name="T68" fmla="*/ 400 w 747"/>
                                <a:gd name="T69" fmla="*/ 5 h 1002"/>
                                <a:gd name="T70" fmla="*/ 429 w 747"/>
                                <a:gd name="T71" fmla="*/ 0 h 1002"/>
                                <a:gd name="T72" fmla="*/ 458 w 747"/>
                                <a:gd name="T73" fmla="*/ 5 h 1002"/>
                                <a:gd name="T74" fmla="*/ 487 w 747"/>
                                <a:gd name="T75" fmla="*/ 14 h 1002"/>
                                <a:gd name="T76" fmla="*/ 506 w 747"/>
                                <a:gd name="T77" fmla="*/ 28 h 1002"/>
                                <a:gd name="T78" fmla="*/ 530 w 747"/>
                                <a:gd name="T79" fmla="*/ 42 h 1002"/>
                                <a:gd name="T80" fmla="*/ 550 w 747"/>
                                <a:gd name="T81" fmla="*/ 65 h 1002"/>
                                <a:gd name="T82" fmla="*/ 564 w 747"/>
                                <a:gd name="T83" fmla="*/ 88 h 1002"/>
                                <a:gd name="T84" fmla="*/ 583 w 747"/>
                                <a:gd name="T85" fmla="*/ 107 h 1002"/>
                                <a:gd name="T86" fmla="*/ 598 w 747"/>
                                <a:gd name="T87" fmla="*/ 130 h 1002"/>
                                <a:gd name="T88" fmla="*/ 612 w 747"/>
                                <a:gd name="T89" fmla="*/ 158 h 1002"/>
                                <a:gd name="T90" fmla="*/ 622 w 747"/>
                                <a:gd name="T91" fmla="*/ 186 h 1002"/>
                                <a:gd name="T92" fmla="*/ 636 w 747"/>
                                <a:gd name="T93" fmla="*/ 204 h 1002"/>
                                <a:gd name="T94" fmla="*/ 651 w 747"/>
                                <a:gd name="T95" fmla="*/ 237 h 1002"/>
                                <a:gd name="T96" fmla="*/ 660 w 747"/>
                                <a:gd name="T97" fmla="*/ 264 h 1002"/>
                                <a:gd name="T98" fmla="*/ 670 w 747"/>
                                <a:gd name="T99" fmla="*/ 292 h 1002"/>
                                <a:gd name="T100" fmla="*/ 684 w 747"/>
                                <a:gd name="T101" fmla="*/ 320 h 1002"/>
                                <a:gd name="T102" fmla="*/ 694 w 747"/>
                                <a:gd name="T103" fmla="*/ 348 h 1002"/>
                                <a:gd name="T104" fmla="*/ 704 w 747"/>
                                <a:gd name="T105" fmla="*/ 380 h 1002"/>
                                <a:gd name="T106" fmla="*/ 718 w 747"/>
                                <a:gd name="T107" fmla="*/ 413 h 1002"/>
                                <a:gd name="T108" fmla="*/ 728 w 747"/>
                                <a:gd name="T109" fmla="*/ 445 h 1002"/>
                                <a:gd name="T110" fmla="*/ 737 w 747"/>
                                <a:gd name="T111" fmla="*/ 478 h 1002"/>
                                <a:gd name="T112" fmla="*/ 747 w 747"/>
                                <a:gd name="T113" fmla="*/ 506 h 1002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645"/>
                          <wps:cNvSpPr>
                            <a:spLocks/>
                          </wps:cNvSpPr>
                          <wps:spPr bwMode="auto">
                            <a:xfrm>
                              <a:off x="4702" y="6684"/>
                              <a:ext cx="125" cy="492"/>
                            </a:xfrm>
                            <a:custGeom>
                              <a:avLst/>
                              <a:gdLst>
                                <a:gd name="T0" fmla="*/ 5 w 125"/>
                                <a:gd name="T1" fmla="*/ 5 h 492"/>
                                <a:gd name="T2" fmla="*/ 5 w 125"/>
                                <a:gd name="T3" fmla="*/ 14 h 492"/>
                                <a:gd name="T4" fmla="*/ 10 w 125"/>
                                <a:gd name="T5" fmla="*/ 23 h 492"/>
                                <a:gd name="T6" fmla="*/ 10 w 125"/>
                                <a:gd name="T7" fmla="*/ 33 h 492"/>
                                <a:gd name="T8" fmla="*/ 15 w 125"/>
                                <a:gd name="T9" fmla="*/ 42 h 492"/>
                                <a:gd name="T10" fmla="*/ 15 w 125"/>
                                <a:gd name="T11" fmla="*/ 51 h 492"/>
                                <a:gd name="T12" fmla="*/ 19 w 125"/>
                                <a:gd name="T13" fmla="*/ 61 h 492"/>
                                <a:gd name="T14" fmla="*/ 24 w 125"/>
                                <a:gd name="T15" fmla="*/ 70 h 492"/>
                                <a:gd name="T16" fmla="*/ 24 w 125"/>
                                <a:gd name="T17" fmla="*/ 79 h 492"/>
                                <a:gd name="T18" fmla="*/ 29 w 125"/>
                                <a:gd name="T19" fmla="*/ 88 h 492"/>
                                <a:gd name="T20" fmla="*/ 29 w 125"/>
                                <a:gd name="T21" fmla="*/ 98 h 492"/>
                                <a:gd name="T22" fmla="*/ 34 w 125"/>
                                <a:gd name="T23" fmla="*/ 107 h 492"/>
                                <a:gd name="T24" fmla="*/ 34 w 125"/>
                                <a:gd name="T25" fmla="*/ 116 h 492"/>
                                <a:gd name="T26" fmla="*/ 39 w 125"/>
                                <a:gd name="T27" fmla="*/ 125 h 492"/>
                                <a:gd name="T28" fmla="*/ 39 w 125"/>
                                <a:gd name="T29" fmla="*/ 135 h 492"/>
                                <a:gd name="T30" fmla="*/ 43 w 125"/>
                                <a:gd name="T31" fmla="*/ 144 h 492"/>
                                <a:gd name="T32" fmla="*/ 43 w 125"/>
                                <a:gd name="T33" fmla="*/ 153 h 492"/>
                                <a:gd name="T34" fmla="*/ 48 w 125"/>
                                <a:gd name="T35" fmla="*/ 163 h 492"/>
                                <a:gd name="T36" fmla="*/ 48 w 125"/>
                                <a:gd name="T37" fmla="*/ 172 h 492"/>
                                <a:gd name="T38" fmla="*/ 53 w 125"/>
                                <a:gd name="T39" fmla="*/ 181 h 492"/>
                                <a:gd name="T40" fmla="*/ 53 w 125"/>
                                <a:gd name="T41" fmla="*/ 190 h 492"/>
                                <a:gd name="T42" fmla="*/ 58 w 125"/>
                                <a:gd name="T43" fmla="*/ 200 h 492"/>
                                <a:gd name="T44" fmla="*/ 58 w 125"/>
                                <a:gd name="T45" fmla="*/ 209 h 492"/>
                                <a:gd name="T46" fmla="*/ 63 w 125"/>
                                <a:gd name="T47" fmla="*/ 218 h 492"/>
                                <a:gd name="T48" fmla="*/ 63 w 125"/>
                                <a:gd name="T49" fmla="*/ 228 h 492"/>
                                <a:gd name="T50" fmla="*/ 68 w 125"/>
                                <a:gd name="T51" fmla="*/ 237 h 492"/>
                                <a:gd name="T52" fmla="*/ 68 w 125"/>
                                <a:gd name="T53" fmla="*/ 246 h 492"/>
                                <a:gd name="T54" fmla="*/ 72 w 125"/>
                                <a:gd name="T55" fmla="*/ 255 h 492"/>
                                <a:gd name="T56" fmla="*/ 72 w 125"/>
                                <a:gd name="T57" fmla="*/ 265 h 492"/>
                                <a:gd name="T58" fmla="*/ 77 w 125"/>
                                <a:gd name="T59" fmla="*/ 274 h 492"/>
                                <a:gd name="T60" fmla="*/ 77 w 125"/>
                                <a:gd name="T61" fmla="*/ 283 h 492"/>
                                <a:gd name="T62" fmla="*/ 82 w 125"/>
                                <a:gd name="T63" fmla="*/ 297 h 492"/>
                                <a:gd name="T64" fmla="*/ 82 w 125"/>
                                <a:gd name="T65" fmla="*/ 306 h 492"/>
                                <a:gd name="T66" fmla="*/ 87 w 125"/>
                                <a:gd name="T67" fmla="*/ 316 h 492"/>
                                <a:gd name="T68" fmla="*/ 87 w 125"/>
                                <a:gd name="T69" fmla="*/ 325 h 492"/>
                                <a:gd name="T70" fmla="*/ 92 w 125"/>
                                <a:gd name="T71" fmla="*/ 334 h 492"/>
                                <a:gd name="T72" fmla="*/ 92 w 125"/>
                                <a:gd name="T73" fmla="*/ 343 h 492"/>
                                <a:gd name="T74" fmla="*/ 96 w 125"/>
                                <a:gd name="T75" fmla="*/ 357 h 492"/>
                                <a:gd name="T76" fmla="*/ 96 w 125"/>
                                <a:gd name="T77" fmla="*/ 367 h 492"/>
                                <a:gd name="T78" fmla="*/ 101 w 125"/>
                                <a:gd name="T79" fmla="*/ 376 h 492"/>
                                <a:gd name="T80" fmla="*/ 101 w 125"/>
                                <a:gd name="T81" fmla="*/ 385 h 492"/>
                                <a:gd name="T82" fmla="*/ 106 w 125"/>
                                <a:gd name="T83" fmla="*/ 394 h 492"/>
                                <a:gd name="T84" fmla="*/ 106 w 125"/>
                                <a:gd name="T85" fmla="*/ 408 h 492"/>
                                <a:gd name="T86" fmla="*/ 111 w 125"/>
                                <a:gd name="T87" fmla="*/ 418 h 492"/>
                                <a:gd name="T88" fmla="*/ 111 w 125"/>
                                <a:gd name="T89" fmla="*/ 427 h 492"/>
                                <a:gd name="T90" fmla="*/ 116 w 125"/>
                                <a:gd name="T91" fmla="*/ 441 h 492"/>
                                <a:gd name="T92" fmla="*/ 116 w 125"/>
                                <a:gd name="T93" fmla="*/ 450 h 492"/>
                                <a:gd name="T94" fmla="*/ 121 w 125"/>
                                <a:gd name="T95" fmla="*/ 459 h 492"/>
                                <a:gd name="T96" fmla="*/ 121 w 125"/>
                                <a:gd name="T97" fmla="*/ 473 h 492"/>
                                <a:gd name="T98" fmla="*/ 125 w 125"/>
                                <a:gd name="T99" fmla="*/ 483 h 492"/>
                                <a:gd name="T100" fmla="*/ 125 w 125"/>
                                <a:gd name="T101" fmla="*/ 492 h 49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9" name="Line 646"/>
                        <wps:cNvCnPr/>
                        <wps:spPr bwMode="auto">
                          <a:xfrm>
                            <a:off x="7409" y="429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8184" y="552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84C2A" w14:textId="77777777" w:rsidR="005E66A8" w:rsidRPr="009465C6" w:rsidRDefault="005E66A8" w:rsidP="00D57DCC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31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420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D4B30" w14:textId="77777777" w:rsidR="005E66A8" w:rsidRPr="009465C6" w:rsidRDefault="005E66A8" w:rsidP="00D57DCC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32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7164" y="555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4B8C6" w14:textId="77777777" w:rsidR="005E66A8" w:rsidRPr="009465C6" w:rsidRDefault="005E66A8" w:rsidP="00D57DCC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05EC6" id="Group 185" o:spid="_x0000_s1046" style="width:68.45pt;height:65.8pt;mso-position-horizontal-relative:char;mso-position-vertical-relative:line" coordorigin="6549,4209" coordsize="1995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">
                <v:line id="Line 642" o:spid="_x0000_s1047" style="position:absolute;visibility:visible;mso-wrap-style:square" from="6549,5544" to="8349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">
                  <v:stroke endarrow="block"/>
                </v:line>
                <v:group id="Group 643" o:spid="_x0000_s1048" style="position:absolute;left:7149;top:4419;width:872;height:1002;flip:y" coordorigin="3955,6174" coordsize="87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">
                  <v:shape id="Freeform 644" o:spid="_x0000_s1049" style="position:absolute;left:3955;top:6174;width:747;height:1002;visibility:visible;mso-wrap-style:square;v-text-anchor:top" coordsize="747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" path="m,1002r5,-5l5,993r,-5l5,983r5,-9l10,969r,-4l10,960r5,-5l15,951r,-9l15,937r4,-5l19,928r,-5l19,918r5,-9l24,904r,-4l24,895r5,-4l29,886r,-5l29,877r5,-5l34,863r,-5l34,853r5,-4l39,844r,-4l39,835r4,-5l43,826r,-5l43,816r5,-9l48,802r,-4l48,793r5,-4l53,784r,-5l53,775r5,-5l58,765r,-4l58,756r5,-5l63,747r,-5l63,738r5,-5l68,728r,-4l68,719r4,-5l72,710r,-5l72,700r5,-4l77,691r,-5l77,682r5,-5l82,673r,-5l82,663r5,-4l87,654r,-5l87,645r5,-5l92,635r,-4l92,626r5,-4l97,617r,-5l101,608r,-5l101,598r,-4l106,589r,-5l106,580r,-5l111,571r,-5l111,561r5,-4l116,552r,-5l116,543r5,-5l121,533r,-4l125,524r,-4l125,515r,-5l130,506r,-5l130,496r5,-4l135,487r,-5l135,478r5,-5l140,469r,-5l140,459r5,l145,455r,-5l145,445r5,-4l150,436r,-5l154,427r,-5l154,418r5,-5l159,408r,-4l164,399r,-5l164,390r5,-5l169,380r,-4l174,371r,-5l174,362r4,-5l178,353r,-5l183,348r,-5l183,339r5,-5l188,329r,-4l193,320r,-5l193,311r5,-5l198,302r,-5l203,297r,-5l203,288r4,-5l207,278r,-4l212,274r,-5l212,264r5,-4l217,255r,-4l222,251r,-5l222,241r5,l227,237r,-5l231,227r,-4l236,218r,-5l236,209r5,l241,204r,-4l246,200r,-5l246,190r5,l251,186r,-5l256,181r,-5l256,172r4,l260,167r,-5l265,162r,-4l265,153r5,l270,149r,-5l275,144r,-5l280,135r,-5l284,125r,-4l289,121r,-5l294,111r,-4l299,107r,-5l299,97r5,l304,93r5,l309,88r4,-4l313,79r5,l318,74r5,l323,70r5,-5l328,60r5,l333,56r4,l337,51r5,l342,46r5,l347,42r5,l352,37r5,l357,33r5,l362,28r4,l371,23r5,l376,19r5,l381,14r5,l390,14r,-5l395,9r5,l400,5r5,l410,5r5,l415,r4,l424,r5,l434,r5,l443,r5,l453,r5,l458,5r5,l468,5r4,l472,9r5,l482,9r5,5l492,14r,5l496,19r5,l501,23r5,l506,28r5,l516,33r5,l521,37r4,l525,42r5,l530,46r5,l535,51r5,l540,56r5,4l550,65r,5l554,70r,4l559,74r,5l564,84r,4l569,88r,5l574,93r,4l578,102r,5l583,107r,4l583,116r5,l588,121r5,4l593,130r5,l598,135r,4l603,139r,5l607,149r,4l612,158r,4l617,167r,5l617,176r5,l622,181r,5l627,186r,4l627,195r4,l631,200r,4l636,204r,5l636,213r5,5l641,223r5,4l646,232r5,5l651,241r,5l656,246r,5l656,255r4,5l660,264r,5l665,269r,5l665,278r5,5l670,288r,4l675,292r,5l675,302r5,4l680,311r,4l684,320r,5l684,329r5,l689,334r,5l694,343r,5l694,353r5,4l699,362r,4l704,371r,5l704,380r5,5l709,390r,4l713,399r,5l713,408r5,5l718,418r,4l723,427r,4l723,436r5,5l728,445r,5l733,455r,4l733,464r4,5l737,473r,5l737,482r5,l742,487r,5l742,496r5,5l747,506r,4e" filled="f" strokecolor="purple" strokeweight="1.5pt">
                    <v:path arrowok="t" o:connecttype="custom" o:connectlocs="10,969;19,932;24,895;34,858;43,826;53,789;58,756;68,724;77,691;87,659;92,626;101,594;111,561;121,529;130,496;140,464;150,436;159,404;174,371;183,343;193,311;207,283;217,255;227,232;241,204;251,181;265,162;275,139;294,111;309,93;323,70;342,51;357,33;381,19;400,5;429,0;458,5;487,14;506,28;530,42;550,65;564,88;583,107;598,130;612,158;622,186;636,204;651,237;660,264;670,292;684,320;694,348;704,380;718,413;728,445;737,478;747,506" o:connectangles="0,0,0,0,0,0,0,0,0,0,0,0,0,0,0,0,0,0,0,0,0,0,0,0,0,0,0,0,0,0,0,0,0,0,0,0,0,0,0,0,0,0,0,0,0,0,0,0,0,0,0,0,0,0,0,0,0"/>
                  </v:shape>
                  <v:shape id="Freeform 645" o:spid="_x0000_s1050" style="position:absolute;left:4702;top:6684;width:125;height:492;visibility:visible;mso-wrap-style:square;v-text-anchor:top" coordsize="12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" path="m,l5,5r,5l5,14r,5l10,23r,5l10,33r5,4l15,42r,5l15,51r4,5l19,61r,4l24,70r,4l24,79r,5l29,88r,5l29,98r,4l34,107r,5l34,116r5,5l39,125r,5l39,135r4,4l43,144r,5l43,153r5,5l48,163r,4l48,172r5,4l53,181r,5l53,190r5,5l58,200r,4l58,209r5,5l63,218r,5l63,228r5,4l68,237r,4l68,246r4,5l72,255r,5l72,265r5,4l77,274r,5l77,283r5,5l82,297r,5l82,306r5,5l87,316r,4l87,325r5,5l92,334r,5l92,343r4,5l96,357r,5l96,367r5,4l101,376r,5l101,385r5,5l106,394r,10l106,408r,5l111,418r,4l111,427r,5l116,441r,4l116,450r,5l121,459r,5l121,473r,5l125,483r,4l125,492e" filled="f" strokecolor="purple" strokeweight="1.5pt">
                    <v:path arrowok="t" o:connecttype="custom" o:connectlocs="5,5;5,14;10,23;10,33;15,42;15,51;19,61;24,70;24,79;29,88;29,98;34,107;34,116;39,125;39,135;43,144;43,153;48,163;48,172;53,181;53,190;58,200;58,209;63,218;63,228;68,237;68,246;72,255;72,265;77,274;77,283;82,297;82,306;87,316;87,325;92,334;92,343;96,357;96,367;101,376;101,385;106,394;106,408;111,418;111,427;116,441;116,450;121,459;121,473;125,483;125,492" o:connectangles="0,0,0,0,0,0,0,0,0,0,0,0,0,0,0,0,0,0,0,0,0,0,0,0,0,0,0,0,0,0,0,0,0,0,0,0,0,0,0,0,0,0,0,0,0,0,0,0,0,0,0"/>
                  </v:shape>
                </v:group>
                <v:line id="Line 646" o:spid="_x0000_s1051" style="position:absolute;visibility:visible;mso-wrap-style:square" from="7409,4299" to="7409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">
                  <v:stroke startarrow="block"/>
                </v:line>
                <v:shape id="Text Box 647" o:spid="_x0000_s1052" type="#_x0000_t202" style="position:absolute;left:8184;top:55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" filled="f" stroked="f">
                  <v:textbox inset=".5mm,0,.5mm,0">
                    <w:txbxContent>
                      <w:p w14:paraId="0CE84C2A" w14:textId="77777777" w:rsidR="005E66A8" w:rsidRPr="009465C6" w:rsidRDefault="005E66A8" w:rsidP="00D57DCC">
                        <w:r>
                          <w:t>x</w:t>
                        </w:r>
                      </w:p>
                    </w:txbxContent>
                  </v:textbox>
                </v:shape>
                <v:shape id="Text Box 648" o:spid="_x0000_s1053" type="#_x0000_t202" style="position:absolute;left:7509;top:420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" filled="f" stroked="f">
                  <v:textbox inset=".5mm,0,.5mm,0">
                    <w:txbxContent>
                      <w:p w14:paraId="19AD4B30" w14:textId="77777777" w:rsidR="005E66A8" w:rsidRPr="009465C6" w:rsidRDefault="005E66A8" w:rsidP="00D57DCC">
                        <w:r>
                          <w:t>y</w:t>
                        </w:r>
                      </w:p>
                    </w:txbxContent>
                  </v:textbox>
                </v:shape>
                <v:shape id="Text Box 649" o:spid="_x0000_s1054" type="#_x0000_t202" style="position:absolute;left:7164;top:555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" filled="f" stroked="f">
                  <v:textbox inset=".5mm,0,.5mm,0">
                    <w:txbxContent>
                      <w:p w14:paraId="73C4B8C6" w14:textId="77777777" w:rsidR="005E66A8" w:rsidRPr="009465C6" w:rsidRDefault="005E66A8" w:rsidP="00D57DCC">
                        <w: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sv-SE"/>
        </w:rPr>
        <w:t xml:space="preserve">C. </w:t>
      </w:r>
      <w:r w:rsidR="00D57DCC" w:rsidRPr="000B2A56">
        <w:rPr>
          <w:rFonts w:ascii="Palatino Linotype" w:hAnsi="Palatino Linotype" w:cs="Chu Van An (Uni)"/>
          <w:noProof/>
          <w:color w:val="000000"/>
          <w:sz w:val="24"/>
        </w:rPr>
        <mc:AlternateContent>
          <mc:Choice Requires="wpg">
            <w:drawing>
              <wp:inline distT="0" distB="0" distL="0" distR="0" wp14:anchorId="7194CD34" wp14:editId="74912705">
                <wp:extent cx="920115" cy="866140"/>
                <wp:effectExtent l="9525" t="0" r="3810" b="10160"/>
                <wp:docPr id="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" cy="866140"/>
                          <a:chOff x="1989" y="6174"/>
                          <a:chExt cx="1995" cy="1725"/>
                        </a:xfrm>
                      </wpg:grpSpPr>
                      <wps:wsp>
                        <wps:cNvPr id="3" name="Line 661"/>
                        <wps:cNvCnPr/>
                        <wps:spPr bwMode="auto">
                          <a:xfrm>
                            <a:off x="1989" y="683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" name="Group 662"/>
                        <wpg:cNvGrpSpPr>
                          <a:grpSpLocks/>
                        </wpg:cNvGrpSpPr>
                        <wpg:grpSpPr bwMode="auto">
                          <a:xfrm>
                            <a:off x="2229" y="6837"/>
                            <a:ext cx="872" cy="1002"/>
                            <a:chOff x="3955" y="6174"/>
                            <a:chExt cx="872" cy="1002"/>
                          </a:xfrm>
                        </wpg:grpSpPr>
                        <wps:wsp>
                          <wps:cNvPr id="5" name="Freeform 663"/>
                          <wps:cNvSpPr>
                            <a:spLocks/>
                          </wps:cNvSpPr>
                          <wps:spPr bwMode="auto">
                            <a:xfrm>
                              <a:off x="3955" y="6174"/>
                              <a:ext cx="747" cy="1002"/>
                            </a:xfrm>
                            <a:custGeom>
                              <a:avLst/>
                              <a:gdLst>
                                <a:gd name="T0" fmla="*/ 10 w 747"/>
                                <a:gd name="T1" fmla="*/ 969 h 1002"/>
                                <a:gd name="T2" fmla="*/ 19 w 747"/>
                                <a:gd name="T3" fmla="*/ 932 h 1002"/>
                                <a:gd name="T4" fmla="*/ 24 w 747"/>
                                <a:gd name="T5" fmla="*/ 895 h 1002"/>
                                <a:gd name="T6" fmla="*/ 34 w 747"/>
                                <a:gd name="T7" fmla="*/ 858 h 1002"/>
                                <a:gd name="T8" fmla="*/ 43 w 747"/>
                                <a:gd name="T9" fmla="*/ 826 h 1002"/>
                                <a:gd name="T10" fmla="*/ 53 w 747"/>
                                <a:gd name="T11" fmla="*/ 789 h 1002"/>
                                <a:gd name="T12" fmla="*/ 58 w 747"/>
                                <a:gd name="T13" fmla="*/ 756 h 1002"/>
                                <a:gd name="T14" fmla="*/ 68 w 747"/>
                                <a:gd name="T15" fmla="*/ 724 h 1002"/>
                                <a:gd name="T16" fmla="*/ 77 w 747"/>
                                <a:gd name="T17" fmla="*/ 691 h 1002"/>
                                <a:gd name="T18" fmla="*/ 87 w 747"/>
                                <a:gd name="T19" fmla="*/ 659 h 1002"/>
                                <a:gd name="T20" fmla="*/ 92 w 747"/>
                                <a:gd name="T21" fmla="*/ 626 h 1002"/>
                                <a:gd name="T22" fmla="*/ 101 w 747"/>
                                <a:gd name="T23" fmla="*/ 594 h 1002"/>
                                <a:gd name="T24" fmla="*/ 111 w 747"/>
                                <a:gd name="T25" fmla="*/ 561 h 1002"/>
                                <a:gd name="T26" fmla="*/ 121 w 747"/>
                                <a:gd name="T27" fmla="*/ 529 h 1002"/>
                                <a:gd name="T28" fmla="*/ 130 w 747"/>
                                <a:gd name="T29" fmla="*/ 496 h 1002"/>
                                <a:gd name="T30" fmla="*/ 140 w 747"/>
                                <a:gd name="T31" fmla="*/ 464 h 1002"/>
                                <a:gd name="T32" fmla="*/ 150 w 747"/>
                                <a:gd name="T33" fmla="*/ 436 h 1002"/>
                                <a:gd name="T34" fmla="*/ 159 w 747"/>
                                <a:gd name="T35" fmla="*/ 404 h 1002"/>
                                <a:gd name="T36" fmla="*/ 174 w 747"/>
                                <a:gd name="T37" fmla="*/ 371 h 1002"/>
                                <a:gd name="T38" fmla="*/ 183 w 747"/>
                                <a:gd name="T39" fmla="*/ 343 h 1002"/>
                                <a:gd name="T40" fmla="*/ 193 w 747"/>
                                <a:gd name="T41" fmla="*/ 311 h 1002"/>
                                <a:gd name="T42" fmla="*/ 207 w 747"/>
                                <a:gd name="T43" fmla="*/ 283 h 1002"/>
                                <a:gd name="T44" fmla="*/ 217 w 747"/>
                                <a:gd name="T45" fmla="*/ 255 h 1002"/>
                                <a:gd name="T46" fmla="*/ 227 w 747"/>
                                <a:gd name="T47" fmla="*/ 232 h 1002"/>
                                <a:gd name="T48" fmla="*/ 241 w 747"/>
                                <a:gd name="T49" fmla="*/ 204 h 1002"/>
                                <a:gd name="T50" fmla="*/ 251 w 747"/>
                                <a:gd name="T51" fmla="*/ 181 h 1002"/>
                                <a:gd name="T52" fmla="*/ 265 w 747"/>
                                <a:gd name="T53" fmla="*/ 162 h 1002"/>
                                <a:gd name="T54" fmla="*/ 275 w 747"/>
                                <a:gd name="T55" fmla="*/ 139 h 1002"/>
                                <a:gd name="T56" fmla="*/ 294 w 747"/>
                                <a:gd name="T57" fmla="*/ 111 h 1002"/>
                                <a:gd name="T58" fmla="*/ 309 w 747"/>
                                <a:gd name="T59" fmla="*/ 93 h 1002"/>
                                <a:gd name="T60" fmla="*/ 323 w 747"/>
                                <a:gd name="T61" fmla="*/ 70 h 1002"/>
                                <a:gd name="T62" fmla="*/ 342 w 747"/>
                                <a:gd name="T63" fmla="*/ 51 h 1002"/>
                                <a:gd name="T64" fmla="*/ 357 w 747"/>
                                <a:gd name="T65" fmla="*/ 33 h 1002"/>
                                <a:gd name="T66" fmla="*/ 381 w 747"/>
                                <a:gd name="T67" fmla="*/ 19 h 1002"/>
                                <a:gd name="T68" fmla="*/ 400 w 747"/>
                                <a:gd name="T69" fmla="*/ 5 h 1002"/>
                                <a:gd name="T70" fmla="*/ 429 w 747"/>
                                <a:gd name="T71" fmla="*/ 0 h 1002"/>
                                <a:gd name="T72" fmla="*/ 458 w 747"/>
                                <a:gd name="T73" fmla="*/ 5 h 1002"/>
                                <a:gd name="T74" fmla="*/ 487 w 747"/>
                                <a:gd name="T75" fmla="*/ 14 h 1002"/>
                                <a:gd name="T76" fmla="*/ 506 w 747"/>
                                <a:gd name="T77" fmla="*/ 28 h 1002"/>
                                <a:gd name="T78" fmla="*/ 530 w 747"/>
                                <a:gd name="T79" fmla="*/ 42 h 1002"/>
                                <a:gd name="T80" fmla="*/ 550 w 747"/>
                                <a:gd name="T81" fmla="*/ 65 h 1002"/>
                                <a:gd name="T82" fmla="*/ 564 w 747"/>
                                <a:gd name="T83" fmla="*/ 88 h 1002"/>
                                <a:gd name="T84" fmla="*/ 583 w 747"/>
                                <a:gd name="T85" fmla="*/ 107 h 1002"/>
                                <a:gd name="T86" fmla="*/ 598 w 747"/>
                                <a:gd name="T87" fmla="*/ 130 h 1002"/>
                                <a:gd name="T88" fmla="*/ 612 w 747"/>
                                <a:gd name="T89" fmla="*/ 158 h 1002"/>
                                <a:gd name="T90" fmla="*/ 622 w 747"/>
                                <a:gd name="T91" fmla="*/ 186 h 1002"/>
                                <a:gd name="T92" fmla="*/ 636 w 747"/>
                                <a:gd name="T93" fmla="*/ 204 h 1002"/>
                                <a:gd name="T94" fmla="*/ 651 w 747"/>
                                <a:gd name="T95" fmla="*/ 237 h 1002"/>
                                <a:gd name="T96" fmla="*/ 660 w 747"/>
                                <a:gd name="T97" fmla="*/ 264 h 1002"/>
                                <a:gd name="T98" fmla="*/ 670 w 747"/>
                                <a:gd name="T99" fmla="*/ 292 h 1002"/>
                                <a:gd name="T100" fmla="*/ 684 w 747"/>
                                <a:gd name="T101" fmla="*/ 320 h 1002"/>
                                <a:gd name="T102" fmla="*/ 694 w 747"/>
                                <a:gd name="T103" fmla="*/ 348 h 1002"/>
                                <a:gd name="T104" fmla="*/ 704 w 747"/>
                                <a:gd name="T105" fmla="*/ 380 h 1002"/>
                                <a:gd name="T106" fmla="*/ 718 w 747"/>
                                <a:gd name="T107" fmla="*/ 413 h 1002"/>
                                <a:gd name="T108" fmla="*/ 728 w 747"/>
                                <a:gd name="T109" fmla="*/ 445 h 1002"/>
                                <a:gd name="T110" fmla="*/ 737 w 747"/>
                                <a:gd name="T111" fmla="*/ 478 h 1002"/>
                                <a:gd name="T112" fmla="*/ 747 w 747"/>
                                <a:gd name="T113" fmla="*/ 506 h 1002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664"/>
                          <wps:cNvSpPr>
                            <a:spLocks/>
                          </wps:cNvSpPr>
                          <wps:spPr bwMode="auto">
                            <a:xfrm>
                              <a:off x="4702" y="6684"/>
                              <a:ext cx="125" cy="492"/>
                            </a:xfrm>
                            <a:custGeom>
                              <a:avLst/>
                              <a:gdLst>
                                <a:gd name="T0" fmla="*/ 5 w 125"/>
                                <a:gd name="T1" fmla="*/ 5 h 492"/>
                                <a:gd name="T2" fmla="*/ 5 w 125"/>
                                <a:gd name="T3" fmla="*/ 14 h 492"/>
                                <a:gd name="T4" fmla="*/ 10 w 125"/>
                                <a:gd name="T5" fmla="*/ 23 h 492"/>
                                <a:gd name="T6" fmla="*/ 10 w 125"/>
                                <a:gd name="T7" fmla="*/ 33 h 492"/>
                                <a:gd name="T8" fmla="*/ 15 w 125"/>
                                <a:gd name="T9" fmla="*/ 42 h 492"/>
                                <a:gd name="T10" fmla="*/ 15 w 125"/>
                                <a:gd name="T11" fmla="*/ 51 h 492"/>
                                <a:gd name="T12" fmla="*/ 19 w 125"/>
                                <a:gd name="T13" fmla="*/ 61 h 492"/>
                                <a:gd name="T14" fmla="*/ 24 w 125"/>
                                <a:gd name="T15" fmla="*/ 70 h 492"/>
                                <a:gd name="T16" fmla="*/ 24 w 125"/>
                                <a:gd name="T17" fmla="*/ 79 h 492"/>
                                <a:gd name="T18" fmla="*/ 29 w 125"/>
                                <a:gd name="T19" fmla="*/ 88 h 492"/>
                                <a:gd name="T20" fmla="*/ 29 w 125"/>
                                <a:gd name="T21" fmla="*/ 98 h 492"/>
                                <a:gd name="T22" fmla="*/ 34 w 125"/>
                                <a:gd name="T23" fmla="*/ 107 h 492"/>
                                <a:gd name="T24" fmla="*/ 34 w 125"/>
                                <a:gd name="T25" fmla="*/ 116 h 492"/>
                                <a:gd name="T26" fmla="*/ 39 w 125"/>
                                <a:gd name="T27" fmla="*/ 125 h 492"/>
                                <a:gd name="T28" fmla="*/ 39 w 125"/>
                                <a:gd name="T29" fmla="*/ 135 h 492"/>
                                <a:gd name="T30" fmla="*/ 43 w 125"/>
                                <a:gd name="T31" fmla="*/ 144 h 492"/>
                                <a:gd name="T32" fmla="*/ 43 w 125"/>
                                <a:gd name="T33" fmla="*/ 153 h 492"/>
                                <a:gd name="T34" fmla="*/ 48 w 125"/>
                                <a:gd name="T35" fmla="*/ 163 h 492"/>
                                <a:gd name="T36" fmla="*/ 48 w 125"/>
                                <a:gd name="T37" fmla="*/ 172 h 492"/>
                                <a:gd name="T38" fmla="*/ 53 w 125"/>
                                <a:gd name="T39" fmla="*/ 181 h 492"/>
                                <a:gd name="T40" fmla="*/ 53 w 125"/>
                                <a:gd name="T41" fmla="*/ 190 h 492"/>
                                <a:gd name="T42" fmla="*/ 58 w 125"/>
                                <a:gd name="T43" fmla="*/ 200 h 492"/>
                                <a:gd name="T44" fmla="*/ 58 w 125"/>
                                <a:gd name="T45" fmla="*/ 209 h 492"/>
                                <a:gd name="T46" fmla="*/ 63 w 125"/>
                                <a:gd name="T47" fmla="*/ 218 h 492"/>
                                <a:gd name="T48" fmla="*/ 63 w 125"/>
                                <a:gd name="T49" fmla="*/ 228 h 492"/>
                                <a:gd name="T50" fmla="*/ 68 w 125"/>
                                <a:gd name="T51" fmla="*/ 237 h 492"/>
                                <a:gd name="T52" fmla="*/ 68 w 125"/>
                                <a:gd name="T53" fmla="*/ 246 h 492"/>
                                <a:gd name="T54" fmla="*/ 72 w 125"/>
                                <a:gd name="T55" fmla="*/ 255 h 492"/>
                                <a:gd name="T56" fmla="*/ 72 w 125"/>
                                <a:gd name="T57" fmla="*/ 265 h 492"/>
                                <a:gd name="T58" fmla="*/ 77 w 125"/>
                                <a:gd name="T59" fmla="*/ 274 h 492"/>
                                <a:gd name="T60" fmla="*/ 77 w 125"/>
                                <a:gd name="T61" fmla="*/ 283 h 492"/>
                                <a:gd name="T62" fmla="*/ 82 w 125"/>
                                <a:gd name="T63" fmla="*/ 297 h 492"/>
                                <a:gd name="T64" fmla="*/ 82 w 125"/>
                                <a:gd name="T65" fmla="*/ 306 h 492"/>
                                <a:gd name="T66" fmla="*/ 87 w 125"/>
                                <a:gd name="T67" fmla="*/ 316 h 492"/>
                                <a:gd name="T68" fmla="*/ 87 w 125"/>
                                <a:gd name="T69" fmla="*/ 325 h 492"/>
                                <a:gd name="T70" fmla="*/ 92 w 125"/>
                                <a:gd name="T71" fmla="*/ 334 h 492"/>
                                <a:gd name="T72" fmla="*/ 92 w 125"/>
                                <a:gd name="T73" fmla="*/ 343 h 492"/>
                                <a:gd name="T74" fmla="*/ 96 w 125"/>
                                <a:gd name="T75" fmla="*/ 357 h 492"/>
                                <a:gd name="T76" fmla="*/ 96 w 125"/>
                                <a:gd name="T77" fmla="*/ 367 h 492"/>
                                <a:gd name="T78" fmla="*/ 101 w 125"/>
                                <a:gd name="T79" fmla="*/ 376 h 492"/>
                                <a:gd name="T80" fmla="*/ 101 w 125"/>
                                <a:gd name="T81" fmla="*/ 385 h 492"/>
                                <a:gd name="T82" fmla="*/ 106 w 125"/>
                                <a:gd name="T83" fmla="*/ 394 h 492"/>
                                <a:gd name="T84" fmla="*/ 106 w 125"/>
                                <a:gd name="T85" fmla="*/ 408 h 492"/>
                                <a:gd name="T86" fmla="*/ 111 w 125"/>
                                <a:gd name="T87" fmla="*/ 418 h 492"/>
                                <a:gd name="T88" fmla="*/ 111 w 125"/>
                                <a:gd name="T89" fmla="*/ 427 h 492"/>
                                <a:gd name="T90" fmla="*/ 116 w 125"/>
                                <a:gd name="T91" fmla="*/ 441 h 492"/>
                                <a:gd name="T92" fmla="*/ 116 w 125"/>
                                <a:gd name="T93" fmla="*/ 450 h 492"/>
                                <a:gd name="T94" fmla="*/ 121 w 125"/>
                                <a:gd name="T95" fmla="*/ 459 h 492"/>
                                <a:gd name="T96" fmla="*/ 121 w 125"/>
                                <a:gd name="T97" fmla="*/ 473 h 492"/>
                                <a:gd name="T98" fmla="*/ 125 w 125"/>
                                <a:gd name="T99" fmla="*/ 483 h 492"/>
                                <a:gd name="T100" fmla="*/ 125 w 125"/>
                                <a:gd name="T101" fmla="*/ 492 h 49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Line 665"/>
                        <wps:cNvCnPr/>
                        <wps:spPr bwMode="auto">
                          <a:xfrm>
                            <a:off x="2864" y="627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3624" y="686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2F097" w14:textId="77777777" w:rsidR="005E66A8" w:rsidRPr="009465C6" w:rsidRDefault="005E66A8" w:rsidP="00D57DCC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9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2634" y="61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6E0FB" w14:textId="77777777" w:rsidR="005E66A8" w:rsidRPr="009465C6" w:rsidRDefault="005E66A8" w:rsidP="00D57DCC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10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2859" y="656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AEFF0" w14:textId="77777777" w:rsidR="005E66A8" w:rsidRPr="009465C6" w:rsidRDefault="005E66A8" w:rsidP="00D57DCC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4CD34" id="Group 176" o:spid="_x0000_s1055" style="width:72.45pt;height:68.2pt;mso-position-horizontal-relative:char;mso-position-vertical-relative:line" coordorigin="1989,6174" coordsize="199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">
                <v:line id="Line 661" o:spid="_x0000_s1056" style="position:absolute;visibility:visible;mso-wrap-style:square" from="1989,6834" to="3789,6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rUwwAAANoAAAAPAAAAZHJzL2Rvd25yZXYueG1sRI9BawIx&#10;FITvBf9DeIK3mtWC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7Q8K1MMAAADaAAAADwAA&#10;AAAAAAAAAAAAAAAHAgAAZHJzL2Rvd25yZXYueG1sUEsFBgAAAAADAAMAtwAAAPcCAAAAAA==&#10;">
                  <v:stroke endarrow="block"/>
                </v:line>
                <v:group id="Group 662" o:spid="_x0000_s1057" style="position:absolute;left:2229;top:6837;width:872;height:1002" coordorigin="3955,6174" coordsize="87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63" o:spid="_x0000_s1058" style="position:absolute;left:3955;top:6174;width:747;height:1002;visibility:visible;mso-wrap-style:square;v-text-anchor:top" coordsize="747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" path="m,1002r5,-5l5,993r,-5l5,983r5,-9l10,969r,-4l10,960r5,-5l15,951r,-9l15,937r4,-5l19,928r,-5l19,918r5,-9l24,904r,-4l24,895r5,-4l29,886r,-5l29,877r5,-5l34,863r,-5l34,853r5,-4l39,844r,-4l39,835r4,-5l43,826r,-5l43,816r5,-9l48,802r,-4l48,793r5,-4l53,784r,-5l53,775r5,-5l58,765r,-4l58,756r5,-5l63,747r,-5l63,738r5,-5l68,728r,-4l68,719r4,-5l72,710r,-5l72,700r5,-4l77,691r,-5l77,682r5,-5l82,673r,-5l82,663r5,-4l87,654r,-5l87,645r5,-5l92,635r,-4l92,626r5,-4l97,617r,-5l101,608r,-5l101,598r,-4l106,589r,-5l106,580r,-5l111,571r,-5l111,561r5,-4l116,552r,-5l116,543r5,-5l121,533r,-4l125,524r,-4l125,515r,-5l130,506r,-5l130,496r5,-4l135,487r,-5l135,478r5,-5l140,469r,-5l140,459r5,l145,455r,-5l145,445r5,-4l150,436r,-5l154,427r,-5l154,418r5,-5l159,408r,-4l164,399r,-5l164,390r5,-5l169,380r,-4l174,371r,-5l174,362r4,-5l178,353r,-5l183,348r,-5l183,339r5,-5l188,329r,-4l193,320r,-5l193,311r5,-5l198,302r,-5l203,297r,-5l203,288r4,-5l207,278r,-4l212,274r,-5l212,264r5,-4l217,255r,-4l222,251r,-5l222,241r5,l227,237r,-5l231,227r,-4l236,218r,-5l236,209r5,l241,204r,-4l246,200r,-5l246,190r5,l251,186r,-5l256,181r,-5l256,172r4,l260,167r,-5l265,162r,-4l265,153r5,l270,149r,-5l275,144r,-5l280,135r,-5l284,125r,-4l289,121r,-5l294,111r,-4l299,107r,-5l299,97r5,l304,93r5,l309,88r4,-4l313,79r5,l318,74r5,l323,70r5,-5l328,60r5,l333,56r4,l337,51r5,l342,46r5,l347,42r5,l352,37r5,l357,33r5,l362,28r4,l371,23r5,l376,19r5,l381,14r5,l390,14r,-5l395,9r5,l400,5r5,l410,5r5,l415,r4,l424,r5,l434,r5,l443,r5,l453,r5,l458,5r5,l468,5r4,l472,9r5,l482,9r5,5l492,14r,5l496,19r5,l501,23r5,l506,28r5,l516,33r5,l521,37r4,l525,42r5,l530,46r5,l535,51r5,l540,56r5,4l550,65r,5l554,70r,4l559,74r,5l564,84r,4l569,88r,5l574,93r,4l578,102r,5l583,107r,4l583,116r5,l588,121r5,4l593,130r5,l598,135r,4l603,139r,5l607,149r,4l612,158r,4l617,167r,5l617,176r5,l622,181r,5l627,186r,4l627,195r4,l631,200r,4l636,204r,5l636,213r5,5l641,223r5,4l646,232r5,5l651,241r,5l656,246r,5l656,255r4,5l660,264r,5l665,269r,5l665,278r5,5l670,288r,4l675,292r,5l675,302r5,4l680,311r,4l684,320r,5l684,329r5,l689,334r,5l694,343r,5l694,353r5,4l699,362r,4l704,371r,5l704,380r5,5l709,390r,4l713,399r,5l713,408r5,5l718,418r,4l723,427r,4l723,436r5,5l728,445r,5l733,455r,4l733,464r4,5l737,473r,5l737,482r5,l742,487r,5l742,496r5,5l747,506r,4e" filled="f" strokecolor="purple" strokeweight="1.5pt">
                    <v:path arrowok="t" o:connecttype="custom" o:connectlocs="10,969;19,932;24,895;34,858;43,826;53,789;58,756;68,724;77,691;87,659;92,626;101,594;111,561;121,529;130,496;140,464;150,436;159,404;174,371;183,343;193,311;207,283;217,255;227,232;241,204;251,181;265,162;275,139;294,111;309,93;323,70;342,51;357,33;381,19;400,5;429,0;458,5;487,14;506,28;530,42;550,65;564,88;583,107;598,130;612,158;622,186;636,204;651,237;660,264;670,292;684,320;694,348;704,380;718,413;728,445;737,478;747,506" o:connectangles="0,0,0,0,0,0,0,0,0,0,0,0,0,0,0,0,0,0,0,0,0,0,0,0,0,0,0,0,0,0,0,0,0,0,0,0,0,0,0,0,0,0,0,0,0,0,0,0,0,0,0,0,0,0,0,0,0"/>
                  </v:shape>
                  <v:shape id="Freeform 664" o:spid="_x0000_s1059" style="position:absolute;left:4702;top:6684;width:125;height:492;visibility:visible;mso-wrap-style:square;v-text-anchor:top" coordsize="12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" path="m,l5,5r,5l5,14r,5l10,23r,5l10,33r5,4l15,42r,5l15,51r4,5l19,61r,4l24,70r,4l24,79r,5l29,88r,5l29,98r,4l34,107r,5l34,116r5,5l39,125r,5l39,135r4,4l43,144r,5l43,153r5,5l48,163r,4l48,172r5,4l53,181r,5l53,190r5,5l58,200r,4l58,209r5,5l63,218r,5l63,228r5,4l68,237r,4l68,246r4,5l72,255r,5l72,265r5,4l77,274r,5l77,283r5,5l82,297r,5l82,306r5,5l87,316r,4l87,325r5,5l92,334r,5l92,343r4,5l96,357r,5l96,367r5,4l101,376r,5l101,385r5,5l106,394r,10l106,408r,5l111,418r,4l111,427r,5l116,441r,4l116,450r,5l121,459r,5l121,473r,5l125,483r,4l125,492e" filled="f" strokecolor="purple" strokeweight="1.5pt">
                    <v:path arrowok="t" o:connecttype="custom" o:connectlocs="5,5;5,14;10,23;10,33;15,42;15,51;19,61;24,70;24,79;29,88;29,98;34,107;34,116;39,125;39,135;43,144;43,153;48,163;48,172;53,181;53,190;58,200;58,209;63,218;63,228;68,237;68,246;72,255;72,265;77,274;77,283;82,297;82,306;87,316;87,325;92,334;92,343;96,357;96,367;101,376;101,385;106,394;106,408;111,418;111,427;116,441;116,450;121,459;121,473;125,483;125,492" o:connectangles="0,0,0,0,0,0,0,0,0,0,0,0,0,0,0,0,0,0,0,0,0,0,0,0,0,0,0,0,0,0,0,0,0,0,0,0,0,0,0,0,0,0,0,0,0,0,0,0,0,0,0"/>
                  </v:shape>
                </v:group>
                <v:line id="Line 665" o:spid="_x0000_s1060" style="position:absolute;visibility:visible;mso-wrap-style:square" from="2864,6279" to="2864,7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">
                  <v:stroke startarrow="block"/>
                </v:line>
                <v:shape id="Text Box 666" o:spid="_x0000_s1061" type="#_x0000_t202" style="position:absolute;left:3624;top:68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" filled="f" stroked="f">
                  <v:textbox inset=".5mm,0,.5mm,0">
                    <w:txbxContent>
                      <w:p w14:paraId="3402F097" w14:textId="77777777" w:rsidR="005E66A8" w:rsidRPr="009465C6" w:rsidRDefault="005E66A8" w:rsidP="00D57DCC">
                        <w:r>
                          <w:t>x</w:t>
                        </w:r>
                      </w:p>
                    </w:txbxContent>
                  </v:textbox>
                </v:shape>
                <v:shape id="Text Box 667" o:spid="_x0000_s1062" type="#_x0000_t202" style="position:absolute;left:2634;top:617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" filled="f" stroked="f">
                  <v:textbox inset=".5mm,0,.5mm,0">
                    <w:txbxContent>
                      <w:p w14:paraId="4C96E0FB" w14:textId="77777777" w:rsidR="005E66A8" w:rsidRPr="009465C6" w:rsidRDefault="005E66A8" w:rsidP="00D57DCC">
                        <w:r>
                          <w:t>y</w:t>
                        </w:r>
                      </w:p>
                    </w:txbxContent>
                  </v:textbox>
                </v:shape>
                <v:shape id="Text Box 668" o:spid="_x0000_s1063" type="#_x0000_t202" style="position:absolute;left:2859;top:6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" filled="f" stroked="f">
                  <v:textbox inset=".5mm,0,.5mm,0">
                    <w:txbxContent>
                      <w:p w14:paraId="22EAEFF0" w14:textId="77777777" w:rsidR="005E66A8" w:rsidRPr="009465C6" w:rsidRDefault="005E66A8" w:rsidP="00D57DCC">
                        <w: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0B2A56">
        <w:rPr>
          <w:rFonts w:ascii="Palatino Linotype" w:hAnsi="Palatino Linotype" w:cs="Chu Van An (Uni)"/>
          <w:color w:val="000000"/>
          <w:sz w:val="24"/>
          <w:lang w:val="sv-SE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sv-SE"/>
        </w:rPr>
        <w:t xml:space="preserve">D. </w:t>
      </w:r>
      <w:r w:rsidR="00D57DCC" w:rsidRPr="000B2A56">
        <w:rPr>
          <w:rFonts w:ascii="Palatino Linotype" w:hAnsi="Palatino Linotype" w:cs="Chu Van An (Uni)"/>
          <w:noProof/>
          <w:color w:val="000000"/>
          <w:sz w:val="24"/>
        </w:rPr>
        <mc:AlternateContent>
          <mc:Choice Requires="wpg">
            <w:drawing>
              <wp:inline distT="0" distB="0" distL="0" distR="0" wp14:anchorId="7F92D0A4" wp14:editId="3E5B1E16">
                <wp:extent cx="696595" cy="877570"/>
                <wp:effectExtent l="9525" t="0" r="0" b="8255"/>
                <wp:docPr id="1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" cy="877570"/>
                          <a:chOff x="6849" y="6234"/>
                          <a:chExt cx="1995" cy="1725"/>
                        </a:xfrm>
                      </wpg:grpSpPr>
                      <wpg:grpSp>
                        <wpg:cNvPr id="14" name="Group 632"/>
                        <wpg:cNvGrpSpPr>
                          <a:grpSpLocks/>
                        </wpg:cNvGrpSpPr>
                        <wpg:grpSpPr bwMode="auto">
                          <a:xfrm>
                            <a:off x="7252" y="6777"/>
                            <a:ext cx="872" cy="1002"/>
                            <a:chOff x="3955" y="6174"/>
                            <a:chExt cx="872" cy="1002"/>
                          </a:xfrm>
                        </wpg:grpSpPr>
                        <wps:wsp>
                          <wps:cNvPr id="15" name="Freeform 633"/>
                          <wps:cNvSpPr>
                            <a:spLocks/>
                          </wps:cNvSpPr>
                          <wps:spPr bwMode="auto">
                            <a:xfrm>
                              <a:off x="3955" y="6174"/>
                              <a:ext cx="747" cy="1002"/>
                            </a:xfrm>
                            <a:custGeom>
                              <a:avLst/>
                              <a:gdLst>
                                <a:gd name="T0" fmla="*/ 10 w 747"/>
                                <a:gd name="T1" fmla="*/ 969 h 1002"/>
                                <a:gd name="T2" fmla="*/ 19 w 747"/>
                                <a:gd name="T3" fmla="*/ 932 h 1002"/>
                                <a:gd name="T4" fmla="*/ 24 w 747"/>
                                <a:gd name="T5" fmla="*/ 895 h 1002"/>
                                <a:gd name="T6" fmla="*/ 34 w 747"/>
                                <a:gd name="T7" fmla="*/ 858 h 1002"/>
                                <a:gd name="T8" fmla="*/ 43 w 747"/>
                                <a:gd name="T9" fmla="*/ 826 h 1002"/>
                                <a:gd name="T10" fmla="*/ 53 w 747"/>
                                <a:gd name="T11" fmla="*/ 789 h 1002"/>
                                <a:gd name="T12" fmla="*/ 58 w 747"/>
                                <a:gd name="T13" fmla="*/ 756 h 1002"/>
                                <a:gd name="T14" fmla="*/ 68 w 747"/>
                                <a:gd name="T15" fmla="*/ 724 h 1002"/>
                                <a:gd name="T16" fmla="*/ 77 w 747"/>
                                <a:gd name="T17" fmla="*/ 691 h 1002"/>
                                <a:gd name="T18" fmla="*/ 87 w 747"/>
                                <a:gd name="T19" fmla="*/ 659 h 1002"/>
                                <a:gd name="T20" fmla="*/ 92 w 747"/>
                                <a:gd name="T21" fmla="*/ 626 h 1002"/>
                                <a:gd name="T22" fmla="*/ 101 w 747"/>
                                <a:gd name="T23" fmla="*/ 594 h 1002"/>
                                <a:gd name="T24" fmla="*/ 111 w 747"/>
                                <a:gd name="T25" fmla="*/ 561 h 1002"/>
                                <a:gd name="T26" fmla="*/ 121 w 747"/>
                                <a:gd name="T27" fmla="*/ 529 h 1002"/>
                                <a:gd name="T28" fmla="*/ 130 w 747"/>
                                <a:gd name="T29" fmla="*/ 496 h 1002"/>
                                <a:gd name="T30" fmla="*/ 140 w 747"/>
                                <a:gd name="T31" fmla="*/ 464 h 1002"/>
                                <a:gd name="T32" fmla="*/ 150 w 747"/>
                                <a:gd name="T33" fmla="*/ 436 h 1002"/>
                                <a:gd name="T34" fmla="*/ 159 w 747"/>
                                <a:gd name="T35" fmla="*/ 404 h 1002"/>
                                <a:gd name="T36" fmla="*/ 174 w 747"/>
                                <a:gd name="T37" fmla="*/ 371 h 1002"/>
                                <a:gd name="T38" fmla="*/ 183 w 747"/>
                                <a:gd name="T39" fmla="*/ 343 h 1002"/>
                                <a:gd name="T40" fmla="*/ 193 w 747"/>
                                <a:gd name="T41" fmla="*/ 311 h 1002"/>
                                <a:gd name="T42" fmla="*/ 207 w 747"/>
                                <a:gd name="T43" fmla="*/ 283 h 1002"/>
                                <a:gd name="T44" fmla="*/ 217 w 747"/>
                                <a:gd name="T45" fmla="*/ 255 h 1002"/>
                                <a:gd name="T46" fmla="*/ 227 w 747"/>
                                <a:gd name="T47" fmla="*/ 232 h 1002"/>
                                <a:gd name="T48" fmla="*/ 241 w 747"/>
                                <a:gd name="T49" fmla="*/ 204 h 1002"/>
                                <a:gd name="T50" fmla="*/ 251 w 747"/>
                                <a:gd name="T51" fmla="*/ 181 h 1002"/>
                                <a:gd name="T52" fmla="*/ 265 w 747"/>
                                <a:gd name="T53" fmla="*/ 162 h 1002"/>
                                <a:gd name="T54" fmla="*/ 275 w 747"/>
                                <a:gd name="T55" fmla="*/ 139 h 1002"/>
                                <a:gd name="T56" fmla="*/ 294 w 747"/>
                                <a:gd name="T57" fmla="*/ 111 h 1002"/>
                                <a:gd name="T58" fmla="*/ 309 w 747"/>
                                <a:gd name="T59" fmla="*/ 93 h 1002"/>
                                <a:gd name="T60" fmla="*/ 323 w 747"/>
                                <a:gd name="T61" fmla="*/ 70 h 1002"/>
                                <a:gd name="T62" fmla="*/ 342 w 747"/>
                                <a:gd name="T63" fmla="*/ 51 h 1002"/>
                                <a:gd name="T64" fmla="*/ 357 w 747"/>
                                <a:gd name="T65" fmla="*/ 33 h 1002"/>
                                <a:gd name="T66" fmla="*/ 381 w 747"/>
                                <a:gd name="T67" fmla="*/ 19 h 1002"/>
                                <a:gd name="T68" fmla="*/ 400 w 747"/>
                                <a:gd name="T69" fmla="*/ 5 h 1002"/>
                                <a:gd name="T70" fmla="*/ 429 w 747"/>
                                <a:gd name="T71" fmla="*/ 0 h 1002"/>
                                <a:gd name="T72" fmla="*/ 458 w 747"/>
                                <a:gd name="T73" fmla="*/ 5 h 1002"/>
                                <a:gd name="T74" fmla="*/ 487 w 747"/>
                                <a:gd name="T75" fmla="*/ 14 h 1002"/>
                                <a:gd name="T76" fmla="*/ 506 w 747"/>
                                <a:gd name="T77" fmla="*/ 28 h 1002"/>
                                <a:gd name="T78" fmla="*/ 530 w 747"/>
                                <a:gd name="T79" fmla="*/ 42 h 1002"/>
                                <a:gd name="T80" fmla="*/ 550 w 747"/>
                                <a:gd name="T81" fmla="*/ 65 h 1002"/>
                                <a:gd name="T82" fmla="*/ 564 w 747"/>
                                <a:gd name="T83" fmla="*/ 88 h 1002"/>
                                <a:gd name="T84" fmla="*/ 583 w 747"/>
                                <a:gd name="T85" fmla="*/ 107 h 1002"/>
                                <a:gd name="T86" fmla="*/ 598 w 747"/>
                                <a:gd name="T87" fmla="*/ 130 h 1002"/>
                                <a:gd name="T88" fmla="*/ 612 w 747"/>
                                <a:gd name="T89" fmla="*/ 158 h 1002"/>
                                <a:gd name="T90" fmla="*/ 622 w 747"/>
                                <a:gd name="T91" fmla="*/ 186 h 1002"/>
                                <a:gd name="T92" fmla="*/ 636 w 747"/>
                                <a:gd name="T93" fmla="*/ 204 h 1002"/>
                                <a:gd name="T94" fmla="*/ 651 w 747"/>
                                <a:gd name="T95" fmla="*/ 237 h 1002"/>
                                <a:gd name="T96" fmla="*/ 660 w 747"/>
                                <a:gd name="T97" fmla="*/ 264 h 1002"/>
                                <a:gd name="T98" fmla="*/ 670 w 747"/>
                                <a:gd name="T99" fmla="*/ 292 h 1002"/>
                                <a:gd name="T100" fmla="*/ 684 w 747"/>
                                <a:gd name="T101" fmla="*/ 320 h 1002"/>
                                <a:gd name="T102" fmla="*/ 694 w 747"/>
                                <a:gd name="T103" fmla="*/ 348 h 1002"/>
                                <a:gd name="T104" fmla="*/ 704 w 747"/>
                                <a:gd name="T105" fmla="*/ 380 h 1002"/>
                                <a:gd name="T106" fmla="*/ 718 w 747"/>
                                <a:gd name="T107" fmla="*/ 413 h 1002"/>
                                <a:gd name="T108" fmla="*/ 728 w 747"/>
                                <a:gd name="T109" fmla="*/ 445 h 1002"/>
                                <a:gd name="T110" fmla="*/ 737 w 747"/>
                                <a:gd name="T111" fmla="*/ 478 h 1002"/>
                                <a:gd name="T112" fmla="*/ 747 w 747"/>
                                <a:gd name="T113" fmla="*/ 506 h 1002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634"/>
                          <wps:cNvSpPr>
                            <a:spLocks/>
                          </wps:cNvSpPr>
                          <wps:spPr bwMode="auto">
                            <a:xfrm>
                              <a:off x="4702" y="6684"/>
                              <a:ext cx="125" cy="492"/>
                            </a:xfrm>
                            <a:custGeom>
                              <a:avLst/>
                              <a:gdLst>
                                <a:gd name="T0" fmla="*/ 5 w 125"/>
                                <a:gd name="T1" fmla="*/ 5 h 492"/>
                                <a:gd name="T2" fmla="*/ 5 w 125"/>
                                <a:gd name="T3" fmla="*/ 14 h 492"/>
                                <a:gd name="T4" fmla="*/ 10 w 125"/>
                                <a:gd name="T5" fmla="*/ 23 h 492"/>
                                <a:gd name="T6" fmla="*/ 10 w 125"/>
                                <a:gd name="T7" fmla="*/ 33 h 492"/>
                                <a:gd name="T8" fmla="*/ 15 w 125"/>
                                <a:gd name="T9" fmla="*/ 42 h 492"/>
                                <a:gd name="T10" fmla="*/ 15 w 125"/>
                                <a:gd name="T11" fmla="*/ 51 h 492"/>
                                <a:gd name="T12" fmla="*/ 19 w 125"/>
                                <a:gd name="T13" fmla="*/ 61 h 492"/>
                                <a:gd name="T14" fmla="*/ 24 w 125"/>
                                <a:gd name="T15" fmla="*/ 70 h 492"/>
                                <a:gd name="T16" fmla="*/ 24 w 125"/>
                                <a:gd name="T17" fmla="*/ 79 h 492"/>
                                <a:gd name="T18" fmla="*/ 29 w 125"/>
                                <a:gd name="T19" fmla="*/ 88 h 492"/>
                                <a:gd name="T20" fmla="*/ 29 w 125"/>
                                <a:gd name="T21" fmla="*/ 98 h 492"/>
                                <a:gd name="T22" fmla="*/ 34 w 125"/>
                                <a:gd name="T23" fmla="*/ 107 h 492"/>
                                <a:gd name="T24" fmla="*/ 34 w 125"/>
                                <a:gd name="T25" fmla="*/ 116 h 492"/>
                                <a:gd name="T26" fmla="*/ 39 w 125"/>
                                <a:gd name="T27" fmla="*/ 125 h 492"/>
                                <a:gd name="T28" fmla="*/ 39 w 125"/>
                                <a:gd name="T29" fmla="*/ 135 h 492"/>
                                <a:gd name="T30" fmla="*/ 43 w 125"/>
                                <a:gd name="T31" fmla="*/ 144 h 492"/>
                                <a:gd name="T32" fmla="*/ 43 w 125"/>
                                <a:gd name="T33" fmla="*/ 153 h 492"/>
                                <a:gd name="T34" fmla="*/ 48 w 125"/>
                                <a:gd name="T35" fmla="*/ 163 h 492"/>
                                <a:gd name="T36" fmla="*/ 48 w 125"/>
                                <a:gd name="T37" fmla="*/ 172 h 492"/>
                                <a:gd name="T38" fmla="*/ 53 w 125"/>
                                <a:gd name="T39" fmla="*/ 181 h 492"/>
                                <a:gd name="T40" fmla="*/ 53 w 125"/>
                                <a:gd name="T41" fmla="*/ 190 h 492"/>
                                <a:gd name="T42" fmla="*/ 58 w 125"/>
                                <a:gd name="T43" fmla="*/ 200 h 492"/>
                                <a:gd name="T44" fmla="*/ 58 w 125"/>
                                <a:gd name="T45" fmla="*/ 209 h 492"/>
                                <a:gd name="T46" fmla="*/ 63 w 125"/>
                                <a:gd name="T47" fmla="*/ 218 h 492"/>
                                <a:gd name="T48" fmla="*/ 63 w 125"/>
                                <a:gd name="T49" fmla="*/ 228 h 492"/>
                                <a:gd name="T50" fmla="*/ 68 w 125"/>
                                <a:gd name="T51" fmla="*/ 237 h 492"/>
                                <a:gd name="T52" fmla="*/ 68 w 125"/>
                                <a:gd name="T53" fmla="*/ 246 h 492"/>
                                <a:gd name="T54" fmla="*/ 72 w 125"/>
                                <a:gd name="T55" fmla="*/ 255 h 492"/>
                                <a:gd name="T56" fmla="*/ 72 w 125"/>
                                <a:gd name="T57" fmla="*/ 265 h 492"/>
                                <a:gd name="T58" fmla="*/ 77 w 125"/>
                                <a:gd name="T59" fmla="*/ 274 h 492"/>
                                <a:gd name="T60" fmla="*/ 77 w 125"/>
                                <a:gd name="T61" fmla="*/ 283 h 492"/>
                                <a:gd name="T62" fmla="*/ 82 w 125"/>
                                <a:gd name="T63" fmla="*/ 297 h 492"/>
                                <a:gd name="T64" fmla="*/ 82 w 125"/>
                                <a:gd name="T65" fmla="*/ 306 h 492"/>
                                <a:gd name="T66" fmla="*/ 87 w 125"/>
                                <a:gd name="T67" fmla="*/ 316 h 492"/>
                                <a:gd name="T68" fmla="*/ 87 w 125"/>
                                <a:gd name="T69" fmla="*/ 325 h 492"/>
                                <a:gd name="T70" fmla="*/ 92 w 125"/>
                                <a:gd name="T71" fmla="*/ 334 h 492"/>
                                <a:gd name="T72" fmla="*/ 92 w 125"/>
                                <a:gd name="T73" fmla="*/ 343 h 492"/>
                                <a:gd name="T74" fmla="*/ 96 w 125"/>
                                <a:gd name="T75" fmla="*/ 357 h 492"/>
                                <a:gd name="T76" fmla="*/ 96 w 125"/>
                                <a:gd name="T77" fmla="*/ 367 h 492"/>
                                <a:gd name="T78" fmla="*/ 101 w 125"/>
                                <a:gd name="T79" fmla="*/ 376 h 492"/>
                                <a:gd name="T80" fmla="*/ 101 w 125"/>
                                <a:gd name="T81" fmla="*/ 385 h 492"/>
                                <a:gd name="T82" fmla="*/ 106 w 125"/>
                                <a:gd name="T83" fmla="*/ 394 h 492"/>
                                <a:gd name="T84" fmla="*/ 106 w 125"/>
                                <a:gd name="T85" fmla="*/ 408 h 492"/>
                                <a:gd name="T86" fmla="*/ 111 w 125"/>
                                <a:gd name="T87" fmla="*/ 418 h 492"/>
                                <a:gd name="T88" fmla="*/ 111 w 125"/>
                                <a:gd name="T89" fmla="*/ 427 h 492"/>
                                <a:gd name="T90" fmla="*/ 116 w 125"/>
                                <a:gd name="T91" fmla="*/ 441 h 492"/>
                                <a:gd name="T92" fmla="*/ 116 w 125"/>
                                <a:gd name="T93" fmla="*/ 450 h 492"/>
                                <a:gd name="T94" fmla="*/ 121 w 125"/>
                                <a:gd name="T95" fmla="*/ 459 h 492"/>
                                <a:gd name="T96" fmla="*/ 121 w 125"/>
                                <a:gd name="T97" fmla="*/ 473 h 492"/>
                                <a:gd name="T98" fmla="*/ 125 w 125"/>
                                <a:gd name="T99" fmla="*/ 483 h 492"/>
                                <a:gd name="T100" fmla="*/ 125 w 125"/>
                                <a:gd name="T101" fmla="*/ 492 h 49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Line 635"/>
                        <wps:cNvCnPr/>
                        <wps:spPr bwMode="auto">
                          <a:xfrm>
                            <a:off x="7514" y="633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" name="Group 636"/>
                        <wpg:cNvGrpSpPr>
                          <a:grpSpLocks/>
                        </wpg:cNvGrpSpPr>
                        <wpg:grpSpPr bwMode="auto">
                          <a:xfrm>
                            <a:off x="6849" y="7269"/>
                            <a:ext cx="1995" cy="390"/>
                            <a:chOff x="6639" y="6894"/>
                            <a:chExt cx="1995" cy="390"/>
                          </a:xfrm>
                        </wpg:grpSpPr>
                        <wps:wsp>
                          <wps:cNvPr id="19" name="Line 637"/>
                          <wps:cNvCnPr/>
                          <wps:spPr bwMode="auto">
                            <a:xfrm>
                              <a:off x="6639" y="6894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Text Box 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4" y="692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E1B576" w14:textId="77777777" w:rsidR="005E66A8" w:rsidRPr="009465C6" w:rsidRDefault="005E66A8" w:rsidP="00D57DCC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wps:wsp>
                        <wps:cNvPr id="21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7284" y="62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6FE4C" w14:textId="77777777" w:rsidR="005E66A8" w:rsidRPr="009465C6" w:rsidRDefault="005E66A8" w:rsidP="00D57DCC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2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7524" y="723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A0C23" w14:textId="77777777" w:rsidR="005E66A8" w:rsidRPr="009465C6" w:rsidRDefault="005E66A8" w:rsidP="00D57DCC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2D0A4" id="Group 166" o:spid="_x0000_s1064" style="width:54.85pt;height:69.1pt;mso-position-horizontal-relative:char;mso-position-vertical-relative:line" coordorigin="6849,6234" coordsize="199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">
                <v:group id="Group 632" o:spid="_x0000_s1065" style="position:absolute;left:7252;top:6777;width:872;height:1002" coordorigin="3955,6174" coordsize="87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33" o:spid="_x0000_s1066" style="position:absolute;left:3955;top:6174;width:747;height:1002;visibility:visible;mso-wrap-style:square;v-text-anchor:top" coordsize="747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" path="m,1002r5,-5l5,993r,-5l5,983r5,-9l10,969r,-4l10,960r5,-5l15,951r,-9l15,937r4,-5l19,928r,-5l19,918r5,-9l24,904r,-4l24,895r5,-4l29,886r,-5l29,877r5,-5l34,863r,-5l34,853r5,-4l39,844r,-4l39,835r4,-5l43,826r,-5l43,816r5,-9l48,802r,-4l48,793r5,-4l53,784r,-5l53,775r5,-5l58,765r,-4l58,756r5,-5l63,747r,-5l63,738r5,-5l68,728r,-4l68,719r4,-5l72,710r,-5l72,700r5,-4l77,691r,-5l77,682r5,-5l82,673r,-5l82,663r5,-4l87,654r,-5l87,645r5,-5l92,635r,-4l92,626r5,-4l97,617r,-5l101,608r,-5l101,598r,-4l106,589r,-5l106,580r,-5l111,571r,-5l111,561r5,-4l116,552r,-5l116,543r5,-5l121,533r,-4l125,524r,-4l125,515r,-5l130,506r,-5l130,496r5,-4l135,487r,-5l135,478r5,-5l140,469r,-5l140,459r5,l145,455r,-5l145,445r5,-4l150,436r,-5l154,427r,-5l154,418r5,-5l159,408r,-4l164,399r,-5l164,390r5,-5l169,380r,-4l174,371r,-5l174,362r4,-5l178,353r,-5l183,348r,-5l183,339r5,-5l188,329r,-4l193,320r,-5l193,311r5,-5l198,302r,-5l203,297r,-5l203,288r4,-5l207,278r,-4l212,274r,-5l212,264r5,-4l217,255r,-4l222,251r,-5l222,241r5,l227,237r,-5l231,227r,-4l236,218r,-5l236,209r5,l241,204r,-4l246,200r,-5l246,190r5,l251,186r,-5l256,181r,-5l256,172r4,l260,167r,-5l265,162r,-4l265,153r5,l270,149r,-5l275,144r,-5l280,135r,-5l284,125r,-4l289,121r,-5l294,111r,-4l299,107r,-5l299,97r5,l304,93r5,l309,88r4,-4l313,79r5,l318,74r5,l323,70r5,-5l328,60r5,l333,56r4,l337,51r5,l342,46r5,l347,42r5,l352,37r5,l357,33r5,l362,28r4,l371,23r5,l376,19r5,l381,14r5,l390,14r,-5l395,9r5,l400,5r5,l410,5r5,l415,r4,l424,r5,l434,r5,l443,r5,l453,r5,l458,5r5,l468,5r4,l472,9r5,l482,9r5,5l492,14r,5l496,19r5,l501,23r5,l506,28r5,l516,33r5,l521,37r4,l525,42r5,l530,46r5,l535,51r5,l540,56r5,4l550,65r,5l554,70r,4l559,74r,5l564,84r,4l569,88r,5l574,93r,4l578,102r,5l583,107r,4l583,116r5,l588,121r5,4l593,130r5,l598,135r,4l603,139r,5l607,149r,4l612,158r,4l617,167r,5l617,176r5,l622,181r,5l627,186r,4l627,195r4,l631,200r,4l636,204r,5l636,213r5,5l641,223r5,4l646,232r5,5l651,241r,5l656,246r,5l656,255r4,5l660,264r,5l665,269r,5l665,278r5,5l670,288r,4l675,292r,5l675,302r5,4l680,311r,4l684,320r,5l684,329r5,l689,334r,5l694,343r,5l694,353r5,4l699,362r,4l704,371r,5l704,380r5,5l709,390r,4l713,399r,5l713,408r5,5l718,418r,4l723,427r,4l723,436r5,5l728,445r,5l733,455r,4l733,464r4,5l737,473r,5l737,482r5,l742,487r,5l742,496r5,5l747,506r,4e" filled="f" strokecolor="purple" strokeweight="1.5pt">
                    <v:path arrowok="t" o:connecttype="custom" o:connectlocs="10,969;19,932;24,895;34,858;43,826;53,789;58,756;68,724;77,691;87,659;92,626;101,594;111,561;121,529;130,496;140,464;150,436;159,404;174,371;183,343;193,311;207,283;217,255;227,232;241,204;251,181;265,162;275,139;294,111;309,93;323,70;342,51;357,33;381,19;400,5;429,0;458,5;487,14;506,28;530,42;550,65;564,88;583,107;598,130;612,158;622,186;636,204;651,237;660,264;670,292;684,320;694,348;704,380;718,413;728,445;737,478;747,506" o:connectangles="0,0,0,0,0,0,0,0,0,0,0,0,0,0,0,0,0,0,0,0,0,0,0,0,0,0,0,0,0,0,0,0,0,0,0,0,0,0,0,0,0,0,0,0,0,0,0,0,0,0,0,0,0,0,0,0,0"/>
                  </v:shape>
                  <v:shape id="Freeform 634" o:spid="_x0000_s1067" style="position:absolute;left:4702;top:6684;width:125;height:492;visibility:visible;mso-wrap-style:square;v-text-anchor:top" coordsize="12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" path="m,l5,5r,5l5,14r,5l10,23r,5l10,33r5,4l15,42r,5l15,51r4,5l19,61r,4l24,70r,4l24,79r,5l29,88r,5l29,98r,4l34,107r,5l34,116r5,5l39,125r,5l39,135r4,4l43,144r,5l43,153r5,5l48,163r,4l48,172r5,4l53,181r,5l53,190r5,5l58,200r,4l58,209r5,5l63,218r,5l63,228r5,4l68,237r,4l68,246r4,5l72,255r,5l72,265r5,4l77,274r,5l77,283r5,5l82,297r,5l82,306r5,5l87,316r,4l87,325r5,5l92,334r,5l92,343r4,5l96,357r,5l96,367r5,4l101,376r,5l101,385r5,5l106,394r,10l106,408r,5l111,418r,4l111,427r,5l116,441r,4l116,450r,5l121,459r,5l121,473r,5l125,483r,4l125,492e" filled="f" strokecolor="purple" strokeweight="1.5pt">
                    <v:path arrowok="t" o:connecttype="custom" o:connectlocs="5,5;5,14;10,23;10,33;15,42;15,51;19,61;24,70;24,79;29,88;29,98;34,107;34,116;39,125;39,135;43,144;43,153;48,163;48,172;53,181;53,190;58,200;58,209;63,218;63,228;68,237;68,246;72,255;72,265;77,274;77,283;82,297;82,306;87,316;87,325;92,334;92,343;96,357;96,367;101,376;101,385;106,394;106,408;111,418;111,427;116,441;116,450;121,459;121,473;125,483;125,492" o:connectangles="0,0,0,0,0,0,0,0,0,0,0,0,0,0,0,0,0,0,0,0,0,0,0,0,0,0,0,0,0,0,0,0,0,0,0,0,0,0,0,0,0,0,0,0,0,0,0,0,0,0,0"/>
                  </v:shape>
                </v:group>
                <v:line id="Line 635" o:spid="_x0000_s1068" style="position:absolute;visibility:visible;mso-wrap-style:square" from="7514,6339" to="7514,7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">
                  <v:stroke startarrow="block"/>
                </v:line>
                <v:group id="Group 636" o:spid="_x0000_s1069" style="position:absolute;left:6849;top:7269;width:1995;height:390" coordorigin="6639,6894" coordsize="1995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Line 637" o:spid="_x0000_s1070" style="position:absolute;visibility:visible;mso-wrap-style:square" from="6639,6894" to="8439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  <v:stroke endarrow="block"/>
                  </v:line>
                  <v:shape id="Text Box 638" o:spid="_x0000_s1071" type="#_x0000_t202" style="position:absolute;left:8274;top:692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" filled="f" stroked="f">
                    <v:textbox inset=".5mm,0,.5mm,0">
                      <w:txbxContent>
                        <w:p w14:paraId="62E1B576" w14:textId="77777777" w:rsidR="005E66A8" w:rsidRPr="009465C6" w:rsidRDefault="005E66A8" w:rsidP="00D57DCC">
                          <w:r>
                            <w:t>x</w:t>
                          </w:r>
                        </w:p>
                      </w:txbxContent>
                    </v:textbox>
                  </v:shape>
                </v:group>
                <v:shape id="Text Box 639" o:spid="_x0000_s1072" type="#_x0000_t202" style="position:absolute;left:7284;top:623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" filled="f" stroked="f">
                  <v:textbox inset=".5mm,0,.5mm,0">
                    <w:txbxContent>
                      <w:p w14:paraId="5326FE4C" w14:textId="77777777" w:rsidR="005E66A8" w:rsidRPr="009465C6" w:rsidRDefault="005E66A8" w:rsidP="00D57DCC">
                        <w:r>
                          <w:t>y</w:t>
                        </w:r>
                      </w:p>
                    </w:txbxContent>
                  </v:textbox>
                </v:shape>
                <v:shape id="Text Box 640" o:spid="_x0000_s1073" type="#_x0000_t202" style="position:absolute;left:7524;top:723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" filled="f" stroked="f">
                  <v:textbox inset=".5mm,0,.5mm,0">
                    <w:txbxContent>
                      <w:p w14:paraId="233A0C23" w14:textId="77777777" w:rsidR="005E66A8" w:rsidRPr="009465C6" w:rsidRDefault="005E66A8" w:rsidP="00D57DCC">
                        <w: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A35871" w14:textId="335C9683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</w:rPr>
      </w:pPr>
      <w:r w:rsidRPr="000B2A56">
        <w:rPr>
          <w:rFonts w:ascii="Palatino Linotype" w:hAnsi="Palatino Linotype" w:cs="Chu Van An (Uni) (Vietnamese)"/>
          <w:color w:val="000000"/>
          <w:sz w:val="24"/>
        </w:rPr>
        <w:t>Đư</w:t>
      </w:r>
      <w:r w:rsidRPr="000B2A56">
        <w:rPr>
          <w:rFonts w:ascii="Palatino Linotype" w:hAnsi="Palatino Linotype" w:cs="Chu Van An (Uni)"/>
          <w:color w:val="000000"/>
          <w:sz w:val="24"/>
        </w:rPr>
        <w:t>ờng thẳ</w:t>
      </w:r>
      <w:r w:rsidRPr="000B2A56">
        <w:rPr>
          <w:rFonts w:ascii="Palatino Linotype" w:hAnsi="Palatino Linotype" w:cs="Chu Van An (Uni) (Vietnamese)"/>
          <w:color w:val="000000"/>
          <w:sz w:val="24"/>
        </w:rPr>
        <w:t>ng nào trong các đư</w:t>
      </w:r>
      <w:r w:rsidRPr="000B2A56">
        <w:rPr>
          <w:rFonts w:ascii="Palatino Linotype" w:hAnsi="Palatino Linotype" w:cs="Chu Van An (Uni)"/>
          <w:color w:val="000000"/>
          <w:sz w:val="24"/>
        </w:rPr>
        <w:t>ờng thẳ</w:t>
      </w:r>
      <w:r w:rsidRPr="000B2A56">
        <w:rPr>
          <w:rFonts w:ascii="Palatino Linotype" w:hAnsi="Palatino Linotype" w:cs="Chu Van An (Uni) (Vietnamese)"/>
          <w:color w:val="000000"/>
          <w:sz w:val="24"/>
        </w:rPr>
        <w:t>ng sau đây là tr</w:t>
      </w:r>
      <w:r w:rsidRPr="000B2A56">
        <w:rPr>
          <w:rFonts w:ascii="Palatino Linotype" w:hAnsi="Palatino Linotype" w:cs="Chu Van An (Uni)"/>
          <w:color w:val="000000"/>
          <w:sz w:val="24"/>
        </w:rPr>
        <w:t>ụ</w:t>
      </w:r>
      <w:r w:rsidRPr="000B2A56">
        <w:rPr>
          <w:rFonts w:ascii="Palatino Linotype" w:hAnsi="Palatino Linotype" w:cs="Chu Van An (Uni) CE"/>
          <w:color w:val="000000"/>
          <w:sz w:val="24"/>
        </w:rPr>
        <w:t>c đ</w:t>
      </w:r>
      <w:r w:rsidRPr="000B2A56">
        <w:rPr>
          <w:rFonts w:ascii="Palatino Linotype" w:hAnsi="Palatino Linotype" w:cs="Chu Van An (Uni)"/>
          <w:color w:val="000000"/>
          <w:sz w:val="24"/>
        </w:rPr>
        <w:t xml:space="preserve">ối xứng của parabol </w:t>
      </w:r>
      <w:r w:rsidRPr="000B2A56">
        <w:rPr>
          <w:position w:val="-10"/>
        </w:rPr>
        <w:object w:dxaOrig="1780" w:dyaOrig="360" w14:anchorId="48AEDC64">
          <v:shape id="_x0000_i2090" type="#_x0000_t75" style="width:88.5pt;height:18.5pt" o:ole="">
            <v:imagedata r:id="rId2115" o:title=""/>
          </v:shape>
          <o:OLEObject Type="Embed" ProgID="Equation.DSMT4" ShapeID="_x0000_i2090" DrawAspect="Content" ObjectID="_1702753646" r:id="rId2116"/>
        </w:object>
      </w:r>
      <w:r w:rsidRPr="000B2A56">
        <w:rPr>
          <w:rFonts w:ascii="Palatino Linotype" w:hAnsi="Palatino Linotype" w:cs="Chu Van An (Uni)"/>
          <w:color w:val="000000"/>
          <w:sz w:val="24"/>
        </w:rPr>
        <w:t>?</w:t>
      </w:r>
    </w:p>
    <w:p w14:paraId="7BAFCF6D" w14:textId="719EDD25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b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A.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fr-FR"/>
        </w:rPr>
        <w:object w:dxaOrig="600" w:dyaOrig="620" w14:anchorId="7749CEAD">
          <v:shape id="_x0000_i2091" type="#_x0000_t75" style="width:30pt;height:31pt" o:ole="">
            <v:imagedata r:id="rId2117" o:title=""/>
          </v:shape>
          <o:OLEObject Type="Embed" ProgID="Equation.DSMT4" ShapeID="_x0000_i2091" DrawAspect="Content" ObjectID="_1702753647" r:id="rId2118"/>
        </w:object>
      </w:r>
      <w:r w:rsidR="00D57DCC" w:rsidRPr="000B2A56">
        <w:rPr>
          <w:rFonts w:ascii="Palatino Linotype" w:hAnsi="Palatino Linotype" w:cs="Chu Van An (Uni)"/>
          <w:b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B.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fr-FR"/>
        </w:rPr>
        <w:object w:dxaOrig="760" w:dyaOrig="620" w14:anchorId="658AC7B2">
          <v:shape id="_x0000_i2092" type="#_x0000_t75" style="width:37.5pt;height:31pt" o:ole="">
            <v:imagedata r:id="rId2119" o:title=""/>
          </v:shape>
          <o:OLEObject Type="Embed" ProgID="Equation.DSMT4" ShapeID="_x0000_i2092" DrawAspect="Content" ObjectID="_1702753648" r:id="rId2120"/>
        </w:object>
      </w:r>
      <w:r w:rsidR="00D57DCC" w:rsidRPr="000B2A56">
        <w:rPr>
          <w:rFonts w:ascii="Palatino Linotype" w:hAnsi="Palatino Linotype" w:cs="Chu Van An (Uni)"/>
          <w:b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C.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fr-FR"/>
        </w:rPr>
        <w:object w:dxaOrig="600" w:dyaOrig="620" w14:anchorId="181BD374">
          <v:shape id="_x0000_i2093" type="#_x0000_t75" style="width:30pt;height:31pt" o:ole="">
            <v:imagedata r:id="rId2121" o:title=""/>
          </v:shape>
          <o:OLEObject Type="Embed" ProgID="Equation.DSMT4" ShapeID="_x0000_i2093" DrawAspect="Content" ObjectID="_1702753649" r:id="rId2122"/>
        </w:object>
      </w:r>
      <w:r w:rsidR="00D57DCC" w:rsidRPr="000B2A56">
        <w:rPr>
          <w:rFonts w:ascii="Palatino Linotype" w:hAnsi="Palatino Linotype" w:cs="Chu Van An (Uni)"/>
          <w:b/>
          <w:color w:val="000000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D. </w:t>
      </w:r>
      <w:r w:rsidR="00D57DCC" w:rsidRPr="000B2A56">
        <w:rPr>
          <w:rFonts w:ascii="Palatino Linotype" w:hAnsi="Palatino Linotype" w:cs="Chu Van An (Uni)"/>
          <w:position w:val="-24"/>
          <w:sz w:val="24"/>
          <w:lang w:val="fr-FR"/>
        </w:rPr>
        <w:object w:dxaOrig="760" w:dyaOrig="620" w14:anchorId="7E8BD02B">
          <v:shape id="_x0000_i2094" type="#_x0000_t75" style="width:37.5pt;height:31pt" o:ole="">
            <v:imagedata r:id="rId2123" o:title=""/>
          </v:shape>
          <o:OLEObject Type="Embed" ProgID="Equation.DSMT4" ShapeID="_x0000_i2094" DrawAspect="Content" ObjectID="_1702753650" r:id="rId2124"/>
        </w:object>
      </w:r>
      <w:r w:rsidR="00D57DCC" w:rsidRPr="000B2A56">
        <w:rPr>
          <w:rFonts w:ascii="Palatino Linotype" w:hAnsi="Palatino Linotype" w:cs="Chu Van An (Uni)"/>
          <w:b/>
          <w:color w:val="000000"/>
          <w:sz w:val="24"/>
          <w:lang w:val="fr-FR"/>
        </w:rPr>
        <w:t>.</w:t>
      </w:r>
    </w:p>
    <w:p w14:paraId="1718C0C1" w14:textId="37FA2ACF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Chu Van An (Uni)"/>
          <w:color w:val="000000"/>
          <w:sz w:val="24"/>
          <w:lang w:val="fr-FR"/>
        </w:rPr>
      </w:pP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Tọ</w:t>
      </w:r>
      <w:r w:rsidRPr="000B2A56">
        <w:rPr>
          <w:rFonts w:ascii="Palatino Linotype" w:hAnsi="Palatino Linotype" w:cs="Chu Van An (Uni) CE"/>
          <w:color w:val="000000"/>
          <w:sz w:val="24"/>
          <w:lang w:val="fr-FR"/>
        </w:rPr>
        <w:t>a đ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ộ</w:t>
      </w:r>
      <w:r w:rsidRPr="000B2A56">
        <w:rPr>
          <w:rFonts w:ascii="Palatino Linotype" w:hAnsi="Palatino Linotype" w:cs="Chu Van An (Uni) CE"/>
          <w:color w:val="000000"/>
          <w:sz w:val="24"/>
          <w:lang w:val="fr-FR"/>
        </w:rPr>
        <w:t xml:space="preserve"> giao đi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>ểm củ</w:t>
      </w:r>
      <w:r w:rsidRPr="000B2A56">
        <w:rPr>
          <w:rFonts w:ascii="Palatino Linotype" w:hAnsi="Palatino Linotype" w:cs="Chu Van An (Uni) (Vietnamese)"/>
          <w:color w:val="000000"/>
          <w:sz w:val="24"/>
          <w:lang w:val="fr-FR"/>
        </w:rPr>
        <w:t>a đư</w: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ờng thẳng </w:t>
      </w:r>
      <w:r w:rsidRPr="000B2A56">
        <w:rPr>
          <w:position w:val="-10"/>
          <w:lang w:val="fr-FR"/>
        </w:rPr>
        <w:object w:dxaOrig="1040" w:dyaOrig="320" w14:anchorId="54BE0951">
          <v:shape id="_x0000_i2095" type="#_x0000_t75" style="width:52.5pt;height:16.5pt" o:ole="">
            <v:imagedata r:id="rId2125" o:title=""/>
          </v:shape>
          <o:OLEObject Type="Embed" ProgID="Equation.DSMT4" ShapeID="_x0000_i2095" DrawAspect="Content" ObjectID="_1702753651" r:id="rId2126"/>
        </w:objec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và parabol </w:t>
      </w:r>
      <w:r w:rsidRPr="000B2A56">
        <w:rPr>
          <w:position w:val="-10"/>
          <w:lang w:val="fr-FR"/>
        </w:rPr>
        <w:object w:dxaOrig="1560" w:dyaOrig="360" w14:anchorId="19784078">
          <v:shape id="_x0000_i2096" type="#_x0000_t75" style="width:78pt;height:18.5pt" o:ole="">
            <v:imagedata r:id="rId2127" o:title=""/>
          </v:shape>
          <o:OLEObject Type="Embed" ProgID="Equation.DSMT4" ShapeID="_x0000_i2096" DrawAspect="Content" ObjectID="_1702753652" r:id="rId2128"/>
        </w:object>
      </w:r>
      <w:r w:rsidRPr="000B2A56">
        <w:rPr>
          <w:rFonts w:ascii="Palatino Linotype" w:hAnsi="Palatino Linotype" w:cs="Chu Van An (Uni)"/>
          <w:color w:val="000000"/>
          <w:sz w:val="24"/>
          <w:lang w:val="fr-FR"/>
        </w:rPr>
        <w:t xml:space="preserve"> là:</w:t>
      </w:r>
    </w:p>
    <w:p w14:paraId="049A46D4" w14:textId="37F47F83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FF"/>
          <w:sz w:val="24"/>
          <w:lang w:val="fr-FR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A. </w:t>
      </w:r>
      <w:r w:rsidR="00D57DCC" w:rsidRPr="000B2A56">
        <w:rPr>
          <w:rFonts w:ascii="Palatino Linotype" w:hAnsi="Palatino Linotype" w:cs="Chu Van An (Uni)"/>
          <w:position w:val="-28"/>
          <w:sz w:val="24"/>
          <w:lang w:val="fr-FR"/>
        </w:rPr>
        <w:object w:dxaOrig="800" w:dyaOrig="680" w14:anchorId="354DFF7B">
          <v:shape id="_x0000_i2097" type="#_x0000_t75" style="width:40pt;height:34pt" o:ole="">
            <v:imagedata r:id="rId2129" o:title=""/>
          </v:shape>
          <o:OLEObject Type="Embed" ProgID="Equation.DSMT4" ShapeID="_x0000_i2097" DrawAspect="Content" ObjectID="_1702753653" r:id="rId2130"/>
        </w:object>
      </w:r>
      <w:r w:rsidR="00D57DCC" w:rsidRPr="000B2A56">
        <w:rPr>
          <w:rFonts w:ascii="Palatino Linotype" w:hAnsi="Palatino Linotype" w:cs="Chu Van An (Uni)"/>
          <w:b/>
          <w:color w:val="0000FF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FF"/>
          <w:sz w:val="24"/>
          <w:lang w:val="fr-FR"/>
        </w:rPr>
        <w:tab/>
      </w:r>
      <w:r w:rsidR="004E7F83" w:rsidRPr="000B2A56">
        <w:rPr>
          <w:rFonts w:ascii="Palatino Linotype" w:hAnsi="Palatino Linotype" w:cs="Chu Van An (Uni)"/>
          <w:color w:val="0000FF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B. </w:t>
      </w:r>
      <w:r w:rsidR="00D57DCC" w:rsidRPr="000B2A56">
        <w:rPr>
          <w:rFonts w:ascii="Palatino Linotype" w:hAnsi="Palatino Linotype" w:cs="Chu Van An (Uni)"/>
          <w:position w:val="-14"/>
          <w:sz w:val="24"/>
          <w:lang w:val="fr-FR"/>
        </w:rPr>
        <w:object w:dxaOrig="1440" w:dyaOrig="400" w14:anchorId="0C4EDAE4">
          <v:shape id="_x0000_i2098" type="#_x0000_t75" style="width:1in;height:19.5pt" o:ole="">
            <v:imagedata r:id="rId2131" o:title=""/>
          </v:shape>
          <o:OLEObject Type="Embed" ProgID="Equation.DSMT4" ShapeID="_x0000_i2098" DrawAspect="Content" ObjectID="_1702753654" r:id="rId2132"/>
        </w:object>
      </w:r>
      <w:r w:rsidR="00D57DCC" w:rsidRPr="000B2A56">
        <w:rPr>
          <w:rFonts w:ascii="Palatino Linotype" w:hAnsi="Palatino Linotype" w:cs="Chu Van An (Uni)"/>
          <w:b/>
          <w:color w:val="0000FF"/>
          <w:sz w:val="24"/>
          <w:lang w:val="fr-FR"/>
        </w:rPr>
        <w:t>.</w:t>
      </w:r>
    </w:p>
    <w:p w14:paraId="2A846693" w14:textId="69D96A74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 w:cs="Chu Van An (Uni)"/>
          <w:color w:val="0000FF"/>
          <w:sz w:val="24"/>
          <w:lang w:val="fr-FR"/>
        </w:rPr>
      </w:pP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C. </w:t>
      </w:r>
      <w:r w:rsidR="00D57DCC" w:rsidRPr="000B2A56">
        <w:rPr>
          <w:rFonts w:ascii="Palatino Linotype" w:hAnsi="Palatino Linotype" w:cs="Chu Van An (Uni)"/>
          <w:position w:val="-28"/>
          <w:sz w:val="24"/>
          <w:lang w:val="fr-FR"/>
        </w:rPr>
        <w:object w:dxaOrig="1939" w:dyaOrig="680" w14:anchorId="48302210">
          <v:shape id="_x0000_i2099" type="#_x0000_t75" style="width:97pt;height:34pt" o:ole="">
            <v:imagedata r:id="rId2133" o:title=""/>
          </v:shape>
          <o:OLEObject Type="Embed" ProgID="Equation.DSMT4" ShapeID="_x0000_i2099" DrawAspect="Content" ObjectID="_1702753655" r:id="rId2134"/>
        </w:object>
      </w:r>
      <w:r w:rsidR="00D57DCC" w:rsidRPr="000B2A56">
        <w:rPr>
          <w:rFonts w:ascii="Palatino Linotype" w:hAnsi="Palatino Linotype" w:cs="Chu Van An (Uni)"/>
          <w:b/>
          <w:color w:val="0000FF"/>
          <w:sz w:val="24"/>
          <w:lang w:val="fr-FR"/>
        </w:rPr>
        <w:t>.</w:t>
      </w:r>
      <w:r w:rsidRPr="000B2A56">
        <w:rPr>
          <w:rFonts w:ascii="Palatino Linotype" w:hAnsi="Palatino Linotype" w:cs="Chu Van An (Uni)"/>
          <w:color w:val="0000FF"/>
          <w:sz w:val="24"/>
          <w:lang w:val="fr-FR"/>
        </w:rPr>
        <w:tab/>
      </w:r>
      <w:r w:rsidR="004E7F83" w:rsidRPr="000B2A56">
        <w:rPr>
          <w:rFonts w:ascii="Palatino Linotype" w:hAnsi="Palatino Linotype" w:cs="Chu Van An (Uni)"/>
          <w:color w:val="0000FF"/>
          <w:sz w:val="24"/>
          <w:lang w:val="fr-FR"/>
        </w:rPr>
        <w:tab/>
      </w:r>
      <w:r w:rsidRPr="000B2A56">
        <w:rPr>
          <w:rFonts w:ascii="Palatino Linotype" w:hAnsi="Palatino Linotype" w:cs="Chu Van An (Uni)"/>
          <w:b/>
          <w:color w:val="008000"/>
          <w:sz w:val="24"/>
          <w:lang w:val="fr-FR"/>
        </w:rPr>
        <w:t xml:space="preserve">D. </w:t>
      </w:r>
      <w:r w:rsidR="00D57DCC" w:rsidRPr="000B2A56">
        <w:rPr>
          <w:rFonts w:ascii="Palatino Linotype" w:hAnsi="Palatino Linotype" w:cs="Chu Van An (Uni)"/>
          <w:position w:val="-14"/>
          <w:sz w:val="24"/>
          <w:lang w:val="fr-FR"/>
        </w:rPr>
        <w:object w:dxaOrig="1540" w:dyaOrig="400" w14:anchorId="7997935B">
          <v:shape id="_x0000_i2100" type="#_x0000_t75" style="width:76pt;height:19.5pt" o:ole="">
            <v:imagedata r:id="rId2135" o:title=""/>
          </v:shape>
          <o:OLEObject Type="Embed" ProgID="Equation.DSMT4" ShapeID="_x0000_i2100" DrawAspect="Content" ObjectID="_1702753656" r:id="rId2136"/>
        </w:object>
      </w:r>
      <w:r w:rsidR="00D57DCC" w:rsidRPr="000B2A56">
        <w:rPr>
          <w:rFonts w:ascii="Palatino Linotype" w:hAnsi="Palatino Linotype" w:cs="Chu Van An (Uni)"/>
          <w:b/>
          <w:color w:val="0000FF"/>
          <w:sz w:val="24"/>
          <w:lang w:val="fr-FR"/>
        </w:rPr>
        <w:t>.</w:t>
      </w:r>
    </w:p>
    <w:p w14:paraId="511BDDBB" w14:textId="7A19BCC7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lang w:val="vi-VN" w:eastAsia="x-none"/>
        </w:rPr>
      </w:pPr>
      <w:r w:rsidRPr="000B2A56">
        <w:rPr>
          <w:rFonts w:ascii="Palatino Linotype" w:hAnsi="Palatino Linotype"/>
          <w:sz w:val="24"/>
          <w:lang w:val="vi-VN" w:eastAsia="x-none"/>
        </w:rPr>
        <w:t>Điều kiện xác định của phương trình</w:t>
      </w:r>
      <w:r w:rsidRPr="000B2A56">
        <w:rPr>
          <w:position w:val="-28"/>
          <w:lang w:val="nl-NL"/>
        </w:rPr>
        <w:object w:dxaOrig="1920" w:dyaOrig="700" w14:anchorId="46FCF834">
          <v:shape id="_x0000_i2101" type="#_x0000_t75" style="width:96pt;height:35pt" o:ole="">
            <v:imagedata r:id="rId2137" o:title=""/>
          </v:shape>
          <o:OLEObject Type="Embed" ProgID="Equation.DSMT4" ShapeID="_x0000_i2101" DrawAspect="Content" ObjectID="_1702753657" r:id="rId2138"/>
        </w:object>
      </w:r>
      <w:r w:rsidRPr="000B2A56">
        <w:rPr>
          <w:rFonts w:ascii="Palatino Linotype" w:hAnsi="Palatino Linotype"/>
          <w:sz w:val="24"/>
          <w:lang w:val="vi-VN" w:eastAsia="x-none"/>
        </w:rPr>
        <w:t xml:space="preserve"> là:</w:t>
      </w:r>
    </w:p>
    <w:p w14:paraId="5EC336B2" w14:textId="684B4DDD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D57DCC" w:rsidRPr="000B2A56">
        <w:rPr>
          <w:rFonts w:ascii="Palatino Linotype" w:hAnsi="Palatino Linotype"/>
          <w:position w:val="-6"/>
          <w:sz w:val="24"/>
        </w:rPr>
        <w:object w:dxaOrig="560" w:dyaOrig="279" w14:anchorId="71CABD54">
          <v:shape id="_x0000_i2102" type="#_x0000_t75" style="width:28pt;height:14pt" o:ole="">
            <v:imagedata r:id="rId2139" o:title=""/>
          </v:shape>
          <o:OLEObject Type="Embed" ProgID="Equation.DSMT4" ShapeID="_x0000_i2102" DrawAspect="Content" ObjectID="_1702753658" r:id="rId2140"/>
        </w:object>
      </w:r>
      <w:r w:rsidR="00D57DCC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D57DCC" w:rsidRPr="000B2A56">
        <w:rPr>
          <w:rFonts w:ascii="Palatino Linotype" w:hAnsi="Palatino Linotype"/>
          <w:position w:val="-6"/>
          <w:sz w:val="24"/>
        </w:rPr>
        <w:object w:dxaOrig="720" w:dyaOrig="279" w14:anchorId="09CE2293">
          <v:shape id="_x0000_i2103" type="#_x0000_t75" style="width:36pt;height:14pt" o:ole="">
            <v:imagedata r:id="rId2141" o:title=""/>
          </v:shape>
          <o:OLEObject Type="Embed" ProgID="Equation.DSMT4" ShapeID="_x0000_i2103" DrawAspect="Content" ObjectID="_1702753659" r:id="rId2142"/>
        </w:object>
      </w:r>
      <w:r w:rsidR="00D57DCC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D57DCC" w:rsidRPr="000B2A56">
        <w:rPr>
          <w:rFonts w:ascii="Palatino Linotype" w:hAnsi="Palatino Linotype"/>
          <w:position w:val="-6"/>
          <w:sz w:val="24"/>
        </w:rPr>
        <w:object w:dxaOrig="720" w:dyaOrig="279" w14:anchorId="441119F9">
          <v:shape id="_x0000_i2104" type="#_x0000_t75" style="width:36pt;height:14pt" o:ole="">
            <v:imagedata r:id="rId2143" o:title=""/>
          </v:shape>
          <o:OLEObject Type="Embed" ProgID="Equation.DSMT4" ShapeID="_x0000_i2104" DrawAspect="Content" ObjectID="_1702753660" r:id="rId2144"/>
        </w:object>
      </w:r>
      <w:r w:rsidR="00D57DCC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D57DCC" w:rsidRPr="000B2A56">
        <w:rPr>
          <w:rFonts w:ascii="Palatino Linotype" w:hAnsi="Palatino Linotype"/>
          <w:position w:val="-6"/>
          <w:sz w:val="24"/>
        </w:rPr>
        <w:object w:dxaOrig="340" w:dyaOrig="279" w14:anchorId="5F1E449D">
          <v:shape id="_x0000_i2105" type="#_x0000_t75" style="width:16.5pt;height:13.5pt" o:ole="">
            <v:imagedata r:id="rId2145" o:title=""/>
          </v:shape>
          <o:OLEObject Type="Embed" ProgID="Equation.DSMT4" ShapeID="_x0000_i2105" DrawAspect="Content" ObjectID="_1702753661" r:id="rId2146"/>
        </w:object>
      </w:r>
      <w:r w:rsidR="00D57DCC" w:rsidRPr="000B2A56">
        <w:rPr>
          <w:rFonts w:ascii="Palatino Linotype" w:hAnsi="Palatino Linotype"/>
          <w:sz w:val="24"/>
        </w:rPr>
        <w:t>.</w:t>
      </w:r>
    </w:p>
    <w:p w14:paraId="2F6EB6DC" w14:textId="5DA3B3C9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</w:rPr>
      </w:pPr>
      <w:r w:rsidRPr="000B2A56">
        <w:rPr>
          <w:rFonts w:ascii="Palatino Linotype" w:hAnsi="Palatino Linotype"/>
          <w:sz w:val="24"/>
        </w:rPr>
        <w:t>Điều kiện</w:t>
      </w:r>
      <w:r w:rsidRPr="000B2A56">
        <w:rPr>
          <w:rFonts w:ascii="Palatino Linotype" w:hAnsi="Palatino Linotype"/>
          <w:sz w:val="24"/>
          <w:lang w:val="vi-VN" w:eastAsia="x-none"/>
        </w:rPr>
        <w:t>xác định của phương trình</w:t>
      </w:r>
      <w:r w:rsidRPr="000B2A56">
        <w:rPr>
          <w:position w:val="-8"/>
        </w:rPr>
        <w:object w:dxaOrig="2100" w:dyaOrig="360" w14:anchorId="273B2F1A">
          <v:shape id="_x0000_i2106" type="#_x0000_t75" style="width:105pt;height:18.5pt" o:ole="">
            <v:imagedata r:id="rId2147" o:title=""/>
          </v:shape>
          <o:OLEObject Type="Embed" ProgID="Equation.DSMT4" ShapeID="_x0000_i2106" DrawAspect="Content" ObjectID="_1702753662" r:id="rId2148"/>
        </w:object>
      </w:r>
      <w:r w:rsidRPr="000B2A56">
        <w:rPr>
          <w:rFonts w:ascii="Palatino Linotype" w:hAnsi="Palatino Linotype"/>
          <w:sz w:val="24"/>
          <w:lang w:val="vi-VN" w:eastAsia="x-none"/>
        </w:rPr>
        <w:t xml:space="preserve"> là:</w:t>
      </w:r>
    </w:p>
    <w:p w14:paraId="27C52C0D" w14:textId="6179A1C8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D57DCC" w:rsidRPr="000B2A56">
        <w:rPr>
          <w:rFonts w:ascii="Palatino Linotype" w:hAnsi="Palatino Linotype"/>
          <w:position w:val="-30"/>
          <w:sz w:val="24"/>
        </w:rPr>
        <w:object w:dxaOrig="940" w:dyaOrig="740" w14:anchorId="248AB9C9">
          <v:shape id="_x0000_i2107" type="#_x0000_t75" style="width:46pt;height:37.5pt" o:ole="">
            <v:imagedata r:id="rId2149" o:title=""/>
          </v:shape>
          <o:OLEObject Type="Embed" ProgID="Equation.DSMT4" ShapeID="_x0000_i2107" DrawAspect="Content" ObjectID="_1702753663" r:id="rId2150"/>
        </w:object>
      </w:r>
      <w:r w:rsidR="00D57DCC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D57DCC" w:rsidRPr="000B2A56">
        <w:rPr>
          <w:rFonts w:ascii="Palatino Linotype" w:hAnsi="Palatino Linotype"/>
          <w:position w:val="-30"/>
          <w:sz w:val="24"/>
        </w:rPr>
        <w:object w:dxaOrig="780" w:dyaOrig="740" w14:anchorId="7906167A">
          <v:shape id="_x0000_i2108" type="#_x0000_t75" style="width:39pt;height:36.5pt" o:ole="">
            <v:imagedata r:id="rId2151" o:title=""/>
          </v:shape>
          <o:OLEObject Type="Embed" ProgID="Equation.DSMT4" ShapeID="_x0000_i2108" DrawAspect="Content" ObjectID="_1702753664" r:id="rId2152"/>
        </w:object>
      </w:r>
      <w:r w:rsidR="00D57DCC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D57DCC" w:rsidRPr="000B2A56">
        <w:rPr>
          <w:rFonts w:ascii="Palatino Linotype" w:hAnsi="Palatino Linotype"/>
          <w:position w:val="-30"/>
          <w:sz w:val="24"/>
        </w:rPr>
        <w:object w:dxaOrig="1100" w:dyaOrig="740" w14:anchorId="79994AF1">
          <v:shape id="_x0000_i2109" type="#_x0000_t75" style="width:55.5pt;height:36.5pt" o:ole="">
            <v:imagedata r:id="rId2153" o:title=""/>
          </v:shape>
          <o:OLEObject Type="Embed" ProgID="Equation.DSMT4" ShapeID="_x0000_i2109" DrawAspect="Content" ObjectID="_1702753665" r:id="rId2154"/>
        </w:object>
      </w:r>
      <w:r w:rsidR="00D57DCC" w:rsidRPr="000B2A56">
        <w:rPr>
          <w:rFonts w:ascii="Palatino Linotype" w:hAnsi="Palatino Linotype"/>
          <w:sz w:val="24"/>
        </w:rPr>
        <w:t>.</w:t>
      </w:r>
      <w:r w:rsidRPr="000B2A56">
        <w:rPr>
          <w:rFonts w:ascii="Palatino Linotype" w:hAnsi="Palatino Linotype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D57DCC" w:rsidRPr="000B2A56">
        <w:rPr>
          <w:rFonts w:ascii="Palatino Linotype" w:hAnsi="Palatino Linotype"/>
          <w:position w:val="-28"/>
          <w:sz w:val="24"/>
        </w:rPr>
        <w:object w:dxaOrig="720" w:dyaOrig="680" w14:anchorId="08DCECE0">
          <v:shape id="_x0000_i2110" type="#_x0000_t75" style="width:36pt;height:33.5pt" o:ole="">
            <v:imagedata r:id="rId2155" o:title=""/>
          </v:shape>
          <o:OLEObject Type="Embed" ProgID="Equation.DSMT4" ShapeID="_x0000_i2110" DrawAspect="Content" ObjectID="_1702753666" r:id="rId2156"/>
        </w:object>
      </w:r>
      <w:r w:rsidR="00D57DCC" w:rsidRPr="000B2A56">
        <w:rPr>
          <w:rFonts w:ascii="Palatino Linotype" w:hAnsi="Palatino Linotype"/>
          <w:sz w:val="24"/>
        </w:rPr>
        <w:t>.</w:t>
      </w:r>
    </w:p>
    <w:p w14:paraId="0AA46E96" w14:textId="591A69FA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</w:rPr>
      </w:pPr>
      <w:r w:rsidRPr="000B2A56">
        <w:rPr>
          <w:rFonts w:ascii="Palatino Linotype" w:hAnsi="Palatino Linotype"/>
          <w:sz w:val="24"/>
        </w:rPr>
        <w:t>Trong các khẳng định sau, khẳng định nào đúng?</w:t>
      </w:r>
    </w:p>
    <w:p w14:paraId="52D4AB33" w14:textId="7F568943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A. </w:t>
      </w:r>
      <w:r w:rsidR="00D57DCC" w:rsidRPr="000B2A56">
        <w:rPr>
          <w:rFonts w:ascii="Palatino Linotype" w:hAnsi="Palatino Linotype"/>
          <w:position w:val="-8"/>
          <w:sz w:val="24"/>
        </w:rPr>
        <w:object w:dxaOrig="1760" w:dyaOrig="380" w14:anchorId="1E780174">
          <v:shape id="_x0000_i2111" type="#_x0000_t75" style="width:87pt;height:18.5pt" o:ole="">
            <v:imagedata r:id="rId952" o:title=""/>
          </v:shape>
          <o:OLEObject Type="Embed" ProgID="Equation.DSMT4" ShapeID="_x0000_i2111" DrawAspect="Content" ObjectID="_1702753667" r:id="rId2157"/>
        </w:object>
      </w:r>
      <w:r w:rsidR="00D57DCC" w:rsidRPr="000B2A56">
        <w:rPr>
          <w:rFonts w:ascii="Palatino Linotype" w:hAnsi="Palatino Linotype"/>
          <w:position w:val="-8"/>
          <w:sz w:val="24"/>
        </w:rPr>
        <w:object w:dxaOrig="2120" w:dyaOrig="380" w14:anchorId="7CDC7BD4">
          <v:shape id="_x0000_i2112" type="#_x0000_t75" style="width:105.5pt;height:18.5pt" o:ole="">
            <v:imagedata r:id="rId2158" o:title=""/>
          </v:shape>
          <o:OLEObject Type="Embed" ProgID="Equation.DSMT4" ShapeID="_x0000_i2112" DrawAspect="Content" ObjectID="_1702753668" r:id="rId2159"/>
        </w:object>
      </w:r>
      <w:r w:rsidR="00D57DCC" w:rsidRPr="000B2A56">
        <w:rPr>
          <w:rFonts w:ascii="Palatino Linotype" w:hAnsi="Palatino Linotype"/>
          <w:sz w:val="24"/>
          <w:lang w:val="fr-FR"/>
        </w:rPr>
        <w:t>.</w:t>
      </w:r>
      <w:r w:rsidRPr="000B2A56">
        <w:rPr>
          <w:rFonts w:ascii="Palatino Linotype" w:hAnsi="Palatino Linotype"/>
          <w:sz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B. </w:t>
      </w:r>
      <w:r w:rsidR="00D57DCC" w:rsidRPr="000B2A56">
        <w:rPr>
          <w:rFonts w:ascii="Palatino Linotype" w:hAnsi="Palatino Linotype"/>
          <w:position w:val="-8"/>
          <w:sz w:val="24"/>
        </w:rPr>
        <w:object w:dxaOrig="1240" w:dyaOrig="380" w14:anchorId="3187792A">
          <v:shape id="_x0000_i2113" type="#_x0000_t75" style="width:62pt;height:18.5pt" o:ole="">
            <v:imagedata r:id="rId956" o:title=""/>
          </v:shape>
          <o:OLEObject Type="Embed" ProgID="Equation.DSMT4" ShapeID="_x0000_i2113" DrawAspect="Content" ObjectID="_1702753669" r:id="rId2160"/>
        </w:object>
      </w:r>
      <w:r w:rsidR="00D57DCC" w:rsidRPr="000B2A56">
        <w:rPr>
          <w:rFonts w:ascii="Palatino Linotype" w:hAnsi="Palatino Linotype"/>
          <w:position w:val="-6"/>
          <w:sz w:val="24"/>
        </w:rPr>
        <w:object w:dxaOrig="1480" w:dyaOrig="360" w14:anchorId="3540118E">
          <v:shape id="_x0000_i2114" type="#_x0000_t75" style="width:74pt;height:18.5pt" o:ole="">
            <v:imagedata r:id="rId958" o:title=""/>
          </v:shape>
          <o:OLEObject Type="Embed" ProgID="Equation.DSMT4" ShapeID="_x0000_i2114" DrawAspect="Content" ObjectID="_1702753670" r:id="rId2161"/>
        </w:object>
      </w:r>
      <w:r w:rsidR="00D57DCC" w:rsidRPr="000B2A56">
        <w:rPr>
          <w:rFonts w:ascii="Palatino Linotype" w:hAnsi="Palatino Linotype"/>
          <w:sz w:val="24"/>
          <w:lang w:val="fr-FR"/>
        </w:rPr>
        <w:t>.</w:t>
      </w:r>
    </w:p>
    <w:p w14:paraId="0F88B4A4" w14:textId="1851C67E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sz w:val="24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C. </w:t>
      </w:r>
      <w:r w:rsidR="00D57DCC" w:rsidRPr="000B2A56">
        <w:rPr>
          <w:rFonts w:ascii="Palatino Linotype" w:hAnsi="Palatino Linotype"/>
          <w:position w:val="-8"/>
          <w:sz w:val="24"/>
        </w:rPr>
        <w:object w:dxaOrig="2720" w:dyaOrig="380" w14:anchorId="75EE517E">
          <v:shape id="_x0000_i2115" type="#_x0000_t75" style="width:134.5pt;height:18.5pt" o:ole="">
            <v:imagedata r:id="rId960" o:title=""/>
          </v:shape>
          <o:OLEObject Type="Embed" ProgID="Equation.DSMT4" ShapeID="_x0000_i2115" DrawAspect="Content" ObjectID="_1702753671" r:id="rId2162"/>
        </w:object>
      </w:r>
      <w:r w:rsidR="00D57DCC" w:rsidRPr="000B2A56">
        <w:rPr>
          <w:rFonts w:ascii="Palatino Linotype" w:hAnsi="Palatino Linotype"/>
          <w:position w:val="-6"/>
          <w:sz w:val="24"/>
        </w:rPr>
        <w:object w:dxaOrig="1160" w:dyaOrig="360" w14:anchorId="52B957F7">
          <v:shape id="_x0000_i2116" type="#_x0000_t75" style="width:57.5pt;height:18.5pt" o:ole="">
            <v:imagedata r:id="rId962" o:title=""/>
          </v:shape>
          <o:OLEObject Type="Embed" ProgID="Equation.DSMT4" ShapeID="_x0000_i2116" DrawAspect="Content" ObjectID="_1702753672" r:id="rId2163"/>
        </w:object>
      </w:r>
      <w:r w:rsidR="00D57DCC" w:rsidRPr="000B2A56">
        <w:rPr>
          <w:rFonts w:ascii="Palatino Linotype" w:hAnsi="Palatino Linotype"/>
          <w:b/>
          <w:color w:val="0000FF"/>
          <w:sz w:val="24"/>
          <w:lang w:val="fr-FR"/>
        </w:rPr>
        <w:t>.</w:t>
      </w:r>
      <w:r w:rsidRPr="000B2A56">
        <w:rPr>
          <w:rFonts w:ascii="Palatino Linotype" w:hAnsi="Palatino Linotype"/>
          <w:sz w:val="24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fr-FR"/>
        </w:rPr>
        <w:t xml:space="preserve">D. </w:t>
      </w:r>
      <w:r w:rsidR="00D57DCC" w:rsidRPr="000B2A56">
        <w:rPr>
          <w:rFonts w:ascii="Palatino Linotype" w:hAnsi="Palatino Linotype"/>
          <w:sz w:val="24"/>
          <w:lang w:val="fr-FR"/>
        </w:rPr>
        <w:t>Cả A, B, C đều sai.</w:t>
      </w:r>
    </w:p>
    <w:p w14:paraId="02EEE7A6" w14:textId="2318C9FF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color w:val="000000"/>
          <w:sz w:val="24"/>
        </w:rPr>
        <w:t xml:space="preserve">Phương </w:t>
      </w:r>
      <w:r w:rsidRPr="000B2A56">
        <w:rPr>
          <w:rFonts w:ascii="Palatino Linotype" w:hAnsi="Palatino Linotype"/>
          <w:iCs/>
          <w:color w:val="000000"/>
          <w:sz w:val="24"/>
        </w:rPr>
        <w:t xml:space="preserve">trình </w:t>
      </w:r>
      <w:r w:rsidRPr="000B2A56">
        <w:rPr>
          <w:position w:val="-18"/>
        </w:rPr>
        <w:object w:dxaOrig="2320" w:dyaOrig="540" w14:anchorId="0A19341B">
          <v:shape id="_x0000_i2117" type="#_x0000_t75" style="width:116pt;height:27pt" o:ole="">
            <v:imagedata r:id="rId2164" o:title=""/>
          </v:shape>
          <o:OLEObject Type="Embed" ProgID="Equation.DSMT4" ShapeID="_x0000_i2117" DrawAspect="Content" ObjectID="_1702753673" r:id="rId2165"/>
        </w:object>
      </w:r>
      <w:r w:rsidRPr="000B2A56">
        <w:rPr>
          <w:rFonts w:ascii="Palatino Linotype" w:hAnsi="Palatino Linotype"/>
          <w:color w:val="000000"/>
          <w:sz w:val="24"/>
        </w:rPr>
        <w:t>:</w:t>
      </w:r>
    </w:p>
    <w:p w14:paraId="1F6B0EF0" w14:textId="7077518B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D57DCC" w:rsidRPr="000B2A56">
        <w:rPr>
          <w:rFonts w:ascii="Palatino Linotype" w:hAnsi="Palatino Linotype"/>
          <w:iCs/>
          <w:color w:val="000000"/>
          <w:sz w:val="24"/>
        </w:rPr>
        <w:t xml:space="preserve">Có </w:t>
      </w:r>
      <w:r w:rsidR="00D57DCC" w:rsidRPr="000B2A56">
        <w:rPr>
          <w:rFonts w:ascii="Palatino Linotype" w:hAnsi="Palatino Linotype"/>
          <w:iCs/>
          <w:color w:val="000000"/>
          <w:position w:val="-4"/>
          <w:sz w:val="24"/>
        </w:rPr>
        <w:object w:dxaOrig="200" w:dyaOrig="260" w14:anchorId="03F09CD8">
          <v:shape id="_x0000_i2118" type="#_x0000_t75" style="width:9.5pt;height:13pt" o:ole="">
            <v:imagedata r:id="rId966" o:title=""/>
          </v:shape>
          <o:OLEObject Type="Embed" ProgID="Equation.DSMT4" ShapeID="_x0000_i2118" DrawAspect="Content" ObjectID="_1702753674" r:id="rId2166"/>
        </w:object>
      </w:r>
      <w:r w:rsidR="00D57DCC" w:rsidRPr="000B2A56">
        <w:rPr>
          <w:rFonts w:ascii="Palatino Linotype" w:hAnsi="Palatino Linotype"/>
          <w:iCs/>
          <w:color w:val="000000"/>
          <w:sz w:val="24"/>
        </w:rPr>
        <w:t xml:space="preserve"> nghiệm trái dấu.</w:t>
      </w:r>
      <w:r w:rsidRPr="000B2A56">
        <w:rPr>
          <w:rFonts w:ascii="Palatino Linotype" w:hAnsi="Palatino Linotype"/>
          <w:iCs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D57DCC" w:rsidRPr="000B2A56">
        <w:rPr>
          <w:rFonts w:ascii="Palatino Linotype" w:hAnsi="Palatino Linotype"/>
          <w:iCs/>
          <w:color w:val="000000"/>
          <w:sz w:val="24"/>
        </w:rPr>
        <w:t xml:space="preserve">Có </w:t>
      </w:r>
      <w:r w:rsidR="00D57DCC" w:rsidRPr="000B2A56">
        <w:rPr>
          <w:rFonts w:ascii="Palatino Linotype" w:hAnsi="Palatino Linotype"/>
          <w:iCs/>
          <w:color w:val="000000"/>
          <w:position w:val="-4"/>
          <w:sz w:val="24"/>
        </w:rPr>
        <w:object w:dxaOrig="200" w:dyaOrig="260" w14:anchorId="40BDC450">
          <v:shape id="_x0000_i2119" type="#_x0000_t75" style="width:9.5pt;height:13pt" o:ole="">
            <v:imagedata r:id="rId968" o:title=""/>
          </v:shape>
          <o:OLEObject Type="Embed" ProgID="Equation.DSMT4" ShapeID="_x0000_i2119" DrawAspect="Content" ObjectID="_1702753675" r:id="rId2167"/>
        </w:object>
      </w:r>
      <w:r w:rsidR="00D57DCC" w:rsidRPr="000B2A56">
        <w:rPr>
          <w:rFonts w:ascii="Palatino Linotype" w:hAnsi="Palatino Linotype"/>
          <w:iCs/>
          <w:color w:val="000000"/>
          <w:sz w:val="24"/>
        </w:rPr>
        <w:t>nghiệm âm phân biệt.</w:t>
      </w:r>
    </w:p>
    <w:p w14:paraId="388070B8" w14:textId="0F2DCC36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D57DCC" w:rsidRPr="000B2A56">
        <w:rPr>
          <w:rFonts w:ascii="Palatino Linotype" w:hAnsi="Palatino Linotype"/>
          <w:iCs/>
          <w:color w:val="000000"/>
          <w:sz w:val="24"/>
        </w:rPr>
        <w:t xml:space="preserve">Có </w:t>
      </w:r>
      <w:r w:rsidR="00D57DCC" w:rsidRPr="000B2A56">
        <w:rPr>
          <w:rFonts w:ascii="Palatino Linotype" w:hAnsi="Palatino Linotype"/>
          <w:iCs/>
          <w:color w:val="000000"/>
          <w:position w:val="-4"/>
          <w:sz w:val="24"/>
        </w:rPr>
        <w:object w:dxaOrig="200" w:dyaOrig="260" w14:anchorId="4B211398">
          <v:shape id="_x0000_i2120" type="#_x0000_t75" style="width:9.5pt;height:13pt" o:ole="">
            <v:imagedata r:id="rId970" o:title=""/>
          </v:shape>
          <o:OLEObject Type="Embed" ProgID="Equation.DSMT4" ShapeID="_x0000_i2120" DrawAspect="Content" ObjectID="_1702753676" r:id="rId2168"/>
        </w:object>
      </w:r>
      <w:r w:rsidR="00D57DCC" w:rsidRPr="000B2A56">
        <w:rPr>
          <w:rFonts w:ascii="Palatino Linotype" w:hAnsi="Palatino Linotype"/>
          <w:iCs/>
          <w:color w:val="000000"/>
          <w:sz w:val="24"/>
        </w:rPr>
        <w:t xml:space="preserve"> nghiệm dương phân biệt.</w:t>
      </w:r>
      <w:r w:rsidRPr="000B2A56">
        <w:rPr>
          <w:rFonts w:ascii="Palatino Linotype" w:hAnsi="Palatino Linotype"/>
          <w:iCs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D57DCC" w:rsidRPr="000B2A56">
        <w:rPr>
          <w:rFonts w:ascii="Palatino Linotype" w:hAnsi="Palatino Linotype"/>
          <w:iCs/>
          <w:color w:val="000000"/>
          <w:sz w:val="24"/>
        </w:rPr>
        <w:t>Vô nghiệm.</w:t>
      </w:r>
    </w:p>
    <w:p w14:paraId="1151A0E3" w14:textId="1B8D01ED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lang w:val="vi-VN"/>
        </w:rPr>
      </w:pPr>
      <w:r w:rsidRPr="000B2A56">
        <w:rPr>
          <w:rFonts w:ascii="Palatino Linotype" w:hAnsi="Palatino Linotype"/>
          <w:color w:val="000000"/>
          <w:sz w:val="24"/>
          <w:lang w:val="vi-VN"/>
        </w:rPr>
        <w:t xml:space="preserve">Cho </w: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phương trình </w:t>
      </w:r>
      <w:r w:rsidRPr="000B2A56">
        <w:rPr>
          <w:position w:val="-18"/>
          <w:lang w:val="vi-VN"/>
        </w:rPr>
        <w:object w:dxaOrig="3800" w:dyaOrig="480" w14:anchorId="4EF98296">
          <v:shape id="_x0000_i2121" type="#_x0000_t75" style="width:188pt;height:24pt" o:ole="">
            <v:imagedata r:id="rId2169" o:title=""/>
          </v:shape>
          <o:OLEObject Type="Embed" ProgID="Equation.DSMT4" ShapeID="_x0000_i2121" DrawAspect="Content" ObjectID="_1702753677" r:id="rId2170"/>
        </w:objec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>. Hãy chọn khẳng định đúng trong các khẳng định sau:</w:t>
      </w:r>
    </w:p>
    <w:p w14:paraId="604DD38F" w14:textId="1E77A8CE" w:rsidR="005E66A8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A. </w: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>Phương trình vô nghiệm.</w:t>
      </w:r>
      <w:r w:rsidRPr="000B2A56">
        <w:rPr>
          <w:rFonts w:ascii="Palatino Linotype" w:hAnsi="Palatino Linotype"/>
          <w:color w:val="000000"/>
          <w:sz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B. </w: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>Phương trình có</w:t>
      </w:r>
      <w:r w:rsidR="00D57DCC" w:rsidRPr="000B2A56">
        <w:rPr>
          <w:rFonts w:ascii="Palatino Linotype" w:hAnsi="Palatino Linotype"/>
          <w:iCs/>
          <w:color w:val="000000"/>
          <w:position w:val="-4"/>
          <w:sz w:val="24"/>
          <w:lang w:val="vi-VN"/>
        </w:rPr>
        <w:object w:dxaOrig="200" w:dyaOrig="260" w14:anchorId="5513A290">
          <v:shape id="_x0000_i2122" type="#_x0000_t75" style="width:9.5pt;height:13pt" o:ole="">
            <v:imagedata r:id="rId974" o:title=""/>
          </v:shape>
          <o:OLEObject Type="Embed" ProgID="Equation.DSMT4" ShapeID="_x0000_i2122" DrawAspect="Content" ObjectID="_1702753678" r:id="rId2171"/>
        </w:objec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 nghiệm dương.</w:t>
      </w:r>
    </w:p>
    <w:p w14:paraId="2CF402FA" w14:textId="600B37AD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iCs/>
          <w:color w:val="000000"/>
          <w:sz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C. </w: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Phương trình có </w:t>
      </w:r>
      <w:r w:rsidR="00D57DCC" w:rsidRPr="000B2A56">
        <w:rPr>
          <w:rFonts w:ascii="Palatino Linotype" w:hAnsi="Palatino Linotype"/>
          <w:iCs/>
          <w:color w:val="000000"/>
          <w:position w:val="-4"/>
          <w:sz w:val="24"/>
          <w:lang w:val="vi-VN"/>
        </w:rPr>
        <w:object w:dxaOrig="200" w:dyaOrig="260" w14:anchorId="6D5041A1">
          <v:shape id="_x0000_i2123" type="#_x0000_t75" style="width:9.5pt;height:13pt" o:ole="">
            <v:imagedata r:id="rId976" o:title=""/>
          </v:shape>
          <o:OLEObject Type="Embed" ProgID="Equation.DSMT4" ShapeID="_x0000_i2123" DrawAspect="Content" ObjectID="_1702753679" r:id="rId2172"/>
        </w:objec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 nghiệm trái dấu.</w:t>
      </w:r>
      <w:r w:rsidRPr="000B2A56">
        <w:rPr>
          <w:rFonts w:ascii="Palatino Linotype" w:hAnsi="Palatino Linotype"/>
          <w:color w:val="000000"/>
          <w:sz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D. </w: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Phương trình có </w:t>
      </w:r>
      <w:r w:rsidR="00D57DCC" w:rsidRPr="000B2A56">
        <w:rPr>
          <w:rFonts w:ascii="Palatino Linotype" w:hAnsi="Palatino Linotype"/>
          <w:iCs/>
          <w:color w:val="000000"/>
          <w:position w:val="-4"/>
          <w:sz w:val="24"/>
          <w:lang w:val="vi-VN"/>
        </w:rPr>
        <w:object w:dxaOrig="200" w:dyaOrig="260" w14:anchorId="3AF2BD18">
          <v:shape id="_x0000_i2124" type="#_x0000_t75" style="width:9.5pt;height:13pt" o:ole="">
            <v:imagedata r:id="rId978" o:title=""/>
          </v:shape>
          <o:OLEObject Type="Embed" ProgID="Equation.DSMT4" ShapeID="_x0000_i2124" DrawAspect="Content" ObjectID="_1702753680" r:id="rId2173"/>
        </w:objec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 nghiệm âm.</w:t>
      </w:r>
    </w:p>
    <w:p w14:paraId="287B53DA" w14:textId="08B79C60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color w:val="000000"/>
          <w:sz w:val="24"/>
        </w:rPr>
        <w:t xml:space="preserve">Phương </w:t>
      </w:r>
      <w:r w:rsidRPr="000B2A56">
        <w:rPr>
          <w:rFonts w:ascii="Palatino Linotype" w:hAnsi="Palatino Linotype"/>
          <w:iCs/>
          <w:color w:val="000000"/>
          <w:sz w:val="24"/>
        </w:rPr>
        <w:t xml:space="preserve">trình </w:t>
      </w:r>
      <w:r w:rsidRPr="000B2A56">
        <w:rPr>
          <w:position w:val="-16"/>
        </w:rPr>
        <w:object w:dxaOrig="2560" w:dyaOrig="440" w14:anchorId="59768D74">
          <v:shape id="_x0000_i2125" type="#_x0000_t75" style="width:128pt;height:21.5pt" o:ole="">
            <v:imagedata r:id="rId2174" o:title=""/>
          </v:shape>
          <o:OLEObject Type="Embed" ProgID="Equation.DSMT4" ShapeID="_x0000_i2125" DrawAspect="Content" ObjectID="_1702753681" r:id="rId2175"/>
        </w:object>
      </w:r>
      <w:r w:rsidRPr="000B2A56">
        <w:rPr>
          <w:rFonts w:ascii="Palatino Linotype" w:hAnsi="Palatino Linotype"/>
          <w:iCs/>
          <w:color w:val="000000"/>
          <w:sz w:val="24"/>
        </w:rPr>
        <w:t xml:space="preserve"> vô nghiệm khi:</w:t>
      </w:r>
    </w:p>
    <w:p w14:paraId="3147C742" w14:textId="66EE7211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D57DCC" w:rsidRPr="000B2A56">
        <w:rPr>
          <w:rFonts w:ascii="Palatino Linotype" w:hAnsi="Palatino Linotype"/>
          <w:color w:val="000000"/>
          <w:position w:val="-6"/>
          <w:sz w:val="24"/>
        </w:rPr>
        <w:object w:dxaOrig="560" w:dyaOrig="279" w14:anchorId="341D7834">
          <v:shape id="_x0000_i2126" type="#_x0000_t75" style="width:27.5pt;height:14.5pt" o:ole="">
            <v:imagedata r:id="rId2176" o:title=""/>
          </v:shape>
          <o:OLEObject Type="Embed" ProgID="Equation.DSMT4" ShapeID="_x0000_i2126" DrawAspect="Content" ObjectID="_1702753682" r:id="rId2177"/>
        </w:object>
      </w:r>
      <w:r w:rsidR="00D57DCC" w:rsidRPr="000B2A56">
        <w:rPr>
          <w:rFonts w:ascii="Palatino Linotype" w:hAnsi="Palatino Linotype"/>
          <w:color w:val="000000"/>
          <w:sz w:val="24"/>
        </w:rPr>
        <w:t>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D57DCC" w:rsidRPr="000B2A56">
        <w:rPr>
          <w:rFonts w:ascii="Palatino Linotype" w:hAnsi="Palatino Linotype"/>
          <w:color w:val="000000"/>
          <w:position w:val="-6"/>
          <w:sz w:val="24"/>
        </w:rPr>
        <w:object w:dxaOrig="600" w:dyaOrig="279" w14:anchorId="69992D4B">
          <v:shape id="_x0000_i2127" type="#_x0000_t75" style="width:30pt;height:14.5pt" o:ole="">
            <v:imagedata r:id="rId2178" o:title=""/>
          </v:shape>
          <o:OLEObject Type="Embed" ProgID="Equation.DSMT4" ShapeID="_x0000_i2127" DrawAspect="Content" ObjectID="_1702753683" r:id="rId2179"/>
        </w:object>
      </w:r>
      <w:r w:rsidR="00D57DCC" w:rsidRPr="000B2A56">
        <w:rPr>
          <w:rFonts w:ascii="Palatino Linotype" w:hAnsi="Palatino Linotype"/>
          <w:color w:val="000000"/>
          <w:sz w:val="24"/>
        </w:rPr>
        <w:t>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D57DCC" w:rsidRPr="000B2A56">
        <w:rPr>
          <w:rFonts w:ascii="Palatino Linotype" w:hAnsi="Palatino Linotype"/>
          <w:color w:val="000000"/>
          <w:position w:val="-6"/>
          <w:sz w:val="24"/>
        </w:rPr>
        <w:object w:dxaOrig="620" w:dyaOrig="279" w14:anchorId="346B7E3F">
          <v:shape id="_x0000_i2128" type="#_x0000_t75" style="width:30.5pt;height:14.5pt" o:ole="">
            <v:imagedata r:id="rId2180" o:title=""/>
          </v:shape>
          <o:OLEObject Type="Embed" ProgID="Equation.DSMT4" ShapeID="_x0000_i2128" DrawAspect="Content" ObjectID="_1702753684" r:id="rId2181"/>
        </w:object>
      </w:r>
      <w:r w:rsidR="00D57DCC" w:rsidRPr="000B2A56">
        <w:rPr>
          <w:rFonts w:ascii="Palatino Linotype" w:hAnsi="Palatino Linotype"/>
          <w:color w:val="000000"/>
          <w:sz w:val="24"/>
        </w:rPr>
        <w:t>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D57DCC" w:rsidRPr="000B2A56">
        <w:rPr>
          <w:rFonts w:ascii="Palatino Linotype" w:hAnsi="Palatino Linotype"/>
          <w:color w:val="000000"/>
          <w:position w:val="-6"/>
          <w:sz w:val="24"/>
        </w:rPr>
        <w:object w:dxaOrig="600" w:dyaOrig="279" w14:anchorId="1AD71539">
          <v:shape id="_x0000_i2129" type="#_x0000_t75" style="width:30pt;height:14.5pt" o:ole="">
            <v:imagedata r:id="rId2182" o:title=""/>
          </v:shape>
          <o:OLEObject Type="Embed" ProgID="Equation.DSMT4" ShapeID="_x0000_i2129" DrawAspect="Content" ObjectID="_1702753685" r:id="rId2183"/>
        </w:object>
      </w:r>
      <w:r w:rsidR="00D57DCC" w:rsidRPr="000B2A56">
        <w:rPr>
          <w:rFonts w:ascii="Palatino Linotype" w:hAnsi="Palatino Linotype"/>
          <w:color w:val="000000"/>
          <w:sz w:val="24"/>
        </w:rPr>
        <w:t>.</w:t>
      </w:r>
    </w:p>
    <w:p w14:paraId="7B03EE62" w14:textId="5C8FA11A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lang w:val="vi-VN"/>
        </w:rPr>
      </w:pPr>
      <w:r w:rsidRPr="000B2A56">
        <w:rPr>
          <w:rFonts w:ascii="Palatino Linotype" w:hAnsi="Palatino Linotype"/>
          <w:color w:val="000000"/>
          <w:sz w:val="24"/>
          <w:lang w:val="vi-VN"/>
        </w:rPr>
        <w:t xml:space="preserve">Với </w: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giá trị nào của </w:t>
      </w:r>
      <w:r w:rsidRPr="000B2A56">
        <w:rPr>
          <w:position w:val="-6"/>
          <w:lang w:val="vi-VN"/>
        </w:rPr>
        <w:object w:dxaOrig="260" w:dyaOrig="220" w14:anchorId="4855F97B">
          <v:shape id="_x0000_i2130" type="#_x0000_t75" style="width:13pt;height:11pt" o:ole="">
            <v:imagedata r:id="rId996" o:title=""/>
          </v:shape>
          <o:OLEObject Type="Embed" ProgID="Equation.DSMT4" ShapeID="_x0000_i2130" DrawAspect="Content" ObjectID="_1702753686" r:id="rId2184"/>
        </w:objec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 thì phương trình: </w:t>
      </w:r>
      <w:r w:rsidRPr="000B2A56">
        <w:rPr>
          <w:position w:val="-14"/>
          <w:lang w:val="vi-VN"/>
        </w:rPr>
        <w:object w:dxaOrig="2740" w:dyaOrig="400" w14:anchorId="2550D25B">
          <v:shape id="_x0000_i2131" type="#_x0000_t75" style="width:135.5pt;height:20.5pt" o:ole="">
            <v:imagedata r:id="rId2185" o:title=""/>
          </v:shape>
          <o:OLEObject Type="Embed" ProgID="Equation.DSMT4" ShapeID="_x0000_i2131" DrawAspect="Content" ObjectID="_1702753687" r:id="rId2186"/>
        </w:objec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 có </w:t>
      </w:r>
      <w:r w:rsidRPr="000B2A56">
        <w:rPr>
          <w:position w:val="-4"/>
          <w:lang w:val="vi-VN"/>
        </w:rPr>
        <w:object w:dxaOrig="200" w:dyaOrig="260" w14:anchorId="28A2AB67">
          <v:shape id="_x0000_i2132" type="#_x0000_t75" style="width:9.5pt;height:13pt" o:ole="">
            <v:imagedata r:id="rId1000" o:title=""/>
          </v:shape>
          <o:OLEObject Type="Embed" ProgID="Equation.DSMT4" ShapeID="_x0000_i2132" DrawAspect="Content" ObjectID="_1702753688" r:id="rId2187"/>
        </w:objec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 xml:space="preserve"> nghiệm phân biệt?</w:t>
      </w:r>
    </w:p>
    <w:p w14:paraId="783C48B1" w14:textId="15BACF48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</w:rPr>
      </w:pPr>
      <w:r w:rsidRPr="000B2A56">
        <w:rPr>
          <w:rFonts w:ascii="Palatino Linotype" w:hAnsi="Palatino Linotype"/>
          <w:b/>
          <w:color w:val="008000"/>
          <w:sz w:val="24"/>
        </w:rPr>
        <w:t xml:space="preserve">A. </w:t>
      </w:r>
      <w:r w:rsidR="00D57DCC" w:rsidRPr="000B2A56">
        <w:rPr>
          <w:rFonts w:ascii="Palatino Linotype" w:hAnsi="Palatino Linotype"/>
          <w:color w:val="000000"/>
          <w:position w:val="-6"/>
          <w:sz w:val="24"/>
        </w:rPr>
        <w:object w:dxaOrig="600" w:dyaOrig="279" w14:anchorId="039646B1">
          <v:shape id="_x0000_i2133" type="#_x0000_t75" style="width:30pt;height:14.5pt" o:ole="">
            <v:imagedata r:id="rId1002" o:title=""/>
          </v:shape>
          <o:OLEObject Type="Embed" ProgID="Equation.DSMT4" ShapeID="_x0000_i2133" DrawAspect="Content" ObjectID="_1702753689" r:id="rId2188"/>
        </w:object>
      </w:r>
      <w:r w:rsidR="00D57DCC" w:rsidRPr="000B2A56">
        <w:rPr>
          <w:rFonts w:ascii="Palatino Linotype" w:hAnsi="Palatino Linotype"/>
          <w:color w:val="000000"/>
          <w:sz w:val="24"/>
        </w:rPr>
        <w:t>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B. </w:t>
      </w:r>
      <w:r w:rsidR="00D57DCC" w:rsidRPr="000B2A56">
        <w:rPr>
          <w:rFonts w:ascii="Palatino Linotype" w:hAnsi="Palatino Linotype"/>
          <w:color w:val="000000"/>
          <w:position w:val="-6"/>
          <w:sz w:val="24"/>
        </w:rPr>
        <w:object w:dxaOrig="600" w:dyaOrig="279" w14:anchorId="3722B796">
          <v:shape id="_x0000_i2134" type="#_x0000_t75" style="width:30pt;height:14.5pt" o:ole="">
            <v:imagedata r:id="rId2189" o:title=""/>
          </v:shape>
          <o:OLEObject Type="Embed" ProgID="Equation.DSMT4" ShapeID="_x0000_i2134" DrawAspect="Content" ObjectID="_1702753690" r:id="rId2190"/>
        </w:object>
      </w:r>
      <w:r w:rsidR="00D57DCC" w:rsidRPr="000B2A56">
        <w:rPr>
          <w:rFonts w:ascii="Palatino Linotype" w:hAnsi="Palatino Linotype"/>
          <w:color w:val="000000"/>
          <w:sz w:val="24"/>
        </w:rPr>
        <w:t>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C. </w:t>
      </w:r>
      <w:r w:rsidR="00D57DCC" w:rsidRPr="000B2A56">
        <w:rPr>
          <w:rFonts w:ascii="Palatino Linotype" w:hAnsi="Palatino Linotype"/>
          <w:color w:val="000000"/>
          <w:position w:val="-6"/>
          <w:sz w:val="24"/>
        </w:rPr>
        <w:object w:dxaOrig="600" w:dyaOrig="279" w14:anchorId="49E9D3AD">
          <v:shape id="_x0000_i2135" type="#_x0000_t75" style="width:30pt;height:14.5pt" o:ole="">
            <v:imagedata r:id="rId1006" o:title=""/>
          </v:shape>
          <o:OLEObject Type="Embed" ProgID="Equation.DSMT4" ShapeID="_x0000_i2135" DrawAspect="Content" ObjectID="_1702753691" r:id="rId2191"/>
        </w:object>
      </w:r>
      <w:r w:rsidR="00D57DCC" w:rsidRPr="000B2A56">
        <w:rPr>
          <w:rFonts w:ascii="Palatino Linotype" w:hAnsi="Palatino Linotype"/>
          <w:iCs/>
          <w:color w:val="000000"/>
          <w:sz w:val="24"/>
        </w:rPr>
        <w:t xml:space="preserve"> và </w:t>
      </w:r>
      <w:r w:rsidR="00D57DCC" w:rsidRPr="000B2A56">
        <w:rPr>
          <w:rFonts w:ascii="Palatino Linotype" w:hAnsi="Palatino Linotype"/>
          <w:iCs/>
          <w:color w:val="000000"/>
          <w:position w:val="-6"/>
          <w:sz w:val="24"/>
        </w:rPr>
        <w:object w:dxaOrig="620" w:dyaOrig="279" w14:anchorId="2A6A7A0D">
          <v:shape id="_x0000_i2136" type="#_x0000_t75" style="width:30.5pt;height:14.5pt" o:ole="">
            <v:imagedata r:id="rId1008" o:title=""/>
          </v:shape>
          <o:OLEObject Type="Embed" ProgID="Equation.DSMT4" ShapeID="_x0000_i2136" DrawAspect="Content" ObjectID="_1702753692" r:id="rId2192"/>
        </w:object>
      </w:r>
      <w:r w:rsidR="00D57DCC" w:rsidRPr="000B2A56">
        <w:rPr>
          <w:rFonts w:ascii="Palatino Linotype" w:hAnsi="Palatino Linotype"/>
          <w:color w:val="000000"/>
          <w:sz w:val="24"/>
        </w:rPr>
        <w:t>.</w:t>
      </w:r>
      <w:r w:rsidRPr="000B2A56">
        <w:rPr>
          <w:rFonts w:ascii="Palatino Linotype" w:hAnsi="Palatino Linotype"/>
          <w:color w:val="000000"/>
          <w:sz w:val="24"/>
        </w:rPr>
        <w:tab/>
      </w:r>
      <w:r w:rsidRPr="000B2A56">
        <w:rPr>
          <w:rFonts w:ascii="Palatino Linotype" w:hAnsi="Palatino Linotype"/>
          <w:b/>
          <w:color w:val="008000"/>
          <w:sz w:val="24"/>
        </w:rPr>
        <w:t xml:space="preserve">D. </w:t>
      </w:r>
      <w:r w:rsidR="00D57DCC" w:rsidRPr="000B2A56">
        <w:rPr>
          <w:rFonts w:ascii="Palatino Linotype" w:hAnsi="Palatino Linotype"/>
          <w:color w:val="000000"/>
          <w:position w:val="-6"/>
          <w:sz w:val="24"/>
        </w:rPr>
        <w:object w:dxaOrig="620" w:dyaOrig="279" w14:anchorId="51D91545">
          <v:shape id="_x0000_i2137" type="#_x0000_t75" style="width:30.5pt;height:14.5pt" o:ole="">
            <v:imagedata r:id="rId2193" o:title=""/>
          </v:shape>
          <o:OLEObject Type="Embed" ProgID="Equation.DSMT4" ShapeID="_x0000_i2137" DrawAspect="Content" ObjectID="_1702753693" r:id="rId2194"/>
        </w:object>
      </w:r>
      <w:r w:rsidR="00D57DCC" w:rsidRPr="000B2A56">
        <w:rPr>
          <w:rFonts w:ascii="Palatino Linotype" w:hAnsi="Palatino Linotype"/>
          <w:color w:val="000000"/>
          <w:sz w:val="24"/>
        </w:rPr>
        <w:t>.</w:t>
      </w:r>
    </w:p>
    <w:p w14:paraId="1D9311EF" w14:textId="1821DA97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lang w:val="vi-VN"/>
        </w:rPr>
      </w:pPr>
      <w:r w:rsidRPr="000B2A56">
        <w:rPr>
          <w:rFonts w:ascii="Palatino Linotype" w:hAnsi="Palatino Linotype"/>
          <w:color w:val="000000"/>
          <w:sz w:val="24"/>
          <w:lang w:val="vi-VN"/>
        </w:rPr>
        <w:t xml:space="preserve">Số </w: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>nghiệm của phương trình:</w:t>
      </w:r>
      <w:r w:rsidRPr="000B2A56">
        <w:rPr>
          <w:position w:val="-16"/>
          <w:lang w:val="vi-VN"/>
        </w:rPr>
        <w:object w:dxaOrig="2380" w:dyaOrig="440" w14:anchorId="29F7D040">
          <v:shape id="_x0000_i2138" type="#_x0000_t75" style="width:119pt;height:21.5pt" o:ole="">
            <v:imagedata r:id="rId2195" o:title=""/>
          </v:shape>
          <o:OLEObject Type="Embed" ProgID="Equation.DSMT4" ShapeID="_x0000_i2138" DrawAspect="Content" ObjectID="_1702753694" r:id="rId2196"/>
        </w:objec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>là:</w:t>
      </w:r>
    </w:p>
    <w:p w14:paraId="0C504FD7" w14:textId="73D66C53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iCs/>
          <w:color w:val="000000"/>
          <w:sz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A. </w:t>
      </w:r>
      <w:r w:rsidR="00D57DCC" w:rsidRPr="000B2A56">
        <w:rPr>
          <w:rFonts w:ascii="Palatino Linotype" w:hAnsi="Palatino Linotype"/>
          <w:color w:val="000000"/>
          <w:position w:val="-6"/>
          <w:sz w:val="24"/>
        </w:rPr>
        <w:object w:dxaOrig="200" w:dyaOrig="279" w14:anchorId="22FCFC85">
          <v:shape id="_x0000_i2139" type="#_x0000_t75" style="width:9.5pt;height:14.5pt" o:ole="">
            <v:imagedata r:id="rId1042" o:title=""/>
          </v:shape>
          <o:OLEObject Type="Embed" ProgID="Equation.DSMT4" ShapeID="_x0000_i2139" DrawAspect="Content" ObjectID="_1702753695" r:id="rId2197"/>
        </w:object>
      </w:r>
      <w:r w:rsidR="00D57DCC" w:rsidRPr="000B2A56">
        <w:rPr>
          <w:rFonts w:ascii="Palatino Linotype" w:hAnsi="Palatino Linotype"/>
          <w:color w:val="000000"/>
          <w:sz w:val="24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B. </w:t>
      </w:r>
      <w:r w:rsidR="00D57DCC" w:rsidRPr="000B2A56">
        <w:rPr>
          <w:rFonts w:ascii="Palatino Linotype" w:hAnsi="Palatino Linotype"/>
          <w:color w:val="000000"/>
          <w:position w:val="-4"/>
          <w:sz w:val="24"/>
        </w:rPr>
        <w:object w:dxaOrig="139" w:dyaOrig="260" w14:anchorId="5E7048EA">
          <v:shape id="_x0000_i2140" type="#_x0000_t75" style="width:6.5pt;height:13pt" o:ole="">
            <v:imagedata r:id="rId1044" o:title=""/>
          </v:shape>
          <o:OLEObject Type="Embed" ProgID="Equation.DSMT4" ShapeID="_x0000_i2140" DrawAspect="Content" ObjectID="_1702753696" r:id="rId2198"/>
        </w:object>
      </w:r>
      <w:r w:rsidR="00D57DCC" w:rsidRPr="000B2A56">
        <w:rPr>
          <w:rFonts w:ascii="Palatino Linotype" w:hAnsi="Palatino Linotype"/>
          <w:color w:val="000000"/>
          <w:sz w:val="24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C. </w:t>
      </w:r>
      <w:r w:rsidR="00D57DCC" w:rsidRPr="000B2A56">
        <w:rPr>
          <w:rFonts w:ascii="Palatino Linotype" w:hAnsi="Palatino Linotype"/>
          <w:color w:val="000000"/>
          <w:position w:val="-4"/>
          <w:sz w:val="24"/>
        </w:rPr>
        <w:object w:dxaOrig="200" w:dyaOrig="260" w14:anchorId="14AA279B">
          <v:shape id="_x0000_i2141" type="#_x0000_t75" style="width:9.5pt;height:13pt" o:ole="">
            <v:imagedata r:id="rId1046" o:title=""/>
          </v:shape>
          <o:OLEObject Type="Embed" ProgID="Equation.DSMT4" ShapeID="_x0000_i2141" DrawAspect="Content" ObjectID="_1702753697" r:id="rId2199"/>
        </w:object>
      </w:r>
      <w:r w:rsidR="00D57DCC" w:rsidRPr="000B2A56">
        <w:rPr>
          <w:rFonts w:ascii="Palatino Linotype" w:hAnsi="Palatino Linotype"/>
          <w:color w:val="000000"/>
          <w:sz w:val="24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D. </w:t>
      </w:r>
      <w:r w:rsidR="00D57DCC" w:rsidRPr="000B2A56">
        <w:rPr>
          <w:rFonts w:ascii="Palatino Linotype" w:hAnsi="Palatino Linotype"/>
          <w:color w:val="000000"/>
          <w:position w:val="-6"/>
          <w:sz w:val="24"/>
        </w:rPr>
        <w:object w:dxaOrig="180" w:dyaOrig="279" w14:anchorId="5EBE1CAE">
          <v:shape id="_x0000_i2142" type="#_x0000_t75" style="width:9pt;height:14.5pt" o:ole="">
            <v:imagedata r:id="rId1048" o:title=""/>
          </v:shape>
          <o:OLEObject Type="Embed" ProgID="Equation.DSMT4" ShapeID="_x0000_i2142" DrawAspect="Content" ObjectID="_1702753698" r:id="rId2200"/>
        </w:object>
      </w:r>
      <w:r w:rsidR="00D57DCC" w:rsidRPr="000B2A56">
        <w:rPr>
          <w:rFonts w:ascii="Palatino Linotype" w:hAnsi="Palatino Linotype"/>
          <w:color w:val="000000"/>
          <w:sz w:val="24"/>
          <w:lang w:val="vi-VN"/>
        </w:rPr>
        <w:t>.</w:t>
      </w:r>
    </w:p>
    <w:p w14:paraId="2DF61EE0" w14:textId="4BCA1D9D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lang w:val="vi-VN"/>
        </w:rPr>
      </w:pPr>
      <w:r w:rsidRPr="000B2A56">
        <w:rPr>
          <w:rFonts w:ascii="Palatino Linotype" w:hAnsi="Palatino Linotype"/>
          <w:color w:val="000000"/>
          <w:sz w:val="24"/>
          <w:lang w:val="vi-VN"/>
        </w:rPr>
        <w:t xml:space="preserve">Phương </w: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>trình</w:t>
      </w:r>
      <w:r w:rsidRPr="000B2A56">
        <w:rPr>
          <w:position w:val="-18"/>
          <w:lang w:val="vi-VN"/>
        </w:rPr>
        <w:object w:dxaOrig="3780" w:dyaOrig="540" w14:anchorId="648D317C">
          <v:shape id="_x0000_i2143" type="#_x0000_t75" style="width:187pt;height:27pt" o:ole="">
            <v:imagedata r:id="rId2201" o:title=""/>
          </v:shape>
          <o:OLEObject Type="Embed" ProgID="Equation.DSMT4" ShapeID="_x0000_i2143" DrawAspect="Content" ObjectID="_1702753699" r:id="rId2202"/>
        </w:object>
      </w:r>
      <w:r w:rsidRPr="000B2A56">
        <w:rPr>
          <w:rFonts w:ascii="Palatino Linotype" w:hAnsi="Palatino Linotype"/>
          <w:iCs/>
          <w:color w:val="000000"/>
          <w:sz w:val="24"/>
          <w:lang w:val="vi-VN"/>
        </w:rPr>
        <w:t>có bao nhiêu nghiệm?</w:t>
      </w:r>
    </w:p>
    <w:p w14:paraId="3D4BBA1A" w14:textId="2C8C9920" w:rsidR="00D57DCC" w:rsidRPr="000B2A56" w:rsidRDefault="005E66A8" w:rsidP="005E66A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iCs/>
          <w:color w:val="000000"/>
          <w:sz w:val="24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A. </w: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>2.</w:t>
      </w:r>
      <w:r w:rsidRPr="000B2A56">
        <w:rPr>
          <w:rFonts w:ascii="Palatino Linotype" w:hAnsi="Palatino Linotype"/>
          <w:color w:val="000000"/>
          <w:sz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B. </w: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>3.</w:t>
      </w:r>
      <w:r w:rsidRPr="000B2A56">
        <w:rPr>
          <w:rFonts w:ascii="Palatino Linotype" w:hAnsi="Palatino Linotype"/>
          <w:color w:val="000000"/>
          <w:sz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C. </w: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>4.</w:t>
      </w:r>
      <w:r w:rsidRPr="000B2A56">
        <w:rPr>
          <w:rFonts w:ascii="Palatino Linotype" w:hAnsi="Palatino Linotype"/>
          <w:color w:val="000000"/>
          <w:sz w:val="24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lang w:val="vi-VN"/>
        </w:rPr>
        <w:t xml:space="preserve">D. </w:t>
      </w:r>
      <w:r w:rsidR="00D57DCC" w:rsidRPr="000B2A56">
        <w:rPr>
          <w:rFonts w:ascii="Palatino Linotype" w:hAnsi="Palatino Linotype"/>
          <w:iCs/>
          <w:color w:val="000000"/>
          <w:sz w:val="24"/>
          <w:lang w:val="vi-VN"/>
        </w:rPr>
        <w:t>0.</w:t>
      </w:r>
    </w:p>
    <w:p w14:paraId="07240B9A" w14:textId="096AF592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6"/>
          <w:lang w:val="fr-FR"/>
        </w:rPr>
      </w:pPr>
      <w:r w:rsidRPr="000B2A56">
        <w:rPr>
          <w:rFonts w:ascii="Palatino Linotype" w:hAnsi="Palatino Linotype"/>
          <w:sz w:val="24"/>
          <w:szCs w:val="26"/>
          <w:lang w:val="fr-FR"/>
        </w:rPr>
        <w:t xml:space="preserve">Cho </w:t>
      </w:r>
      <w:r w:rsidRPr="000B2A56">
        <w:rPr>
          <w:position w:val="-10"/>
        </w:rPr>
        <w:object w:dxaOrig="1060" w:dyaOrig="380" w14:anchorId="17B04BF6">
          <v:shape id="_x0000_i2144" type="#_x0000_t75" style="width:51.5pt;height:19.5pt" o:ole="">
            <v:imagedata r:id="rId1472" o:title=""/>
          </v:shape>
          <o:OLEObject Type="Embed" ProgID="Equation.DSMT4" ShapeID="_x0000_i2144" DrawAspect="Content" ObjectID="_1702753700" r:id="rId2203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 và </w:t>
      </w:r>
      <w:r w:rsidRPr="000B2A56">
        <w:rPr>
          <w:position w:val="-10"/>
        </w:rPr>
        <w:object w:dxaOrig="960" w:dyaOrig="380" w14:anchorId="615ED95B">
          <v:shape id="_x0000_i2145" type="#_x0000_t75" style="width:46pt;height:19.5pt" o:ole="">
            <v:imagedata r:id="rId1474" o:title=""/>
          </v:shape>
          <o:OLEObject Type="Embed" ProgID="Equation.DSMT4" ShapeID="_x0000_i2145" DrawAspect="Content" ObjectID="_1702753701" r:id="rId2204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. Giá trị của </w:t>
      </w:r>
      <w:r w:rsidRPr="000B2A56">
        <w:rPr>
          <w:position w:val="-6"/>
        </w:rPr>
        <w:object w:dxaOrig="240" w:dyaOrig="200" w14:anchorId="0EC572B8">
          <v:shape id="_x0000_i2146" type="#_x0000_t75" style="width:12.5pt;height:9.5pt" o:ole="">
            <v:imagedata r:id="rId1476" o:title=""/>
          </v:shape>
          <o:OLEObject Type="Embed" ProgID="Equation.DSMT4" ShapeID="_x0000_i2146" DrawAspect="Content" ObjectID="_1702753702" r:id="rId2205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để </w:t>
      </w:r>
      <w:r w:rsidRPr="000B2A56">
        <w:rPr>
          <w:position w:val="-6"/>
        </w:rPr>
        <w:object w:dxaOrig="200" w:dyaOrig="340" w14:anchorId="47CEBD95">
          <v:shape id="_x0000_i2147" type="#_x0000_t75" style="width:9.5pt;height:17.5pt" o:ole="">
            <v:imagedata r:id="rId1478" o:title=""/>
          </v:shape>
          <o:OLEObject Type="Embed" ProgID="Equation.DSMT4" ShapeID="_x0000_i2147" DrawAspect="Content" ObjectID="_1702753703" r:id="rId2206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 và </w:t>
      </w:r>
      <w:r w:rsidRPr="000B2A56">
        <w:rPr>
          <w:position w:val="-6"/>
        </w:rPr>
        <w:object w:dxaOrig="200" w:dyaOrig="340" w14:anchorId="614BD492">
          <v:shape id="_x0000_i2148" type="#_x0000_t75" style="width:9.5pt;height:17.5pt" o:ole="">
            <v:imagedata r:id="rId1480" o:title=""/>
          </v:shape>
          <o:OLEObject Type="Embed" ProgID="Equation.DSMT4" ShapeID="_x0000_i2148" DrawAspect="Content" ObjectID="_1702753704" r:id="rId2207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 cùng phương là:</w:t>
      </w:r>
    </w:p>
    <w:p w14:paraId="3AFAD2F1" w14:textId="3F45AD38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FF"/>
          <w:sz w:val="24"/>
          <w:szCs w:val="26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A. </w:t>
      </w:r>
      <w:r w:rsidR="00D57DCC" w:rsidRPr="000B2A56">
        <w:rPr>
          <w:rFonts w:ascii="Palatino Linotype" w:hAnsi="Palatino Linotype"/>
          <w:b/>
          <w:color w:val="0000FF"/>
          <w:position w:val="-6"/>
          <w:sz w:val="24"/>
          <w:szCs w:val="26"/>
        </w:rPr>
        <w:object w:dxaOrig="360" w:dyaOrig="260" w14:anchorId="3526BDE8">
          <v:shape id="_x0000_i2149" type="#_x0000_t75" style="width:18.5pt;height:12pt" o:ole="">
            <v:imagedata r:id="rId1482" o:title=""/>
          </v:shape>
          <o:OLEObject Type="Embed" ProgID="Equation.DSMT4" ShapeID="_x0000_i2149" DrawAspect="Content" ObjectID="_1702753705" r:id="rId2208"/>
        </w:object>
      </w:r>
      <w:r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B. </w:t>
      </w:r>
      <w:r w:rsidR="00D57DCC" w:rsidRPr="000B2A56">
        <w:rPr>
          <w:rFonts w:ascii="Palatino Linotype" w:hAnsi="Palatino Linotype"/>
          <w:b/>
          <w:color w:val="0000FF"/>
          <w:position w:val="-24"/>
          <w:sz w:val="24"/>
          <w:szCs w:val="26"/>
        </w:rPr>
        <w:object w:dxaOrig="480" w:dyaOrig="620" w14:anchorId="2A503118">
          <v:shape id="_x0000_i2150" type="#_x0000_t75" style="width:24pt;height:30.5pt" o:ole="">
            <v:imagedata r:id="rId1484" o:title=""/>
          </v:shape>
          <o:OLEObject Type="Embed" ProgID="Equation.DSMT4" ShapeID="_x0000_i2150" DrawAspect="Content" ObjectID="_1702753706" r:id="rId2209"/>
        </w:object>
      </w:r>
      <w:r w:rsidR="00D57DCC"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>.</w:t>
      </w:r>
      <w:r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C. </w:t>
      </w:r>
      <w:r w:rsidR="00D57DCC" w:rsidRPr="000B2A56">
        <w:rPr>
          <w:rFonts w:ascii="Palatino Linotype" w:hAnsi="Palatino Linotype"/>
          <w:b/>
          <w:color w:val="0000FF"/>
          <w:position w:val="-6"/>
          <w:sz w:val="24"/>
          <w:szCs w:val="26"/>
        </w:rPr>
        <w:object w:dxaOrig="460" w:dyaOrig="260" w14:anchorId="617827F4">
          <v:shape id="_x0000_i2151" type="#_x0000_t75" style="width:24pt;height:12pt" o:ole="">
            <v:imagedata r:id="rId1486" o:title=""/>
          </v:shape>
          <o:OLEObject Type="Embed" ProgID="Equation.DSMT4" ShapeID="_x0000_i2151" DrawAspect="Content" ObjectID="_1702753707" r:id="rId2210"/>
        </w:object>
      </w:r>
      <w:r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D. </w:t>
      </w:r>
      <w:r w:rsidR="00D57DCC" w:rsidRPr="000B2A56">
        <w:rPr>
          <w:rFonts w:ascii="Palatino Linotype" w:hAnsi="Palatino Linotype"/>
          <w:b/>
          <w:color w:val="0000FF"/>
          <w:position w:val="-24"/>
          <w:sz w:val="24"/>
          <w:szCs w:val="26"/>
        </w:rPr>
        <w:object w:dxaOrig="480" w:dyaOrig="620" w14:anchorId="59A1AB5C">
          <v:shape id="_x0000_i2152" type="#_x0000_t75" style="width:24pt;height:30.5pt" o:ole="">
            <v:imagedata r:id="rId1488" o:title=""/>
          </v:shape>
          <o:OLEObject Type="Embed" ProgID="Equation.DSMT4" ShapeID="_x0000_i2152" DrawAspect="Content" ObjectID="_1702753708" r:id="rId2211"/>
        </w:object>
      </w:r>
      <w:r w:rsidR="00D57DCC"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>.</w:t>
      </w:r>
    </w:p>
    <w:p w14:paraId="32F81012" w14:textId="53F4484D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6"/>
          <w:lang w:val="fr-FR"/>
        </w:rPr>
      </w:pPr>
      <w:r w:rsidRPr="000B2A56">
        <w:rPr>
          <w:rFonts w:ascii="Palatino Linotype" w:hAnsi="Palatino Linotype"/>
          <w:sz w:val="24"/>
          <w:szCs w:val="26"/>
          <w:lang w:val="fr-FR"/>
        </w:rPr>
        <w:t xml:space="preserve">Cho các điểm </w:t>
      </w:r>
      <w:r w:rsidRPr="000B2A56">
        <w:rPr>
          <w:position w:val="-10"/>
        </w:rPr>
        <w:object w:dxaOrig="2200" w:dyaOrig="300" w14:anchorId="2A37BB98">
          <v:shape id="_x0000_i2153" type="#_x0000_t75" style="width:110pt;height:15pt" o:ole="">
            <v:imagedata r:id="rId2212" o:title=""/>
          </v:shape>
          <o:OLEObject Type="Embed" ProgID="Equation.DSMT4" ShapeID="_x0000_i2153" DrawAspect="Content" ObjectID="_1702753709" r:id="rId2213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 xml:space="preserve"> Góc </w:t>
      </w:r>
      <w:r w:rsidRPr="000B2A56">
        <w:rPr>
          <w:position w:val="-6"/>
        </w:rPr>
        <w:object w:dxaOrig="560" w:dyaOrig="360" w14:anchorId="37248186">
          <v:shape id="_x0000_i2154" type="#_x0000_t75" style="width:28pt;height:18.5pt" o:ole="">
            <v:imagedata r:id="rId2214" o:title=""/>
          </v:shape>
          <o:OLEObject Type="Embed" ProgID="Equation.DSMT4" ShapeID="_x0000_i2154" DrawAspect="Content" ObjectID="_1702753710" r:id="rId2215"/>
        </w:object>
      </w:r>
      <w:r w:rsidRPr="000B2A56">
        <w:rPr>
          <w:rFonts w:ascii="Palatino Linotype" w:hAnsi="Palatino Linotype"/>
          <w:sz w:val="24"/>
          <w:szCs w:val="26"/>
          <w:lang w:val="fr-FR"/>
        </w:rPr>
        <w:t> bằng bao nhiêu?</w:t>
      </w:r>
    </w:p>
    <w:p w14:paraId="6B20C425" w14:textId="2ABD7A03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FF"/>
          <w:sz w:val="24"/>
          <w:szCs w:val="26"/>
          <w:lang w:val="fr-FR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A. </w:t>
      </w:r>
      <w:r w:rsidR="00D57DCC" w:rsidRPr="000B2A56">
        <w:rPr>
          <w:rFonts w:ascii="Palatino Linotype" w:hAnsi="Palatino Linotype"/>
          <w:b/>
          <w:color w:val="0000FF"/>
          <w:position w:val="-6"/>
          <w:sz w:val="24"/>
          <w:szCs w:val="26"/>
        </w:rPr>
        <w:object w:dxaOrig="380" w:dyaOrig="340" w14:anchorId="0E89BA37">
          <v:shape id="_x0000_i2155" type="#_x0000_t75" style="width:18.5pt;height:17.5pt" o:ole="">
            <v:imagedata r:id="rId2216" o:title=""/>
          </v:shape>
          <o:OLEObject Type="Embed" ProgID="Equation.DSMT4" ShapeID="_x0000_i2155" DrawAspect="Content" ObjectID="_1702753711" r:id="rId2217"/>
        </w:object>
      </w:r>
      <w:r w:rsidR="00D57DCC"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>.</w:t>
      </w:r>
      <w:r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B. </w:t>
      </w:r>
      <w:r w:rsidR="00D57DCC" w:rsidRPr="000B2A56">
        <w:rPr>
          <w:rFonts w:ascii="Palatino Linotype" w:hAnsi="Palatino Linotype"/>
          <w:b/>
          <w:color w:val="0000FF"/>
          <w:position w:val="-6"/>
          <w:sz w:val="24"/>
          <w:szCs w:val="26"/>
        </w:rPr>
        <w:object w:dxaOrig="420" w:dyaOrig="340" w14:anchorId="54B97CDD">
          <v:shape id="_x0000_i2156" type="#_x0000_t75" style="width:21pt;height:17.5pt" o:ole="">
            <v:imagedata r:id="rId2218" o:title=""/>
          </v:shape>
          <o:OLEObject Type="Embed" ProgID="Equation.DSMT4" ShapeID="_x0000_i2156" DrawAspect="Content" ObjectID="_1702753712" r:id="rId2219"/>
        </w:object>
      </w:r>
      <w:r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C. </w:t>
      </w:r>
      <w:r w:rsidR="00D57DCC" w:rsidRPr="000B2A56">
        <w:rPr>
          <w:rFonts w:ascii="Palatino Linotype" w:hAnsi="Palatino Linotype"/>
          <w:b/>
          <w:color w:val="0000FF"/>
          <w:position w:val="-6"/>
          <w:sz w:val="24"/>
          <w:szCs w:val="26"/>
        </w:rPr>
        <w:object w:dxaOrig="420" w:dyaOrig="340" w14:anchorId="6AF7FC8E">
          <v:shape id="_x0000_i2157" type="#_x0000_t75" style="width:21pt;height:17.5pt" o:ole="">
            <v:imagedata r:id="rId2220" o:title=""/>
          </v:shape>
          <o:OLEObject Type="Embed" ProgID="Equation.DSMT4" ShapeID="_x0000_i2157" DrawAspect="Content" ObjectID="_1702753713" r:id="rId2221"/>
        </w:object>
      </w:r>
      <w:r w:rsidRPr="000B2A56">
        <w:rPr>
          <w:rFonts w:ascii="Palatino Linotype" w:hAnsi="Palatino Linotype"/>
          <w:b/>
          <w:color w:val="0000FF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D. </w:t>
      </w:r>
      <w:r w:rsidR="00D57DCC" w:rsidRPr="000B2A56">
        <w:rPr>
          <w:rFonts w:ascii="Palatino Linotype" w:hAnsi="Palatino Linotype"/>
          <w:b/>
          <w:color w:val="0000FF"/>
          <w:position w:val="-6"/>
          <w:sz w:val="24"/>
          <w:szCs w:val="26"/>
        </w:rPr>
        <w:object w:dxaOrig="420" w:dyaOrig="340" w14:anchorId="46A0BE5C">
          <v:shape id="_x0000_i2158" type="#_x0000_t75" style="width:21pt;height:17.5pt" o:ole="">
            <v:imagedata r:id="rId2222" o:title=""/>
          </v:shape>
          <o:OLEObject Type="Embed" ProgID="Equation.DSMT4" ShapeID="_x0000_i2158" DrawAspect="Content" ObjectID="_1702753714" r:id="rId2223"/>
        </w:object>
      </w:r>
    </w:p>
    <w:p w14:paraId="56DBA9E2" w14:textId="4C4E20A8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Cho tam giác </w:t>
      </w:r>
      <w:r w:rsidRPr="000B2A56">
        <w:object w:dxaOrig="560" w:dyaOrig="279" w14:anchorId="7C114367">
          <v:shape id="_x0000_i2159" type="#_x0000_t75" style="width:28pt;height:14.5pt" o:ole="">
            <v:imagedata r:id="rId2224" o:title=""/>
          </v:shape>
          <o:OLEObject Type="Embed" ProgID="Equation.DSMT4" ShapeID="_x0000_i2159" DrawAspect="Content" ObjectID="_1702753715" r:id="rId222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cân tại </w:t>
      </w:r>
      <w:r w:rsidRPr="000B2A56">
        <w:rPr>
          <w:position w:val="-4"/>
        </w:rPr>
        <w:object w:dxaOrig="240" w:dyaOrig="260" w14:anchorId="3D53CDD0">
          <v:shape id="_x0000_i2160" type="#_x0000_t75" style="width:12.5pt;height:13pt" o:ole="">
            <v:imagedata r:id="rId2226" o:title=""/>
          </v:shape>
          <o:OLEObject Type="Embed" ProgID="Equation.DSMT4" ShapeID="_x0000_i2160" DrawAspect="Content" ObjectID="_1702753716" r:id="rId2227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, </w:t>
      </w:r>
      <w:r w:rsidRPr="000B2A56">
        <w:object w:dxaOrig="880" w:dyaOrig="360" w14:anchorId="530B8718">
          <v:shape id="_x0000_i2161" type="#_x0000_t75" style="width:44pt;height:18.5pt" o:ole="">
            <v:imagedata r:id="rId2228" o:title=""/>
          </v:shape>
          <o:OLEObject Type="Embed" ProgID="Equation.DSMT4" ShapeID="_x0000_i2161" DrawAspect="Content" ObjectID="_1702753717" r:id="rId2229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và </w:t>
      </w:r>
      <w:r w:rsidRPr="000B2A56">
        <w:object w:dxaOrig="760" w:dyaOrig="279" w14:anchorId="7C4A7816">
          <v:shape id="_x0000_i2162" type="#_x0000_t75" style="width:38pt;height:14.5pt" o:ole="">
            <v:imagedata r:id="rId2230" o:title=""/>
          </v:shape>
          <o:OLEObject Type="Embed" ProgID="Equation.DSMT4" ShapeID="_x0000_i2162" DrawAspect="Content" ObjectID="_1702753718" r:id="rId2231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. </w:t>
      </w:r>
      <w:r w:rsidRPr="000B2A56">
        <w:rPr>
          <w:rFonts w:ascii="Palatino Linotype" w:hAnsi="Palatino Linotype"/>
          <w:color w:val="000000"/>
          <w:sz w:val="24"/>
          <w:szCs w:val="26"/>
        </w:rPr>
        <w:t xml:space="preserve">Tính </w:t>
      </w:r>
      <w:r w:rsidRPr="000B2A56">
        <w:object w:dxaOrig="700" w:dyaOrig="340" w14:anchorId="4FEDD210">
          <v:shape id="_x0000_i2163" type="#_x0000_t75" style="width:34pt;height:17pt" o:ole="">
            <v:imagedata r:id="rId2232" o:title=""/>
          </v:shape>
          <o:OLEObject Type="Embed" ProgID="Equation.DSMT4" ShapeID="_x0000_i2163" DrawAspect="Content" ObjectID="_1702753719" r:id="rId2233"/>
        </w:object>
      </w:r>
    </w:p>
    <w:p w14:paraId="12D613AE" w14:textId="545B4675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A. </w:t>
      </w:r>
      <w:r w:rsidR="00D57DCC" w:rsidRPr="000B2A56">
        <w:rPr>
          <w:rFonts w:ascii="Palatino Linotype" w:hAnsi="Palatino Linotype"/>
          <w:b/>
          <w:color w:val="000000"/>
          <w:position w:val="-24"/>
          <w:sz w:val="24"/>
          <w:szCs w:val="26"/>
          <w:lang w:val="vi-VN"/>
        </w:rPr>
        <w:object w:dxaOrig="340" w:dyaOrig="660" w14:anchorId="71A08334">
          <v:shape id="_x0000_i2164" type="#_x0000_t75" style="width:17pt;height:34pt" o:ole="">
            <v:imagedata r:id="rId2234" o:title=""/>
          </v:shape>
          <o:OLEObject Type="Embed" ProgID="Equation.DSMT4" ShapeID="_x0000_i2164" DrawAspect="Content" ObjectID="_1702753720" r:id="rId2235"/>
        </w:object>
      </w:r>
      <w:r w:rsidR="00D57DCC" w:rsidRPr="000B2A56">
        <w:rPr>
          <w:rFonts w:ascii="Palatino Linotype" w:hAnsi="Palatino Linotype"/>
          <w:b/>
          <w:color w:val="000000"/>
          <w:sz w:val="24"/>
          <w:szCs w:val="26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B. </w:t>
      </w:r>
      <w:r w:rsidR="00D57DCC" w:rsidRPr="000B2A56">
        <w:rPr>
          <w:rFonts w:ascii="Palatino Linotype" w:hAnsi="Palatino Linotype"/>
          <w:b/>
          <w:color w:val="000000"/>
          <w:position w:val="-24"/>
          <w:sz w:val="24"/>
          <w:szCs w:val="26"/>
        </w:rPr>
        <w:object w:dxaOrig="499" w:dyaOrig="660" w14:anchorId="35D66876">
          <v:shape id="_x0000_i2165" type="#_x0000_t75" style="width:25pt;height:34pt" o:ole="">
            <v:imagedata r:id="rId2236" o:title=""/>
          </v:shape>
          <o:OLEObject Type="Embed" ProgID="Equation.DSMT4" ShapeID="_x0000_i2165" DrawAspect="Content" ObjectID="_1702753721" r:id="rId2237"/>
        </w:object>
      </w:r>
      <w:r w:rsidR="00D57DCC" w:rsidRPr="000B2A56">
        <w:rPr>
          <w:rFonts w:ascii="Palatino Linotype" w:hAnsi="Palatino Linotype"/>
          <w:b/>
          <w:color w:val="000000"/>
          <w:sz w:val="24"/>
          <w:szCs w:val="26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C. </w:t>
      </w:r>
      <w:r w:rsidR="00D57DCC" w:rsidRPr="000B2A56">
        <w:rPr>
          <w:rFonts w:ascii="Palatino Linotype" w:hAnsi="Palatino Linotype"/>
          <w:b/>
          <w:color w:val="000000"/>
          <w:position w:val="-24"/>
          <w:sz w:val="24"/>
          <w:szCs w:val="26"/>
        </w:rPr>
        <w:object w:dxaOrig="639" w:dyaOrig="680" w14:anchorId="7D725965">
          <v:shape id="_x0000_i2166" type="#_x0000_t75" style="width:32pt;height:34pt" o:ole="">
            <v:imagedata r:id="rId2238" o:title=""/>
          </v:shape>
          <o:OLEObject Type="Embed" ProgID="Equation.DSMT4" ShapeID="_x0000_i2166" DrawAspect="Content" ObjectID="_1702753722" r:id="rId2239"/>
        </w:object>
      </w:r>
      <w:r w:rsidR="00D57DCC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D. </w:t>
      </w:r>
      <w:r w:rsidR="00D57DCC" w:rsidRPr="000B2A56">
        <w:rPr>
          <w:rFonts w:ascii="Palatino Linotype" w:hAnsi="Palatino Linotype"/>
          <w:b/>
          <w:color w:val="000000"/>
          <w:position w:val="-24"/>
          <w:sz w:val="24"/>
          <w:szCs w:val="26"/>
        </w:rPr>
        <w:object w:dxaOrig="800" w:dyaOrig="680" w14:anchorId="26DC726D">
          <v:shape id="_x0000_i2167" type="#_x0000_t75" style="width:40pt;height:34pt" o:ole="">
            <v:imagedata r:id="rId2240" o:title=""/>
          </v:shape>
          <o:OLEObject Type="Embed" ProgID="Equation.DSMT4" ShapeID="_x0000_i2167" DrawAspect="Content" ObjectID="_1702753723" r:id="rId2241"/>
        </w:object>
      </w:r>
      <w:r w:rsidR="00D57DCC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</w:p>
    <w:p w14:paraId="62367CB3" w14:textId="26C81636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Cho hình vuông </w:t>
      </w:r>
      <w:r w:rsidRPr="000B2A56">
        <w:rPr>
          <w:position w:val="-6"/>
          <w:lang w:val="vi-VN"/>
        </w:rPr>
        <w:object w:dxaOrig="720" w:dyaOrig="279" w14:anchorId="33CA92D8">
          <v:shape id="_x0000_i2168" type="#_x0000_t75" style="width:36.5pt;height:14.5pt" o:ole="">
            <v:imagedata r:id="rId2242" o:title=""/>
          </v:shape>
          <o:OLEObject Type="Embed" ProgID="Equation.DSMT4" ShapeID="_x0000_i2168" DrawAspect="Content" ObjectID="_1702753724" r:id="rId2243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cạnh </w:t>
      </w:r>
      <w:r w:rsidRPr="000B2A56">
        <w:rPr>
          <w:position w:val="-6"/>
          <w:lang w:val="vi-VN"/>
        </w:rPr>
        <w:object w:dxaOrig="240" w:dyaOrig="220" w14:anchorId="7D703BEF">
          <v:shape id="_x0000_i2169" type="#_x0000_t75" style="width:12.5pt;height:11.5pt" o:ole="">
            <v:imagedata r:id="rId2244" o:title=""/>
          </v:shape>
          <o:OLEObject Type="Embed" ProgID="Equation.DSMT4" ShapeID="_x0000_i2169" DrawAspect="Content" ObjectID="_1702753725" r:id="rId224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Mệnh đề nào sau đây 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sai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>?</w:t>
      </w:r>
    </w:p>
    <w:p w14:paraId="0F632685" w14:textId="0E469BEC" w:rsidR="005E66A8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A. </w: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fr-FR"/>
        </w:rPr>
        <w:object w:dxaOrig="1180" w:dyaOrig="340" w14:anchorId="55B84D5D">
          <v:shape id="_x0000_i2170" type="#_x0000_t75" style="width:58.5pt;height:17pt" o:ole="">
            <v:imagedata r:id="rId2246" o:title=""/>
          </v:shape>
          <o:OLEObject Type="Embed" ProgID="Equation.DSMT4" ShapeID="_x0000_i2170" DrawAspect="Content" ObjectID="_1702753726" r:id="rId2247"/>
        </w:objec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B. </w: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fr-FR"/>
        </w:rPr>
        <w:object w:dxaOrig="1219" w:dyaOrig="340" w14:anchorId="1A7CC746">
          <v:shape id="_x0000_i2171" type="#_x0000_t75" style="width:61pt;height:17pt" o:ole="">
            <v:imagedata r:id="rId2248" o:title=""/>
          </v:shape>
          <o:OLEObject Type="Embed" ProgID="Equation.DSMT4" ShapeID="_x0000_i2171" DrawAspect="Content" ObjectID="_1702753727" r:id="rId2249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32D024DA" w14:textId="3AA70F17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C. </w: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fr-FR"/>
        </w:rPr>
        <w:object w:dxaOrig="1219" w:dyaOrig="340" w14:anchorId="3FF57DC7">
          <v:shape id="_x0000_i2172" type="#_x0000_t75" style="width:61pt;height:17pt" o:ole="">
            <v:imagedata r:id="rId2250" o:title=""/>
          </v:shape>
          <o:OLEObject Type="Embed" ProgID="Equation.DSMT4" ShapeID="_x0000_i2172" DrawAspect="Content" ObjectID="_1702753728" r:id="rId2251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D. </w:t>
      </w:r>
      <w:r w:rsidR="00D57DCC" w:rsidRPr="000B2A56">
        <w:rPr>
          <w:rFonts w:ascii="Palatino Linotype" w:hAnsi="Palatino Linotype"/>
          <w:b/>
          <w:color w:val="000000"/>
          <w:position w:val="-10"/>
          <w:sz w:val="24"/>
          <w:szCs w:val="26"/>
        </w:rPr>
        <w:object w:dxaOrig="2500" w:dyaOrig="380" w14:anchorId="47E721B8">
          <v:shape id="_x0000_i2173" type="#_x0000_t75" style="width:125pt;height:18.5pt" o:ole="">
            <v:imagedata r:id="rId2252" o:title=""/>
          </v:shape>
          <o:OLEObject Type="Embed" ProgID="Equation.DSMT4" ShapeID="_x0000_i2173" DrawAspect="Content" ObjectID="_1702753729" r:id="rId2253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3A1C0429" w14:textId="41B15055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Tam giác </w:t>
      </w:r>
      <w:r w:rsidRPr="000B2A56">
        <w:rPr>
          <w:position w:val="-6"/>
          <w:lang w:val="vi-VN"/>
        </w:rPr>
        <w:object w:dxaOrig="560" w:dyaOrig="279" w14:anchorId="0905754D">
          <v:shape id="_x0000_i2174" type="#_x0000_t75" style="width:28pt;height:14.5pt" o:ole="">
            <v:imagedata r:id="rId2254" o:title=""/>
          </v:shape>
          <o:OLEObject Type="Embed" ProgID="Equation.DSMT4" ShapeID="_x0000_i2174" DrawAspect="Content" ObjectID="_1702753730" r:id="rId225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vuông ở </w:t>
      </w:r>
      <w:r w:rsidRPr="000B2A56">
        <w:rPr>
          <w:position w:val="-4"/>
          <w:lang w:val="vi-VN"/>
        </w:rPr>
        <w:object w:dxaOrig="240" w:dyaOrig="260" w14:anchorId="3171BC34">
          <v:shape id="_x0000_i2175" type="#_x0000_t75" style="width:12.5pt;height:13pt" o:ole="">
            <v:imagedata r:id="rId2256" o:title=""/>
          </v:shape>
          <o:OLEObject Type="Embed" ProgID="Equation.DSMT4" ShapeID="_x0000_i2175" DrawAspect="Content" ObjectID="_1702753731" r:id="rId2257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và có góc </w:t>
      </w:r>
      <w:r w:rsidRPr="000B2A56">
        <w:rPr>
          <w:position w:val="-6"/>
          <w:lang w:val="vi-VN"/>
        </w:rPr>
        <w:object w:dxaOrig="780" w:dyaOrig="360" w14:anchorId="734DD753">
          <v:shape id="_x0000_i2176" type="#_x0000_t75" style="width:38pt;height:18.5pt" o:ole="">
            <v:imagedata r:id="rId2258" o:title=""/>
          </v:shape>
          <o:OLEObject Type="Embed" ProgID="Equation.DSMT4" ShapeID="_x0000_i2176" DrawAspect="Content" ObjectID="_1702753732" r:id="rId2259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. Hệ thức nào sau đây là 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sai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>?</w:t>
      </w:r>
    </w:p>
    <w:p w14:paraId="26D1B167" w14:textId="6B710454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A. </w:t>
      </w:r>
      <w:r w:rsidR="00D57DCC" w:rsidRPr="000B2A56">
        <w:rPr>
          <w:rFonts w:ascii="Palatino Linotype" w:hAnsi="Palatino Linotype"/>
          <w:color w:val="000000"/>
          <w:position w:val="-18"/>
          <w:sz w:val="24"/>
          <w:szCs w:val="26"/>
          <w:lang w:val="vi-VN"/>
        </w:rPr>
        <w:object w:dxaOrig="1719" w:dyaOrig="480" w14:anchorId="0C4A9373">
          <v:shape id="_x0000_i2177" type="#_x0000_t75" style="width:86pt;height:23pt" o:ole="">
            <v:imagedata r:id="rId2260" o:title=""/>
          </v:shape>
          <o:OLEObject Type="Embed" ProgID="Equation.DSMT4" ShapeID="_x0000_i2177" DrawAspect="Content" ObjectID="_1702753733" r:id="rId2261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>B</w:t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. </w:t>
      </w:r>
      <w:r w:rsidR="00D57DCC" w:rsidRPr="000B2A56">
        <w:rPr>
          <w:rFonts w:ascii="Palatino Linotype" w:hAnsi="Palatino Linotype"/>
          <w:color w:val="000000"/>
          <w:position w:val="-18"/>
          <w:sz w:val="24"/>
          <w:szCs w:val="26"/>
          <w:lang w:val="vi-VN"/>
        </w:rPr>
        <w:object w:dxaOrig="1660" w:dyaOrig="480" w14:anchorId="240765D7">
          <v:shape id="_x0000_i2178" type="#_x0000_t75" style="width:82pt;height:23pt" o:ole="">
            <v:imagedata r:id="rId2262" o:title=""/>
          </v:shape>
          <o:OLEObject Type="Embed" ProgID="Equation.DSMT4" ShapeID="_x0000_i2178" DrawAspect="Content" ObjectID="_1702753734" r:id="rId2263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C. </w:t>
      </w:r>
      <w:r w:rsidR="00D57DCC" w:rsidRPr="000B2A56">
        <w:rPr>
          <w:rFonts w:ascii="Palatino Linotype" w:hAnsi="Palatino Linotype"/>
          <w:color w:val="000000"/>
          <w:position w:val="-18"/>
          <w:sz w:val="24"/>
          <w:szCs w:val="26"/>
          <w:lang w:val="vi-VN"/>
        </w:rPr>
        <w:object w:dxaOrig="1600" w:dyaOrig="480" w14:anchorId="4ADAB263">
          <v:shape id="_x0000_i2179" type="#_x0000_t75" style="width:80pt;height:23pt" o:ole="">
            <v:imagedata r:id="rId2264" o:title=""/>
          </v:shape>
          <o:OLEObject Type="Embed" ProgID="Equation.DSMT4" ShapeID="_x0000_i2179" DrawAspect="Content" ObjectID="_1702753735" r:id="rId2265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D. </w:t>
      </w:r>
      <w:r w:rsidR="00D57DCC" w:rsidRPr="000B2A56">
        <w:rPr>
          <w:rFonts w:ascii="Palatino Linotype" w:hAnsi="Palatino Linotype"/>
          <w:color w:val="000000"/>
          <w:position w:val="-18"/>
          <w:sz w:val="24"/>
          <w:szCs w:val="26"/>
          <w:lang w:val="vi-VN"/>
        </w:rPr>
        <w:object w:dxaOrig="1719" w:dyaOrig="480" w14:anchorId="42FA4C2B">
          <v:shape id="_x0000_i2180" type="#_x0000_t75" style="width:86pt;height:23pt" o:ole="">
            <v:imagedata r:id="rId2266" o:title=""/>
          </v:shape>
          <o:OLEObject Type="Embed" ProgID="Equation.DSMT4" ShapeID="_x0000_i2180" DrawAspect="Content" ObjectID="_1702753736" r:id="rId2267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0D886A0B" w14:textId="07214096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Cho hình vuông ABCD, tính </w:t>
      </w:r>
      <w:r w:rsidRPr="000B2A56">
        <w:rPr>
          <w:position w:val="-18"/>
        </w:rPr>
        <w:object w:dxaOrig="1300" w:dyaOrig="480" w14:anchorId="220B2D4D">
          <v:shape id="_x0000_i2181" type="#_x0000_t75" style="width:65pt;height:23pt" o:ole="">
            <v:imagedata r:id="rId2268" o:title=""/>
          </v:shape>
          <o:OLEObject Type="Embed" ProgID="Equation.DSMT4" ShapeID="_x0000_i2181" DrawAspect="Content" ObjectID="_1702753737" r:id="rId2269"/>
        </w:object>
      </w:r>
    </w:p>
    <w:p w14:paraId="4643463F" w14:textId="1787691E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A. </w:t>
      </w:r>
      <w:r w:rsidR="00D57DCC" w:rsidRPr="000B2A56">
        <w:rPr>
          <w:rFonts w:ascii="Palatino Linotype" w:hAnsi="Palatino Linotype"/>
          <w:color w:val="000000"/>
          <w:position w:val="-24"/>
          <w:sz w:val="24"/>
          <w:szCs w:val="26"/>
        </w:rPr>
        <w:object w:dxaOrig="240" w:dyaOrig="620" w14:anchorId="21D5AFED">
          <v:shape id="_x0000_i2182" type="#_x0000_t75" style="width:12.5pt;height:31pt" o:ole="">
            <v:imagedata r:id="rId2270" o:title=""/>
          </v:shape>
          <o:OLEObject Type="Embed" ProgID="Equation.DSMT4" ShapeID="_x0000_i2182" DrawAspect="Content" ObjectID="_1702753738" r:id="rId2271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B. </w:t>
      </w:r>
      <w:r w:rsidR="00D57DCC" w:rsidRPr="000B2A56">
        <w:rPr>
          <w:rFonts w:ascii="Palatino Linotype" w:hAnsi="Palatino Linotype"/>
          <w:color w:val="000000"/>
          <w:position w:val="-24"/>
          <w:sz w:val="24"/>
          <w:szCs w:val="26"/>
        </w:rPr>
        <w:object w:dxaOrig="400" w:dyaOrig="620" w14:anchorId="1DCADF7B">
          <v:shape id="_x0000_i2183" type="#_x0000_t75" style="width:19.5pt;height:31pt" o:ole="">
            <v:imagedata r:id="rId2272" o:title=""/>
          </v:shape>
          <o:OLEObject Type="Embed" ProgID="Equation.DSMT4" ShapeID="_x0000_i2183" DrawAspect="Content" ObjectID="_1702753739" r:id="rId2273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C. </w:t>
      </w:r>
      <w:r w:rsidR="00D57DCC" w:rsidRPr="000B2A56">
        <w:rPr>
          <w:rFonts w:ascii="Palatino Linotype" w:hAnsi="Palatino Linotype"/>
          <w:b/>
          <w:color w:val="000000"/>
          <w:position w:val="-24"/>
          <w:sz w:val="24"/>
          <w:szCs w:val="26"/>
        </w:rPr>
        <w:object w:dxaOrig="420" w:dyaOrig="680" w14:anchorId="0AEC36FF">
          <v:shape id="_x0000_i2184" type="#_x0000_t75" style="width:21pt;height:34pt" o:ole="">
            <v:imagedata r:id="rId2274" o:title=""/>
          </v:shape>
          <o:OLEObject Type="Embed" ProgID="Equation.DSMT4" ShapeID="_x0000_i2184" DrawAspect="Content" ObjectID="_1702753740" r:id="rId2275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D. </w:t>
      </w:r>
      <w:r w:rsidR="00D57DCC" w:rsidRPr="000B2A56">
        <w:rPr>
          <w:rFonts w:ascii="Palatino Linotype" w:hAnsi="Palatino Linotype"/>
          <w:color w:val="000000"/>
          <w:position w:val="-24"/>
          <w:sz w:val="24"/>
          <w:szCs w:val="26"/>
        </w:rPr>
        <w:object w:dxaOrig="580" w:dyaOrig="680" w14:anchorId="230688CA">
          <v:shape id="_x0000_i2185" type="#_x0000_t75" style="width:28.5pt;height:34pt" o:ole="">
            <v:imagedata r:id="rId2276" o:title=""/>
          </v:shape>
          <o:OLEObject Type="Embed" ProgID="Equation.DSMT4" ShapeID="_x0000_i2185" DrawAspect="Content" ObjectID="_1702753741" r:id="rId2277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7B395606" w14:textId="229BC232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nl-NL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>Cho</w:t>
      </w:r>
      <w:r w:rsidRPr="000B2A56">
        <w:rPr>
          <w:position w:val="-14"/>
          <w:lang w:val="vi-VN"/>
        </w:rPr>
        <w:object w:dxaOrig="2400" w:dyaOrig="400" w14:anchorId="4CBA710B">
          <v:shape id="_x0000_i2186" type="#_x0000_t75" style="width:120pt;height:19.5pt" o:ole="">
            <v:imagedata r:id="rId2278" o:title=""/>
          </v:shape>
          <o:OLEObject Type="Embed" ProgID="Equation.DSMT4" ShapeID="_x0000_i2186" DrawAspect="Content" ObjectID="_1702753742" r:id="rId2279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. Tìm tọa độ điểm </w:t>
      </w:r>
      <w:r w:rsidRPr="000B2A56">
        <w:rPr>
          <w:position w:val="-4"/>
          <w:lang w:val="vi-VN"/>
        </w:rPr>
        <w:object w:dxaOrig="260" w:dyaOrig="260" w14:anchorId="278F8DA9">
          <v:shape id="_x0000_i2187" type="#_x0000_t75" style="width:13pt;height:13pt" o:ole="">
            <v:imagedata r:id="rId2280" o:title=""/>
          </v:shape>
          <o:OLEObject Type="Embed" ProgID="Equation.DSMT4" ShapeID="_x0000_i2187" DrawAspect="Content" ObjectID="_1702753743" r:id="rId2281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sao cho </w:t>
      </w:r>
      <w:r w:rsidRPr="000B2A56">
        <w:rPr>
          <w:position w:val="-6"/>
          <w:lang w:val="vi-VN"/>
        </w:rPr>
        <w:object w:dxaOrig="1780" w:dyaOrig="340" w14:anchorId="493A5DFE">
          <v:shape id="_x0000_i2188" type="#_x0000_t75" style="width:88.5pt;height:17pt" o:ole="">
            <v:imagedata r:id="rId2282" o:title=""/>
          </v:shape>
          <o:OLEObject Type="Embed" ProgID="Equation.DSMT4" ShapeID="_x0000_i2188" DrawAspect="Content" ObjectID="_1702753744" r:id="rId2283"/>
        </w:object>
      </w:r>
    </w:p>
    <w:p w14:paraId="4EEBDE31" w14:textId="05B5D7AC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00"/>
          <w:sz w:val="24"/>
          <w:szCs w:val="26"/>
          <w:lang w:val="nl-NL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A. </w:t>
      </w:r>
      <w:r w:rsidR="00D57DCC" w:rsidRPr="000B2A56">
        <w:rPr>
          <w:rFonts w:ascii="Palatino Linotype" w:hAnsi="Palatino Linotype"/>
          <w:b/>
          <w:color w:val="000000"/>
          <w:position w:val="-14"/>
          <w:sz w:val="24"/>
          <w:szCs w:val="26"/>
          <w:lang w:val="nl-NL"/>
        </w:rPr>
        <w:object w:dxaOrig="920" w:dyaOrig="400" w14:anchorId="5F34ABB1">
          <v:shape id="_x0000_i2189" type="#_x0000_t75" style="width:45.5pt;height:19.5pt" o:ole="">
            <v:imagedata r:id="rId2284" o:title=""/>
          </v:shape>
          <o:OLEObject Type="Embed" ProgID="Equation.DSMT4" ShapeID="_x0000_i2189" DrawAspect="Content" ObjectID="_1702753745" r:id="rId2285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B. </w:t>
      </w:r>
      <w:r w:rsidR="00D57DCC" w:rsidRPr="000B2A56">
        <w:rPr>
          <w:rFonts w:ascii="Palatino Linotype" w:hAnsi="Palatino Linotype"/>
          <w:b/>
          <w:bCs/>
          <w:color w:val="000000"/>
          <w:position w:val="-14"/>
          <w:sz w:val="24"/>
          <w:szCs w:val="26"/>
          <w:lang w:val="vi-VN"/>
        </w:rPr>
        <w:object w:dxaOrig="920" w:dyaOrig="400" w14:anchorId="02AB9E04">
          <v:shape id="_x0000_i2190" type="#_x0000_t75" style="width:45.5pt;height:19.5pt" o:ole="">
            <v:imagedata r:id="rId2286" o:title=""/>
          </v:shape>
          <o:OLEObject Type="Embed" ProgID="Equation.DSMT4" ShapeID="_x0000_i2190" DrawAspect="Content" ObjectID="_1702753746" r:id="rId2287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C. </w:t>
      </w:r>
      <w:r w:rsidR="00D57DCC" w:rsidRPr="000B2A56">
        <w:rPr>
          <w:rFonts w:ascii="Palatino Linotype" w:hAnsi="Palatino Linotype"/>
          <w:b/>
          <w:bCs/>
          <w:color w:val="000000"/>
          <w:position w:val="-14"/>
          <w:sz w:val="24"/>
          <w:szCs w:val="26"/>
          <w:lang w:val="vi-VN"/>
        </w:rPr>
        <w:object w:dxaOrig="940" w:dyaOrig="400" w14:anchorId="0CD9A479">
          <v:shape id="_x0000_i2191" type="#_x0000_t75" style="width:47pt;height:19.5pt" o:ole="">
            <v:imagedata r:id="rId2288" o:title=""/>
          </v:shape>
          <o:OLEObject Type="Embed" ProgID="Equation.DSMT4" ShapeID="_x0000_i2191" DrawAspect="Content" ObjectID="_1702753747" r:id="rId2289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nl-NL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nl-NL"/>
        </w:rPr>
        <w:t xml:space="preserve">D. </w:t>
      </w:r>
      <w:r w:rsidR="00D57DCC" w:rsidRPr="000B2A56">
        <w:rPr>
          <w:rFonts w:ascii="Palatino Linotype" w:hAnsi="Palatino Linotype"/>
          <w:b/>
          <w:color w:val="000000"/>
          <w:position w:val="-14"/>
          <w:sz w:val="24"/>
          <w:szCs w:val="26"/>
          <w:lang w:val="nl-NL"/>
        </w:rPr>
        <w:object w:dxaOrig="1060" w:dyaOrig="400" w14:anchorId="14875F19">
          <v:shape id="_x0000_i2192" type="#_x0000_t75" style="width:53pt;height:19.5pt" o:ole="">
            <v:imagedata r:id="rId2290" o:title=""/>
          </v:shape>
          <o:OLEObject Type="Embed" ProgID="Equation.DSMT4" ShapeID="_x0000_i2192" DrawAspect="Content" ObjectID="_1702753748" r:id="rId2291"/>
        </w:object>
      </w:r>
    </w:p>
    <w:p w14:paraId="3E640EA0" w14:textId="6EF4CE3E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es-ES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>Cho tam giác</w:t>
      </w:r>
      <w:r w:rsidRPr="000B2A56">
        <w:rPr>
          <w:position w:val="-6"/>
          <w:lang w:val="pt-BR"/>
        </w:rPr>
        <w:object w:dxaOrig="600" w:dyaOrig="279" w14:anchorId="285801D7">
          <v:shape id="_x0000_i2193" type="#_x0000_t75" style="width:30pt;height:14.5pt" o:ole="">
            <v:imagedata r:id="rId2292" o:title=""/>
          </v:shape>
          <o:OLEObject Type="Embed" ProgID="Equation.DSMT4" ShapeID="_x0000_i2193" DrawAspect="Content" ObjectID="_1702753749" r:id="rId2293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 vuông cân tại </w:t>
      </w:r>
      <w:r w:rsidRPr="000B2A56">
        <w:rPr>
          <w:position w:val="-4"/>
          <w:lang w:val="pt-BR"/>
        </w:rPr>
        <w:object w:dxaOrig="240" w:dyaOrig="260" w14:anchorId="534B4F70">
          <v:shape id="_x0000_i2194" type="#_x0000_t75" style="width:12.5pt;height:13pt" o:ole="">
            <v:imagedata r:id="rId2294" o:title=""/>
          </v:shape>
          <o:OLEObject Type="Embed" ProgID="Equation.DSMT4" ShapeID="_x0000_i2194" DrawAspect="Content" ObjectID="_1702753750" r:id="rId229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 có </w:t>
      </w:r>
      <w:r w:rsidRPr="000B2A56">
        <w:rPr>
          <w:position w:val="-6"/>
          <w:lang w:val="pt-BR"/>
        </w:rPr>
        <w:object w:dxaOrig="1140" w:dyaOrig="340" w14:anchorId="0B3351F9">
          <v:shape id="_x0000_i2195" type="#_x0000_t75" style="width:57pt;height:17pt" o:ole="">
            <v:imagedata r:id="rId2296" o:title=""/>
          </v:shape>
          <o:OLEObject Type="Embed" ProgID="Equation.DSMT4" ShapeID="_x0000_i2195" DrawAspect="Content" ObjectID="_1702753751" r:id="rId2297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pt-BR"/>
        </w:rPr>
        <w:t xml:space="preserve">.Tính </w:t>
      </w:r>
      <w:r w:rsidRPr="000B2A56">
        <w:rPr>
          <w:position w:val="-6"/>
          <w:lang w:val="pt-BR"/>
        </w:rPr>
        <w:object w:dxaOrig="760" w:dyaOrig="340" w14:anchorId="4ADC63D2">
          <v:shape id="_x0000_i2196" type="#_x0000_t75" style="width:38pt;height:17pt" o:ole="">
            <v:imagedata r:id="rId2298" o:title=""/>
          </v:shape>
          <o:OLEObject Type="Embed" ProgID="Equation.DSMT4" ShapeID="_x0000_i2196" DrawAspect="Content" ObjectID="_1702753752" r:id="rId2299"/>
        </w:object>
      </w:r>
    </w:p>
    <w:p w14:paraId="2F176663" w14:textId="55780DF1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A. </w: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vi-VN"/>
        </w:rPr>
        <w:object w:dxaOrig="1240" w:dyaOrig="340" w14:anchorId="03EE4922">
          <v:shape id="_x0000_i2197" type="#_x0000_t75" style="width:61pt;height:17pt" o:ole="">
            <v:imagedata r:id="rId2300" o:title=""/>
          </v:shape>
          <o:OLEObject Type="Embed" ProgID="Equation.DSMT4" ShapeID="_x0000_i2197" DrawAspect="Content" ObjectID="_1702753753" r:id="rId2301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>B</w:t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. </w: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vi-VN"/>
        </w:rPr>
        <w:object w:dxaOrig="1160" w:dyaOrig="340" w14:anchorId="677848A8">
          <v:shape id="_x0000_i2198" type="#_x0000_t75" style="width:58pt;height:17pt" o:ole="">
            <v:imagedata r:id="rId2302" o:title=""/>
          </v:shape>
          <o:OLEObject Type="Embed" ProgID="Equation.DSMT4" ShapeID="_x0000_i2198" DrawAspect="Content" ObjectID="_1702753754" r:id="rId2303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C. </w:t>
      </w:r>
      <w:r w:rsidR="00D57DCC" w:rsidRPr="000B2A56">
        <w:rPr>
          <w:rFonts w:ascii="Palatino Linotype" w:hAnsi="Palatino Linotype"/>
          <w:b/>
          <w:color w:val="000000"/>
          <w:position w:val="-24"/>
          <w:sz w:val="24"/>
          <w:szCs w:val="26"/>
          <w:lang w:val="vi-VN"/>
        </w:rPr>
        <w:object w:dxaOrig="1500" w:dyaOrig="680" w14:anchorId="0C8854CA">
          <v:shape id="_x0000_i2199" type="#_x0000_t75" style="width:74pt;height:34pt" o:ole="">
            <v:imagedata r:id="rId2304" o:title=""/>
          </v:shape>
          <o:OLEObject Type="Embed" ProgID="Equation.DSMT4" ShapeID="_x0000_i2199" DrawAspect="Content" ObjectID="_1702753755" r:id="rId2305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vi-VN"/>
        </w:rPr>
        <w:t xml:space="preserve">D. </w: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vi-VN"/>
        </w:rPr>
        <w:object w:dxaOrig="1460" w:dyaOrig="340" w14:anchorId="6529713E">
          <v:shape id="_x0000_i2200" type="#_x0000_t75" style="width:72.5pt;height:17pt" o:ole="">
            <v:imagedata r:id="rId2306" o:title=""/>
          </v:shape>
          <o:OLEObject Type="Embed" ProgID="Equation.DSMT4" ShapeID="_x0000_i2200" DrawAspect="Content" ObjectID="_1702753756" r:id="rId2307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396535F3" w14:textId="0A5B7980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Cho 2 vectơ </w:t>
      </w:r>
      <w:r w:rsidRPr="000B2A56">
        <w:rPr>
          <w:position w:val="-6"/>
          <w:lang w:val="vi-VN"/>
        </w:rPr>
        <w:object w:dxaOrig="200" w:dyaOrig="340" w14:anchorId="48FE2372">
          <v:shape id="_x0000_i2201" type="#_x0000_t75" style="width:10pt;height:17pt" o:ole="">
            <v:imagedata r:id="rId1568" o:title=""/>
          </v:shape>
          <o:OLEObject Type="Embed" ProgID="Equation.DSMT4" ShapeID="_x0000_i2201" DrawAspect="Content" ObjectID="_1702753757" r:id="rId2308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và </w:t>
      </w:r>
      <w:r w:rsidRPr="000B2A56">
        <w:rPr>
          <w:position w:val="-6"/>
          <w:lang w:val="vi-VN"/>
        </w:rPr>
        <w:object w:dxaOrig="200" w:dyaOrig="340" w14:anchorId="58A29684">
          <v:shape id="_x0000_i2202" type="#_x0000_t75" style="width:10pt;height:17pt" o:ole="">
            <v:imagedata r:id="rId1570" o:title=""/>
          </v:shape>
          <o:OLEObject Type="Embed" ProgID="Equation.DSMT4" ShapeID="_x0000_i2202" DrawAspect="Content" ObjectID="_1702753758" r:id="rId2309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có </w:t>
      </w:r>
      <w:r w:rsidRPr="000B2A56">
        <w:rPr>
          <w:lang w:val="vi-VN"/>
        </w:rPr>
        <w:object w:dxaOrig="639" w:dyaOrig="480" w14:anchorId="70753871">
          <v:shape id="_x0000_i2203" type="#_x0000_t75" style="width:32pt;height:23pt" o:ole="">
            <v:imagedata r:id="rId2310" o:title=""/>
          </v:shape>
          <o:OLEObject Type="Embed" ProgID="Equation.DSMT4" ShapeID="_x0000_i2203" DrawAspect="Content" ObjectID="_1702753759" r:id="rId2311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, </w:t>
      </w:r>
      <w:r w:rsidRPr="000B2A56">
        <w:rPr>
          <w:lang w:val="vi-VN"/>
        </w:rPr>
        <w:object w:dxaOrig="620" w:dyaOrig="480" w14:anchorId="5C0335DE">
          <v:shape id="_x0000_i2204" type="#_x0000_t75" style="width:31pt;height:23pt" o:ole="">
            <v:imagedata r:id="rId2312" o:title=""/>
          </v:shape>
          <o:OLEObject Type="Embed" ProgID="Equation.DSMT4" ShapeID="_x0000_i2204" DrawAspect="Content" ObjectID="_1702753760" r:id="rId2313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và </w:t>
      </w:r>
      <w:r w:rsidRPr="000B2A56">
        <w:rPr>
          <w:lang w:val="vi-VN"/>
        </w:rPr>
        <w:object w:dxaOrig="1240" w:dyaOrig="480" w14:anchorId="0236785E">
          <v:shape id="_x0000_i2205" type="#_x0000_t75" style="width:61pt;height:23pt" o:ole="">
            <v:imagedata r:id="rId2314" o:title=""/>
          </v:shape>
          <o:OLEObject Type="Embed" ProgID="Equation.DSMT4" ShapeID="_x0000_i2205" DrawAspect="Content" ObjectID="_1702753761" r:id="rId231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.Tính </w:t>
      </w:r>
      <w:r w:rsidRPr="000B2A56">
        <w:rPr>
          <w:lang w:val="vi-VN"/>
        </w:rPr>
        <w:object w:dxaOrig="600" w:dyaOrig="480" w14:anchorId="7EB46524">
          <v:shape id="_x0000_i2206" type="#_x0000_t75" style="width:30pt;height:23pt" o:ole="">
            <v:imagedata r:id="rId2316" o:title=""/>
          </v:shape>
          <o:OLEObject Type="Embed" ProgID="Equation.DSMT4" ShapeID="_x0000_i2206" DrawAspect="Content" ObjectID="_1702753762" r:id="rId2317"/>
        </w:object>
      </w:r>
    </w:p>
    <w:p w14:paraId="64474D1E" w14:textId="3CA63146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A. </w:t>
      </w:r>
      <w:r w:rsidR="00D57DCC" w:rsidRPr="000B2A56">
        <w:rPr>
          <w:rFonts w:ascii="Palatino Linotype" w:hAnsi="Palatino Linotype"/>
          <w:color w:val="000000"/>
          <w:position w:val="-6"/>
          <w:sz w:val="24"/>
          <w:szCs w:val="26"/>
        </w:rPr>
        <w:object w:dxaOrig="480" w:dyaOrig="340" w14:anchorId="699922B8">
          <v:shape id="_x0000_i2207" type="#_x0000_t75" style="width:23pt;height:17pt" o:ole="">
            <v:imagedata r:id="rId1580" o:title=""/>
          </v:shape>
          <o:OLEObject Type="Embed" ProgID="Equation.DSMT4" ShapeID="_x0000_i2207" DrawAspect="Content" ObjectID="_1702753763" r:id="rId2318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fr-FR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B. </w:t>
      </w:r>
      <w:r w:rsidR="00D57DCC" w:rsidRPr="000B2A56">
        <w:rPr>
          <w:rFonts w:ascii="Palatino Linotype" w:hAnsi="Palatino Linotype"/>
          <w:color w:val="000000"/>
          <w:position w:val="-8"/>
          <w:sz w:val="24"/>
          <w:szCs w:val="26"/>
        </w:rPr>
        <w:object w:dxaOrig="480" w:dyaOrig="360" w14:anchorId="32D5DB5D">
          <v:shape id="_x0000_i2208" type="#_x0000_t75" style="width:23pt;height:18.5pt" o:ole="">
            <v:imagedata r:id="rId1582" o:title=""/>
          </v:shape>
          <o:OLEObject Type="Embed" ProgID="Equation.DSMT4" ShapeID="_x0000_i2208" DrawAspect="Content" ObjectID="_1702753764" r:id="rId2319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C. </w:t>
      </w:r>
      <w:r w:rsidR="00D57DCC" w:rsidRPr="000B2A56">
        <w:rPr>
          <w:rFonts w:ascii="Palatino Linotype" w:hAnsi="Palatino Linotype"/>
          <w:color w:val="000000"/>
          <w:position w:val="-4"/>
          <w:sz w:val="24"/>
          <w:szCs w:val="26"/>
        </w:rPr>
        <w:object w:dxaOrig="300" w:dyaOrig="260" w14:anchorId="514D558D">
          <v:shape id="_x0000_i2209" type="#_x0000_t75" style="width:15pt;height:13pt" o:ole="">
            <v:imagedata r:id="rId1584" o:title=""/>
          </v:shape>
          <o:OLEObject Type="Embed" ProgID="Equation.DSMT4" ShapeID="_x0000_i2209" DrawAspect="Content" ObjectID="_1702753765" r:id="rId2320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fr-FR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  <w:lang w:val="fr-FR"/>
        </w:rPr>
        <w:t xml:space="preserve">D. </w:t>
      </w:r>
      <w:r w:rsidR="00D57DCC" w:rsidRPr="000B2A56">
        <w:rPr>
          <w:rFonts w:ascii="Palatino Linotype" w:hAnsi="Palatino Linotype"/>
          <w:color w:val="000000"/>
          <w:position w:val="-6"/>
          <w:sz w:val="24"/>
          <w:szCs w:val="26"/>
        </w:rPr>
        <w:object w:dxaOrig="300" w:dyaOrig="279" w14:anchorId="1ED7E91A">
          <v:shape id="_x0000_i2210" type="#_x0000_t75" style="width:15pt;height:14.5pt" o:ole="">
            <v:imagedata r:id="rId1586" o:title=""/>
          </v:shape>
          <o:OLEObject Type="Embed" ProgID="Equation.DSMT4" ShapeID="_x0000_i2210" DrawAspect="Content" ObjectID="_1702753766" r:id="rId2321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1EE60A3D" w14:textId="4565D9CA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fr-FR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 xml:space="preserve">Cho tứ giác lồi </w:t>
      </w:r>
      <w:r w:rsidRPr="000B2A56">
        <w:rPr>
          <w:lang w:val="fr-FR"/>
        </w:rPr>
        <w:object w:dxaOrig="720" w:dyaOrig="279" w14:anchorId="5C164CFB">
          <v:shape id="_x0000_i2211" type="#_x0000_t75" style="width:36.5pt;height:14.5pt" o:ole="">
            <v:imagedata r:id="rId2322" o:title=""/>
          </v:shape>
          <o:OLEObject Type="Embed" ProgID="Equation.DSMT4" ShapeID="_x0000_i2211" DrawAspect="Content" ObjectID="_1702753767" r:id="rId2323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 xml:space="preserve"> có </w:t>
      </w:r>
      <w:r w:rsidRPr="000B2A56">
        <w:rPr>
          <w:position w:val="-10"/>
          <w:lang w:val="fr-FR"/>
        </w:rPr>
        <w:object w:dxaOrig="1120" w:dyaOrig="320" w14:anchorId="5E941E69">
          <v:shape id="_x0000_i2212" type="#_x0000_t75" style="width:55.5pt;height:15.5pt" o:ole="">
            <v:imagedata r:id="rId2324" o:title=""/>
          </v:shape>
          <o:OLEObject Type="Embed" ProgID="Equation.DSMT4" ShapeID="_x0000_i2212" DrawAspect="Content" ObjectID="_1702753768" r:id="rId232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 xml:space="preserve">. Đặt </w:t>
      </w:r>
      <w:r w:rsidRPr="000B2A56">
        <w:rPr>
          <w:lang w:val="fr-FR"/>
        </w:rPr>
        <w:object w:dxaOrig="1820" w:dyaOrig="340" w14:anchorId="735F8B31">
          <v:shape id="_x0000_i2213" type="#_x0000_t75" style="width:90.5pt;height:17pt" o:ole="">
            <v:imagedata r:id="rId2326" o:title=""/>
          </v:shape>
          <o:OLEObject Type="Embed" ProgID="Equation.DSMT4" ShapeID="_x0000_i2213" DrawAspect="Content" ObjectID="_1702753769" r:id="rId2327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fr-FR"/>
        </w:rPr>
        <w:t xml:space="preserve">.Tính </w:t>
      </w:r>
      <w:r w:rsidRPr="000B2A56">
        <w:rPr>
          <w:lang w:val="fr-FR"/>
        </w:rPr>
        <w:object w:dxaOrig="580" w:dyaOrig="340" w14:anchorId="336BC9F7">
          <v:shape id="_x0000_i2214" type="#_x0000_t75" style="width:28.5pt;height:17pt" o:ole="">
            <v:imagedata r:id="rId2328" o:title=""/>
          </v:shape>
          <o:OLEObject Type="Embed" ProgID="Equation.DSMT4" ShapeID="_x0000_i2214" DrawAspect="Content" ObjectID="_1702753770" r:id="rId2329"/>
        </w:object>
      </w:r>
    </w:p>
    <w:p w14:paraId="5BCF927A" w14:textId="25A275AB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A. </w:t>
      </w:r>
      <w:r w:rsidR="00D57DCC" w:rsidRPr="000B2A56">
        <w:rPr>
          <w:rFonts w:ascii="Palatino Linotype" w:hAnsi="Palatino Linotype"/>
          <w:color w:val="000000"/>
          <w:position w:val="-10"/>
          <w:sz w:val="24"/>
          <w:szCs w:val="26"/>
        </w:rPr>
        <w:object w:dxaOrig="700" w:dyaOrig="360" w14:anchorId="492FE99D">
          <v:shape id="_x0000_i2215" type="#_x0000_t75" style="width:34pt;height:18.5pt" o:ole="">
            <v:imagedata r:id="rId2330" o:title=""/>
          </v:shape>
          <o:OLEObject Type="Embed" ProgID="Equation.DSMT4" ShapeID="_x0000_i2215" DrawAspect="Content" ObjectID="_1702753771" r:id="rId2331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B. </w:t>
      </w:r>
      <w:r w:rsidR="00D57DCC" w:rsidRPr="000B2A56">
        <w:rPr>
          <w:rFonts w:ascii="Palatino Linotype" w:hAnsi="Palatino Linotype"/>
          <w:color w:val="000000"/>
          <w:position w:val="-10"/>
          <w:sz w:val="24"/>
          <w:szCs w:val="26"/>
        </w:rPr>
        <w:object w:dxaOrig="740" w:dyaOrig="360" w14:anchorId="4E22008E">
          <v:shape id="_x0000_i2216" type="#_x0000_t75" style="width:37.5pt;height:18.5pt" o:ole="">
            <v:imagedata r:id="rId2332" o:title=""/>
          </v:shape>
          <o:OLEObject Type="Embed" ProgID="Equation.DSMT4" ShapeID="_x0000_i2216" DrawAspect="Content" ObjectID="_1702753772" r:id="rId2333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C. </w:t>
      </w:r>
      <w:r w:rsidR="00D57DCC" w:rsidRPr="000B2A56">
        <w:rPr>
          <w:rFonts w:ascii="Palatino Linotype" w:hAnsi="Palatino Linotype"/>
          <w:color w:val="000000"/>
          <w:position w:val="-10"/>
          <w:sz w:val="24"/>
          <w:szCs w:val="26"/>
        </w:rPr>
        <w:object w:dxaOrig="740" w:dyaOrig="360" w14:anchorId="097C1D3C">
          <v:shape id="_x0000_i2217" type="#_x0000_t75" style="width:37.5pt;height:18.5pt" o:ole="">
            <v:imagedata r:id="rId2334" o:title=""/>
          </v:shape>
          <o:OLEObject Type="Embed" ProgID="Equation.DSMT4" ShapeID="_x0000_i2217" DrawAspect="Content" ObjectID="_1702753773" r:id="rId2335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D. </w:t>
      </w:r>
      <w:r w:rsidR="00D57DCC" w:rsidRPr="000B2A56">
        <w:rPr>
          <w:rFonts w:ascii="Palatino Linotype" w:hAnsi="Palatino Linotype"/>
          <w:color w:val="000000"/>
          <w:position w:val="-10"/>
          <w:sz w:val="24"/>
          <w:szCs w:val="26"/>
        </w:rPr>
        <w:object w:dxaOrig="740" w:dyaOrig="360" w14:anchorId="797A2B82">
          <v:shape id="_x0000_i2218" type="#_x0000_t75" style="width:37.5pt;height:18.5pt" o:ole="">
            <v:imagedata r:id="rId2336" o:title=""/>
          </v:shape>
          <o:OLEObject Type="Embed" ProgID="Equation.DSMT4" ShapeID="_x0000_i2218" DrawAspect="Content" ObjectID="_1702753774" r:id="rId2337"/>
        </w:object>
      </w:r>
      <w:r w:rsidR="00D57DCC" w:rsidRPr="000B2A56">
        <w:rPr>
          <w:rFonts w:ascii="Palatino Linotype" w:hAnsi="Palatino Linotype"/>
          <w:color w:val="000000"/>
          <w:sz w:val="24"/>
          <w:szCs w:val="26"/>
          <w:lang w:val="vi-VN"/>
        </w:rPr>
        <w:t>.</w:t>
      </w:r>
    </w:p>
    <w:p w14:paraId="3F122779" w14:textId="36A2DDD5" w:rsidR="005E66A8" w:rsidRPr="000B2A56" w:rsidRDefault="00D57DCC" w:rsidP="00607548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Cho tam giác </w:t>
      </w:r>
      <w:r w:rsidRPr="000B2A56">
        <w:rPr>
          <w:position w:val="-6"/>
          <w:lang w:val="vi-VN"/>
        </w:rPr>
        <w:object w:dxaOrig="560" w:dyaOrig="279" w14:anchorId="5EE41A94">
          <v:shape id="_x0000_i2219" type="#_x0000_t75" style="width:28pt;height:14.5pt" o:ole="">
            <v:imagedata r:id="rId2338" o:title=""/>
          </v:shape>
          <o:OLEObject Type="Embed" ProgID="Equation.DSMT4" ShapeID="_x0000_i2219" DrawAspect="Content" ObjectID="_1702753775" r:id="rId2339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vuông tại </w:t>
      </w:r>
      <w:r w:rsidRPr="000B2A56">
        <w:rPr>
          <w:position w:val="-4"/>
          <w:lang w:val="vi-VN"/>
        </w:rPr>
        <w:object w:dxaOrig="240" w:dyaOrig="260" w14:anchorId="6FDC7F72">
          <v:shape id="_x0000_i2220" type="#_x0000_t75" style="width:12.5pt;height:13pt" o:ole="">
            <v:imagedata r:id="rId2340" o:title=""/>
          </v:shape>
          <o:OLEObject Type="Embed" ProgID="Equation.DSMT4" ShapeID="_x0000_i2220" DrawAspect="Content" ObjectID="_1702753776" r:id="rId2341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có </w:t>
      </w:r>
      <w:r w:rsidRPr="000B2A56">
        <w:rPr>
          <w:position w:val="-10"/>
          <w:lang w:val="vi-VN"/>
        </w:rPr>
        <w:object w:dxaOrig="1219" w:dyaOrig="320" w14:anchorId="791236E4">
          <v:shape id="_x0000_i2221" type="#_x0000_t75" style="width:61pt;height:15.5pt" o:ole="">
            <v:imagedata r:id="rId2342" o:title=""/>
          </v:shape>
          <o:OLEObject Type="Embed" ProgID="Equation.DSMT4" ShapeID="_x0000_i2221" DrawAspect="Content" ObjectID="_1702753777" r:id="rId2343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. </w:t>
      </w:r>
      <w:r w:rsidRPr="000B2A56">
        <w:rPr>
          <w:position w:val="-4"/>
          <w:lang w:val="vi-VN"/>
        </w:rPr>
        <w:object w:dxaOrig="320" w:dyaOrig="260" w14:anchorId="4AD0BA0B">
          <v:shape id="_x0000_i2222" type="#_x0000_t75" style="width:15.5pt;height:13pt" o:ole="">
            <v:imagedata r:id="rId2344" o:title=""/>
          </v:shape>
          <o:OLEObject Type="Embed" ProgID="Equation.DSMT4" ShapeID="_x0000_i2222" DrawAspect="Content" ObjectID="_1702753778" r:id="rId2345"/>
        </w:objec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là trung điểm </w:t>
      </w:r>
      <w:r w:rsidRPr="000B2A56">
        <w:rPr>
          <w:position w:val="-6"/>
          <w:lang w:val="vi-VN"/>
        </w:rPr>
        <w:object w:dxaOrig="420" w:dyaOrig="279" w14:anchorId="447E2385">
          <v:shape id="_x0000_i2223" type="#_x0000_t75" style="width:21pt;height:14.5pt" o:ole="">
            <v:imagedata r:id="rId2346" o:title=""/>
          </v:shape>
          <o:OLEObject Type="Embed" ProgID="Equation.DSMT4" ShapeID="_x0000_i2223" DrawAspect="Content" ObjectID="_1702753779" r:id="rId2347"/>
        </w:object>
      </w:r>
      <w:r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color w:val="000000"/>
          <w:sz w:val="24"/>
          <w:szCs w:val="26"/>
          <w:lang w:val="vi-VN"/>
        </w:rPr>
        <w:t xml:space="preserve"> Tính</w:t>
      </w:r>
      <w:r w:rsidRPr="000B2A56">
        <w:rPr>
          <w:position w:val="-6"/>
          <w:lang w:val="vi-VN"/>
        </w:rPr>
        <w:object w:dxaOrig="800" w:dyaOrig="340" w14:anchorId="362571E5">
          <v:shape id="_x0000_i2224" type="#_x0000_t75" style="width:40pt;height:17pt" o:ole="">
            <v:imagedata r:id="rId2348" o:title=""/>
          </v:shape>
          <o:OLEObject Type="Embed" ProgID="Equation.DSMT4" ShapeID="_x0000_i2224" DrawAspect="Content" ObjectID="_1702753780" r:id="rId2349"/>
        </w:object>
      </w:r>
    </w:p>
    <w:p w14:paraId="5BAFBED6" w14:textId="57B7562E" w:rsidR="00D57DCC" w:rsidRPr="000B2A56" w:rsidRDefault="005E66A8" w:rsidP="005E66A8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Palatino Linotype" w:hAnsi="Palatino Linotype"/>
          <w:b/>
          <w:color w:val="000000"/>
          <w:sz w:val="24"/>
          <w:szCs w:val="26"/>
          <w:lang w:val="vi-VN"/>
        </w:rPr>
      </w:pP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A. </w:t>
      </w:r>
      <w:r w:rsidR="00D57DCC" w:rsidRPr="000B2A56">
        <w:rPr>
          <w:rFonts w:ascii="Palatino Linotype" w:hAnsi="Palatino Linotype"/>
          <w:b/>
          <w:color w:val="000000"/>
          <w:position w:val="-4"/>
          <w:sz w:val="24"/>
          <w:szCs w:val="26"/>
        </w:rPr>
        <w:object w:dxaOrig="400" w:dyaOrig="260" w14:anchorId="558F2A18">
          <v:shape id="_x0000_i2225" type="#_x0000_t75" style="width:19.5pt;height:13pt" o:ole="">
            <v:imagedata r:id="rId2350" o:title=""/>
          </v:shape>
          <o:OLEObject Type="Embed" ProgID="Equation.DSMT4" ShapeID="_x0000_i2225" DrawAspect="Content" ObjectID="_1702753781" r:id="rId2351"/>
        </w:objec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</w:rPr>
        <w:object w:dxaOrig="440" w:dyaOrig="320" w14:anchorId="704EB4A1">
          <v:shape id="_x0000_i2226" type="#_x0000_t75" style="width:21pt;height:15.5pt" o:ole="">
            <v:imagedata r:id="rId2352" o:title=""/>
          </v:shape>
          <o:OLEObject Type="Embed" ProgID="Equation.DSMT4" ShapeID="_x0000_i2226" DrawAspect="Content" ObjectID="_1702753782" r:id="rId2353"/>
        </w:object>
      </w:r>
      <w:r w:rsidR="00D57DCC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B. </w:t>
      </w:r>
      <w:r w:rsidR="00D57DCC" w:rsidRPr="000B2A56">
        <w:rPr>
          <w:rFonts w:ascii="Palatino Linotype" w:hAnsi="Palatino Linotype"/>
          <w:b/>
          <w:color w:val="000000"/>
          <w:position w:val="-4"/>
          <w:sz w:val="24"/>
          <w:szCs w:val="26"/>
        </w:rPr>
        <w:object w:dxaOrig="560" w:dyaOrig="260" w14:anchorId="1674837F">
          <v:shape id="_x0000_i2227" type="#_x0000_t75" style="width:28pt;height:13pt" o:ole="">
            <v:imagedata r:id="rId2354" o:title=""/>
          </v:shape>
          <o:OLEObject Type="Embed" ProgID="Equation.DSMT4" ShapeID="_x0000_i2227" DrawAspect="Content" ObjectID="_1702753783" r:id="rId2355"/>
        </w:objec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vi-VN"/>
        </w:rPr>
        <w:object w:dxaOrig="440" w:dyaOrig="320" w14:anchorId="0EE54E1F">
          <v:shape id="_x0000_i2228" type="#_x0000_t75" style="width:21pt;height:15.5pt" o:ole="">
            <v:imagedata r:id="rId2356" o:title=""/>
          </v:shape>
          <o:OLEObject Type="Embed" ProgID="Equation.DSMT4" ShapeID="_x0000_i2228" DrawAspect="Content" ObjectID="_1702753784" r:id="rId2357"/>
        </w:object>
      </w:r>
      <w:r w:rsidR="00D57DCC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C. </w: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</w:rPr>
        <w:object w:dxaOrig="320" w:dyaOrig="279" w14:anchorId="0DF2AA78">
          <v:shape id="_x0000_i2229" type="#_x0000_t75" style="width:15.5pt;height:14.5pt" o:ole="">
            <v:imagedata r:id="rId2358" o:title=""/>
          </v:shape>
          <o:OLEObject Type="Embed" ProgID="Equation.DSMT4" ShapeID="_x0000_i2229" DrawAspect="Content" ObjectID="_1702753785" r:id="rId2359"/>
        </w:objec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</w:rPr>
        <w:object w:dxaOrig="440" w:dyaOrig="320" w14:anchorId="318281B4">
          <v:shape id="_x0000_i2230" type="#_x0000_t75" style="width:21pt;height:15.5pt" o:ole="">
            <v:imagedata r:id="rId2360" o:title=""/>
          </v:shape>
          <o:OLEObject Type="Embed" ProgID="Equation.DSMT4" ShapeID="_x0000_i2230" DrawAspect="Content" ObjectID="_1702753786" r:id="rId2361"/>
        </w:object>
      </w:r>
      <w:r w:rsidR="00D57DCC" w:rsidRPr="000B2A56">
        <w:rPr>
          <w:rFonts w:ascii="Palatino Linotype" w:hAnsi="Palatino Linotype"/>
          <w:b/>
          <w:color w:val="000000"/>
          <w:sz w:val="24"/>
          <w:szCs w:val="26"/>
        </w:rPr>
        <w:t>.</w:t>
      </w:r>
      <w:r w:rsidRPr="000B2A56">
        <w:rPr>
          <w:rFonts w:ascii="Palatino Linotype" w:hAnsi="Palatino Linotype"/>
          <w:b/>
          <w:color w:val="000000"/>
          <w:sz w:val="24"/>
          <w:szCs w:val="26"/>
        </w:rPr>
        <w:tab/>
      </w:r>
      <w:r w:rsidRPr="000B2A56">
        <w:rPr>
          <w:rFonts w:ascii="Palatino Linotype" w:hAnsi="Palatino Linotype"/>
          <w:b/>
          <w:color w:val="008000"/>
          <w:sz w:val="24"/>
          <w:szCs w:val="26"/>
        </w:rPr>
        <w:t xml:space="preserve">D. </w: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</w:rPr>
        <w:object w:dxaOrig="440" w:dyaOrig="279" w14:anchorId="76B6B47F">
          <v:shape id="_x0000_i2231" type="#_x0000_t75" style="width:21pt;height:14.5pt" o:ole="">
            <v:imagedata r:id="rId2362" o:title=""/>
          </v:shape>
          <o:OLEObject Type="Embed" ProgID="Equation.DSMT4" ShapeID="_x0000_i2231" DrawAspect="Content" ObjectID="_1702753787" r:id="rId2363"/>
        </w:object>
      </w:r>
      <w:r w:rsidR="00D57DCC" w:rsidRPr="000B2A56">
        <w:rPr>
          <w:rFonts w:ascii="Palatino Linotype" w:hAnsi="Palatino Linotype"/>
          <w:b/>
          <w:color w:val="000000"/>
          <w:position w:val="-6"/>
          <w:sz w:val="24"/>
          <w:szCs w:val="26"/>
          <w:lang w:val="vi-VN"/>
        </w:rPr>
        <w:object w:dxaOrig="440" w:dyaOrig="320" w14:anchorId="5A3771BC">
          <v:shape id="_x0000_i2232" type="#_x0000_t75" style="width:21pt;height:15.5pt" o:ole="">
            <v:imagedata r:id="rId2364" o:title=""/>
          </v:shape>
          <o:OLEObject Type="Embed" ProgID="Equation.DSMT4" ShapeID="_x0000_i2232" DrawAspect="Content" ObjectID="_1702753788" r:id="rId2365"/>
        </w:object>
      </w:r>
      <w:r w:rsidR="00D57DCC" w:rsidRPr="000B2A56">
        <w:rPr>
          <w:rFonts w:ascii="Palatino Linotype" w:hAnsi="Palatino Linotype"/>
          <w:b/>
          <w:color w:val="000000"/>
          <w:sz w:val="24"/>
          <w:szCs w:val="26"/>
          <w:lang w:val="vi-VN"/>
        </w:rPr>
        <w:t>.</w:t>
      </w:r>
    </w:p>
    <w:p w14:paraId="773476B3" w14:textId="77777777" w:rsidR="00D57DCC" w:rsidRPr="000B2A56" w:rsidRDefault="00D57DCC" w:rsidP="005E66A8">
      <w:pPr>
        <w:spacing w:after="0" w:line="276" w:lineRule="auto"/>
        <w:ind w:left="992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0B2A56">
        <w:rPr>
          <w:rFonts w:ascii="Palatino Linotype" w:hAnsi="Palatino Linotype" w:cs="Times New Roman"/>
          <w:b/>
          <w:color w:val="C00000"/>
          <w:sz w:val="24"/>
          <w:szCs w:val="24"/>
        </w:rPr>
        <w:t>II. Tự luận (2,5 điểm)</w:t>
      </w:r>
    </w:p>
    <w:p w14:paraId="01C28483" w14:textId="5D73E002" w:rsidR="00A2050A" w:rsidRPr="000B2A56" w:rsidRDefault="00D57DCC" w:rsidP="00607548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 w:cs="Times New Roman"/>
          <w:sz w:val="24"/>
          <w:szCs w:val="24"/>
        </w:rPr>
        <w:t>Giải các phương trình và hệ phương trình sau:</w:t>
      </w:r>
    </w:p>
    <w:p w14:paraId="34AD344A" w14:textId="6938BB25" w:rsidR="00D57DCC" w:rsidRPr="000B2A56" w:rsidRDefault="005E66A8" w:rsidP="005E66A8">
      <w:pPr>
        <w:spacing w:before="120" w:after="200" w:line="276" w:lineRule="auto"/>
        <w:ind w:left="992" w:hanging="360"/>
        <w:jc w:val="both"/>
        <w:rPr>
          <w:rFonts w:ascii="Palatino Linotype" w:hAnsi="Palatino Linotype"/>
          <w:sz w:val="24"/>
          <w:szCs w:val="24"/>
          <w:lang w:val="pt-BR"/>
        </w:rPr>
      </w:pPr>
      <w:r w:rsidRPr="000B2A56">
        <w:rPr>
          <w:rFonts w:ascii="Palatino Linotype" w:hAnsi="Palatino Linotype" w:cs="Times New Roman"/>
          <w:sz w:val="24"/>
          <w:szCs w:val="24"/>
          <w:lang w:val="pt-BR"/>
        </w:rPr>
        <w:t xml:space="preserve">a) </w:t>
      </w:r>
      <w:r w:rsidR="00D57DCC" w:rsidRPr="000B2A56">
        <w:rPr>
          <w:rFonts w:ascii="Palatino Linotype" w:hAnsi="Palatino Linotype"/>
          <w:position w:val="-8"/>
          <w:sz w:val="24"/>
        </w:rPr>
        <w:object w:dxaOrig="1920" w:dyaOrig="400" w14:anchorId="43827AD0">
          <v:shape id="_x0000_i2233" type="#_x0000_t75" style="width:96pt;height:20pt" o:ole="">
            <v:imagedata r:id="rId2366" o:title=""/>
          </v:shape>
          <o:OLEObject Type="Embed" ProgID="Equation.DSMT4" ShapeID="_x0000_i2233" DrawAspect="Content" ObjectID="_1702753789" r:id="rId236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="00D57DCC" w:rsidRPr="000B2A56">
        <w:rPr>
          <w:rFonts w:ascii="Palatino Linotype" w:hAnsi="Palatino Linotype" w:cs="Times New Roman"/>
          <w:sz w:val="24"/>
          <w:szCs w:val="24"/>
        </w:rPr>
        <w:t xml:space="preserve">b) </w:t>
      </w:r>
      <w:r w:rsidR="00D57DCC" w:rsidRPr="000B2A56">
        <w:rPr>
          <w:rFonts w:ascii="Palatino Linotype" w:hAnsi="Palatino Linotype"/>
          <w:position w:val="-32"/>
          <w:sz w:val="24"/>
        </w:rPr>
        <w:object w:dxaOrig="1700" w:dyaOrig="760" w14:anchorId="70E797FB">
          <v:shape id="_x0000_i2234" type="#_x0000_t75" style="width:84.5pt;height:38pt" o:ole="">
            <v:imagedata r:id="rId2368" o:title=""/>
          </v:shape>
          <o:OLEObject Type="Embed" ProgID="Equation.DSMT4" ShapeID="_x0000_i2234" DrawAspect="Content" ObjectID="_1702753790" r:id="rId236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="00D57DCC" w:rsidRPr="000B2A56">
        <w:rPr>
          <w:rFonts w:ascii="Palatino Linotype" w:hAnsi="Palatino Linotype" w:cs="Times New Roman"/>
          <w:sz w:val="24"/>
          <w:szCs w:val="24"/>
        </w:rPr>
        <w:t xml:space="preserve">c) </w:t>
      </w:r>
      <w:r w:rsidR="00D57DCC" w:rsidRPr="000B2A56">
        <w:rPr>
          <w:rFonts w:ascii="Palatino Linotype" w:hAnsi="Palatino Linotype"/>
          <w:position w:val="-70"/>
          <w:sz w:val="24"/>
        </w:rPr>
        <w:object w:dxaOrig="2140" w:dyaOrig="1520" w14:anchorId="20663C48">
          <v:shape id="_x0000_i2235" type="#_x0000_t75" style="width:107.5pt;height:74pt" o:ole="">
            <v:imagedata r:id="rId2370" o:title=""/>
          </v:shape>
          <o:OLEObject Type="Embed" ProgID="Equation.DSMT4" ShapeID="_x0000_i2235" DrawAspect="Content" ObjectID="_1702753791" r:id="rId2371"/>
        </w:object>
      </w:r>
    </w:p>
    <w:p w14:paraId="4549D93E" w14:textId="0E433045" w:rsidR="00D57DCC" w:rsidRPr="000B2A56" w:rsidRDefault="00D57DCC" w:rsidP="00607548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 xml:space="preserve">Trong mặt phẳng với hệ trục tọa độ </w:t>
      </w:r>
      <w:r w:rsidRPr="000B2A56">
        <w:rPr>
          <w:position w:val="-10"/>
        </w:rPr>
        <w:object w:dxaOrig="460" w:dyaOrig="320" w14:anchorId="774E505D">
          <v:shape id="_x0000_i2236" type="#_x0000_t75" style="width:23pt;height:15.5pt" o:ole="">
            <v:imagedata r:id="rId2372" o:title=""/>
          </v:shape>
          <o:OLEObject Type="Embed" ProgID="Equation.DSMT4" ShapeID="_x0000_i2236" DrawAspect="Content" ObjectID="_1702753792" r:id="rId237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cho tam giác </w:t>
      </w:r>
      <w:r w:rsidRPr="000B2A56">
        <w:rPr>
          <w:position w:val="-6"/>
        </w:rPr>
        <w:object w:dxaOrig="560" w:dyaOrig="279" w14:anchorId="126DF367">
          <v:shape id="_x0000_i2237" type="#_x0000_t75" style="width:27.5pt;height:14.5pt" o:ole="">
            <v:imagedata r:id="rId2374" o:title=""/>
          </v:shape>
          <o:OLEObject Type="Embed" ProgID="Equation.DSMT4" ShapeID="_x0000_i2237" DrawAspect="Content" ObjectID="_1702753793" r:id="rId237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0B2A56">
        <w:rPr>
          <w:position w:val="-10"/>
        </w:rPr>
        <w:object w:dxaOrig="720" w:dyaOrig="320" w14:anchorId="1F1F7463">
          <v:shape id="_x0000_i2238" type="#_x0000_t75" style="width:36.5pt;height:16.5pt" o:ole="">
            <v:imagedata r:id="rId2376" o:title=""/>
          </v:shape>
          <o:OLEObject Type="Embed" ProgID="Equation.DSMT4" ShapeID="_x0000_i2238" DrawAspect="Content" ObjectID="_1702753794" r:id="rId2377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, </w:t>
      </w:r>
      <w:r w:rsidRPr="000B2A56">
        <w:rPr>
          <w:position w:val="-10"/>
        </w:rPr>
        <w:object w:dxaOrig="820" w:dyaOrig="320" w14:anchorId="14C0B5C3">
          <v:shape id="_x0000_i2239" type="#_x0000_t75" style="width:40.5pt;height:16.5pt" o:ole="">
            <v:imagedata r:id="rId2378" o:title=""/>
          </v:shape>
          <o:OLEObject Type="Embed" ProgID="Equation.DSMT4" ShapeID="_x0000_i2239" DrawAspect="Content" ObjectID="_1702753795" r:id="rId2379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0B2A56">
        <w:rPr>
          <w:position w:val="-10"/>
        </w:rPr>
        <w:object w:dxaOrig="859" w:dyaOrig="320" w14:anchorId="4009AB5E">
          <v:shape id="_x0000_i2240" type="#_x0000_t75" style="width:42.5pt;height:16.5pt" o:ole="">
            <v:imagedata r:id="rId2380" o:title=""/>
          </v:shape>
          <o:OLEObject Type="Embed" ProgID="Equation.DSMT4" ShapeID="_x0000_i2240" DrawAspect="Content" ObjectID="_1702753796" r:id="rId2381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</w:p>
    <w:p w14:paraId="3D1FF4CB" w14:textId="3A63765D" w:rsidR="00D57DCC" w:rsidRPr="000B2A56" w:rsidRDefault="00D57DCC" w:rsidP="005E66A8">
      <w:pPr>
        <w:pStyle w:val="ListParagraph"/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>a)</w: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/>
          <w:position w:val="-6"/>
          <w:sz w:val="24"/>
        </w:rPr>
        <w:object w:dxaOrig="560" w:dyaOrig="279" w14:anchorId="4E001176">
          <v:shape id="_x0000_i2241" type="#_x0000_t75" style="width:27.5pt;height:14.5pt" o:ole="">
            <v:imagedata r:id="rId2382" o:title=""/>
          </v:shape>
          <o:OLEObject Type="Embed" ProgID="Equation.DSMT4" ShapeID="_x0000_i2241" DrawAspect="Content" ObjectID="_1702753797" r:id="rId2383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là tam giác gì? Tìm tâm I</w:t>
      </w:r>
      <w:r w:rsidR="005E66A8" w:rsidRPr="000B2A56">
        <w:rPr>
          <w:rFonts w:ascii="Palatino Linotype" w:hAnsi="Palatino Linotype" w:cs="Times New Roman"/>
          <w:sz w:val="24"/>
          <w:szCs w:val="24"/>
        </w:rPr>
        <w:t>.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 bán kính R của đường tròn ngoại tiếp tam giác</w:t>
      </w:r>
    </w:p>
    <w:p w14:paraId="38E1C751" w14:textId="77777777" w:rsidR="005E66A8" w:rsidRPr="000B2A56" w:rsidRDefault="00D57DCC" w:rsidP="005E66A8">
      <w:pPr>
        <w:pStyle w:val="ListParagraph"/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B2A56">
        <w:rPr>
          <w:rFonts w:ascii="Palatino Linotype" w:hAnsi="Palatino Linotype" w:cs="Times New Roman"/>
          <w:sz w:val="24"/>
          <w:szCs w:val="24"/>
        </w:rPr>
        <w:t>b)</w:t>
      </w:r>
      <w:r w:rsidR="005E66A8" w:rsidRPr="000B2A56">
        <w:rPr>
          <w:rFonts w:ascii="Palatino Linotype" w:hAnsi="Palatino Linotype" w:cs="Times New Roman"/>
          <w:sz w:val="24"/>
          <w:szCs w:val="24"/>
        </w:rPr>
        <w:t xml:space="preserve"> </w:t>
      </w:r>
      <w:r w:rsidRPr="000B2A56">
        <w:rPr>
          <w:rFonts w:ascii="Palatino Linotype" w:hAnsi="Palatino Linotype" w:cs="Times New Roman"/>
          <w:sz w:val="24"/>
          <w:szCs w:val="24"/>
        </w:rPr>
        <w:t xml:space="preserve">Tìm tọa độ điểm </w:t>
      </w:r>
      <w:r w:rsidRPr="000B2A56">
        <w:rPr>
          <w:rFonts w:ascii="Palatino Linotype" w:hAnsi="Palatino Linotype"/>
          <w:position w:val="-4"/>
          <w:sz w:val="24"/>
        </w:rPr>
        <w:object w:dxaOrig="240" w:dyaOrig="260" w14:anchorId="75C7C0E8">
          <v:shape id="_x0000_i2242" type="#_x0000_t75" style="width:12pt;height:12.5pt" o:ole="">
            <v:imagedata r:id="rId2384" o:title=""/>
          </v:shape>
          <o:OLEObject Type="Embed" ProgID="Equation.DSMT4" ShapeID="_x0000_i2242" DrawAspect="Content" ObjectID="_1702753798" r:id="rId2385"/>
        </w:object>
      </w:r>
      <w:r w:rsidRPr="000B2A56">
        <w:rPr>
          <w:rFonts w:ascii="Palatino Linotype" w:hAnsi="Palatino Linotype" w:cs="Times New Roman"/>
          <w:sz w:val="24"/>
          <w:szCs w:val="24"/>
        </w:rPr>
        <w:t xml:space="preserve"> thỏa mãn </w:t>
      </w:r>
      <w:r w:rsidRPr="000B2A56">
        <w:rPr>
          <w:rFonts w:ascii="Palatino Linotype" w:hAnsi="Palatino Linotype"/>
          <w:position w:val="-6"/>
          <w:sz w:val="24"/>
        </w:rPr>
        <w:object w:dxaOrig="1620" w:dyaOrig="340" w14:anchorId="0B408563">
          <v:shape id="_x0000_i2243" type="#_x0000_t75" style="width:81pt;height:17.5pt" o:ole="">
            <v:imagedata r:id="rId2386" o:title=""/>
          </v:shape>
          <o:OLEObject Type="Embed" ProgID="Equation.DSMT4" ShapeID="_x0000_i2243" DrawAspect="Content" ObjectID="_1702753799" r:id="rId2387"/>
        </w:object>
      </w:r>
      <w:r w:rsidRPr="000B2A56">
        <w:rPr>
          <w:rFonts w:ascii="Palatino Linotype" w:hAnsi="Palatino Linotype" w:cs="Times New Roman"/>
          <w:sz w:val="24"/>
          <w:szCs w:val="24"/>
        </w:rPr>
        <w:t>.</w:t>
      </w:r>
      <w:bookmarkStart w:id="2" w:name="_GoBack"/>
      <w:bookmarkEnd w:id="2"/>
    </w:p>
    <w:p w14:paraId="136DD36E" w14:textId="5AF9B6AC" w:rsidR="000E6CC0" w:rsidRPr="000B2A56" w:rsidRDefault="000E6CC0" w:rsidP="005E66A8">
      <w:pPr>
        <w:spacing w:after="0" w:line="276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</w:p>
    <w:sectPr w:rsidR="000E6CC0" w:rsidRPr="000B2A56" w:rsidSect="005E66A8">
      <w:headerReference w:type="even" r:id="rId2388"/>
      <w:footerReference w:type="default" r:id="rId2389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70BCE" w14:textId="77777777" w:rsidR="00FC4BBA" w:rsidRDefault="00FC4BBA" w:rsidP="008D4FC5">
      <w:pPr>
        <w:spacing w:after="0" w:line="240" w:lineRule="auto"/>
      </w:pPr>
      <w:r>
        <w:separator/>
      </w:r>
    </w:p>
  </w:endnote>
  <w:endnote w:type="continuationSeparator" w:id="0">
    <w:p w14:paraId="555792AA" w14:textId="77777777" w:rsidR="00FC4BBA" w:rsidRDefault="00FC4BBA" w:rsidP="008D4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an An (Uni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hu Van An (Uni) CE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Chu Van An (Uni) (Vietnamese)">
    <w:altName w:val="Times New Roman"/>
    <w:panose1 w:val="00000000000000000000"/>
    <w:charset w:val="A3"/>
    <w:family w:val="roman"/>
    <w:notTrueType/>
    <w:pitch w:val="variable"/>
    <w:sig w:usb0="20000001" w:usb1="00000000" w:usb2="00000000" w:usb3="00000000" w:csb0="000001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88809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42274D" w14:textId="33630446" w:rsidR="005E66A8" w:rsidRDefault="005E66A8" w:rsidP="006453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4B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547E8" w14:textId="77777777" w:rsidR="00FC4BBA" w:rsidRDefault="00FC4BBA" w:rsidP="008D4FC5">
      <w:pPr>
        <w:spacing w:after="0" w:line="240" w:lineRule="auto"/>
      </w:pPr>
      <w:r>
        <w:separator/>
      </w:r>
    </w:p>
  </w:footnote>
  <w:footnote w:type="continuationSeparator" w:id="0">
    <w:p w14:paraId="59B0568F" w14:textId="77777777" w:rsidR="00FC4BBA" w:rsidRDefault="00FC4BBA" w:rsidP="008D4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57623" w14:textId="77777777" w:rsidR="005E66A8" w:rsidRPr="00EA6E6F" w:rsidRDefault="005E66A8" w:rsidP="000254D8">
    <w:pPr>
      <w:pStyle w:val="Header"/>
      <w:pBdr>
        <w:bottom w:val="single" w:sz="4" w:space="1" w:color="auto"/>
      </w:pBdr>
      <w:jc w:val="center"/>
      <w:rPr>
        <w:rFonts w:ascii="Courier New" w:hAnsi="Courier New" w:cs="Courier New"/>
      </w:rPr>
    </w:pPr>
    <w:r w:rsidRPr="00EA6E6F">
      <w:rPr>
        <w:rFonts w:ascii="Courier New" w:hAnsi="Courier New" w:cs="Courier New"/>
      </w:rPr>
      <w:t xml:space="preserve">THPT THỦ ĐỨC – </w:t>
    </w:r>
    <w:r>
      <w:rPr>
        <w:rFonts w:ascii="Courier New" w:hAnsi="Courier New" w:cs="Courier New"/>
      </w:rPr>
      <w:t>TOÁN</w:t>
    </w:r>
    <w:r w:rsidRPr="00EA6E6F">
      <w:rPr>
        <w:rFonts w:ascii="Courier New" w:hAnsi="Courier New" w:cs="Courier New"/>
      </w:rPr>
      <w:t xml:space="preserve"> 1</w:t>
    </w:r>
    <w:r>
      <w:rPr>
        <w:rFonts w:ascii="Courier New" w:hAnsi="Courier New" w:cs="Courier New"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22449DC"/>
    <w:multiLevelType w:val="hybridMultilevel"/>
    <w:tmpl w:val="9CE20D02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91"/>
    <w:multiLevelType w:val="hybridMultilevel"/>
    <w:tmpl w:val="5E24ED2A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AF7F77"/>
    <w:multiLevelType w:val="hybridMultilevel"/>
    <w:tmpl w:val="5E24ED2A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A2D94"/>
    <w:multiLevelType w:val="hybridMultilevel"/>
    <w:tmpl w:val="5E24ED2A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96711"/>
    <w:multiLevelType w:val="hybridMultilevel"/>
    <w:tmpl w:val="9CE20D02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36DED"/>
    <w:multiLevelType w:val="hybridMultilevel"/>
    <w:tmpl w:val="5E24ED2A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212D9"/>
    <w:multiLevelType w:val="hybridMultilevel"/>
    <w:tmpl w:val="5E24ED2A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B19E4"/>
    <w:multiLevelType w:val="hybridMultilevel"/>
    <w:tmpl w:val="5E24ED2A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36029"/>
    <w:multiLevelType w:val="hybridMultilevel"/>
    <w:tmpl w:val="5E24ED2A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BA046C"/>
    <w:multiLevelType w:val="hybridMultilevel"/>
    <w:tmpl w:val="5E24ED2A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570907"/>
    <w:multiLevelType w:val="hybridMultilevel"/>
    <w:tmpl w:val="5E24ED2A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95A65"/>
    <w:multiLevelType w:val="hybridMultilevel"/>
    <w:tmpl w:val="5E24ED2A"/>
    <w:lvl w:ilvl="0" w:tplc="D57238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15"/>
  </w:num>
  <w:num w:numId="8">
    <w:abstractNumId w:val="14"/>
  </w:num>
  <w:num w:numId="9">
    <w:abstractNumId w:val="12"/>
  </w:num>
  <w:num w:numId="10">
    <w:abstractNumId w:val="13"/>
  </w:num>
  <w:num w:numId="11">
    <w:abstractNumId w:val="7"/>
  </w:num>
  <w:num w:numId="12">
    <w:abstractNumId w:val="17"/>
  </w:num>
  <w:num w:numId="13">
    <w:abstractNumId w:val="8"/>
  </w:num>
  <w:num w:numId="14">
    <w:abstractNumId w:val="11"/>
  </w:num>
  <w:num w:numId="15">
    <w:abstractNumId w:val="16"/>
  </w:num>
  <w:num w:numId="16">
    <w:abstractNumId w:val="9"/>
  </w:num>
  <w:num w:numId="17">
    <w:abstractNumId w:val="10"/>
  </w:num>
  <w:num w:numId="18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29"/>
    <w:rsid w:val="000045BB"/>
    <w:rsid w:val="00014E90"/>
    <w:rsid w:val="00016A61"/>
    <w:rsid w:val="00016E12"/>
    <w:rsid w:val="00023C07"/>
    <w:rsid w:val="000254D8"/>
    <w:rsid w:val="00027C42"/>
    <w:rsid w:val="00030ABA"/>
    <w:rsid w:val="000463BF"/>
    <w:rsid w:val="00052210"/>
    <w:rsid w:val="00072985"/>
    <w:rsid w:val="00074408"/>
    <w:rsid w:val="00077320"/>
    <w:rsid w:val="000809CF"/>
    <w:rsid w:val="0008570D"/>
    <w:rsid w:val="00086DAC"/>
    <w:rsid w:val="000A7DD9"/>
    <w:rsid w:val="000B2A56"/>
    <w:rsid w:val="000B3CCD"/>
    <w:rsid w:val="000C1172"/>
    <w:rsid w:val="000C7F20"/>
    <w:rsid w:val="000D182E"/>
    <w:rsid w:val="000D721E"/>
    <w:rsid w:val="000E3884"/>
    <w:rsid w:val="000E61A9"/>
    <w:rsid w:val="000E6CC0"/>
    <w:rsid w:val="000F403F"/>
    <w:rsid w:val="00100DE5"/>
    <w:rsid w:val="00101394"/>
    <w:rsid w:val="00101872"/>
    <w:rsid w:val="00101E3C"/>
    <w:rsid w:val="00101F5B"/>
    <w:rsid w:val="00102E24"/>
    <w:rsid w:val="00105C66"/>
    <w:rsid w:val="00117CB1"/>
    <w:rsid w:val="00131E2B"/>
    <w:rsid w:val="00147A0C"/>
    <w:rsid w:val="0015614A"/>
    <w:rsid w:val="00162B56"/>
    <w:rsid w:val="001676BD"/>
    <w:rsid w:val="00187D6E"/>
    <w:rsid w:val="001A0095"/>
    <w:rsid w:val="001B2FD4"/>
    <w:rsid w:val="001B486F"/>
    <w:rsid w:val="001C3817"/>
    <w:rsid w:val="001C6D77"/>
    <w:rsid w:val="001D1590"/>
    <w:rsid w:val="001D1AB3"/>
    <w:rsid w:val="001E000B"/>
    <w:rsid w:val="001E13C8"/>
    <w:rsid w:val="001E6250"/>
    <w:rsid w:val="001F01E8"/>
    <w:rsid w:val="001F31DB"/>
    <w:rsid w:val="002051C5"/>
    <w:rsid w:val="002060A5"/>
    <w:rsid w:val="00212A2E"/>
    <w:rsid w:val="00220399"/>
    <w:rsid w:val="0022571D"/>
    <w:rsid w:val="00246A10"/>
    <w:rsid w:val="002518DB"/>
    <w:rsid w:val="00264FF0"/>
    <w:rsid w:val="00296BB5"/>
    <w:rsid w:val="002A34D1"/>
    <w:rsid w:val="002A3A0B"/>
    <w:rsid w:val="002A3E63"/>
    <w:rsid w:val="002A72DA"/>
    <w:rsid w:val="002C0FCC"/>
    <w:rsid w:val="002C6476"/>
    <w:rsid w:val="002C7761"/>
    <w:rsid w:val="002C7E25"/>
    <w:rsid w:val="002D02CA"/>
    <w:rsid w:val="002E0297"/>
    <w:rsid w:val="00300C25"/>
    <w:rsid w:val="003132BF"/>
    <w:rsid w:val="00316C4C"/>
    <w:rsid w:val="00336A12"/>
    <w:rsid w:val="003448E9"/>
    <w:rsid w:val="00351A06"/>
    <w:rsid w:val="00355026"/>
    <w:rsid w:val="00357B09"/>
    <w:rsid w:val="0038206A"/>
    <w:rsid w:val="00382932"/>
    <w:rsid w:val="0038738F"/>
    <w:rsid w:val="00392763"/>
    <w:rsid w:val="003A6851"/>
    <w:rsid w:val="003C14E4"/>
    <w:rsid w:val="003C3DF5"/>
    <w:rsid w:val="003D13F5"/>
    <w:rsid w:val="003E0366"/>
    <w:rsid w:val="003E1AEA"/>
    <w:rsid w:val="003E63D5"/>
    <w:rsid w:val="003F355F"/>
    <w:rsid w:val="003F741B"/>
    <w:rsid w:val="00406D43"/>
    <w:rsid w:val="00413140"/>
    <w:rsid w:val="00426E15"/>
    <w:rsid w:val="00436B7F"/>
    <w:rsid w:val="00437636"/>
    <w:rsid w:val="00443ADD"/>
    <w:rsid w:val="00444CBF"/>
    <w:rsid w:val="00461A85"/>
    <w:rsid w:val="0047290D"/>
    <w:rsid w:val="00483C62"/>
    <w:rsid w:val="00483F76"/>
    <w:rsid w:val="0049461C"/>
    <w:rsid w:val="004A038F"/>
    <w:rsid w:val="004A12B8"/>
    <w:rsid w:val="004B643B"/>
    <w:rsid w:val="004C183F"/>
    <w:rsid w:val="004C66ED"/>
    <w:rsid w:val="004C6F91"/>
    <w:rsid w:val="004C7529"/>
    <w:rsid w:val="004E7F83"/>
    <w:rsid w:val="004F2829"/>
    <w:rsid w:val="004F7E12"/>
    <w:rsid w:val="0050153F"/>
    <w:rsid w:val="0052221A"/>
    <w:rsid w:val="00524BFB"/>
    <w:rsid w:val="00534329"/>
    <w:rsid w:val="00542C22"/>
    <w:rsid w:val="005447A8"/>
    <w:rsid w:val="00550DBB"/>
    <w:rsid w:val="00561642"/>
    <w:rsid w:val="00562958"/>
    <w:rsid w:val="005668BF"/>
    <w:rsid w:val="005713C6"/>
    <w:rsid w:val="005807DD"/>
    <w:rsid w:val="00594A2A"/>
    <w:rsid w:val="005A592F"/>
    <w:rsid w:val="005B3985"/>
    <w:rsid w:val="005C3AF2"/>
    <w:rsid w:val="005C5F34"/>
    <w:rsid w:val="005D1229"/>
    <w:rsid w:val="005D5F06"/>
    <w:rsid w:val="005D6E75"/>
    <w:rsid w:val="005E2A35"/>
    <w:rsid w:val="005E44C0"/>
    <w:rsid w:val="005E5832"/>
    <w:rsid w:val="005E66A8"/>
    <w:rsid w:val="005E7B8B"/>
    <w:rsid w:val="005F167A"/>
    <w:rsid w:val="0060263A"/>
    <w:rsid w:val="00607548"/>
    <w:rsid w:val="0060784E"/>
    <w:rsid w:val="00616D14"/>
    <w:rsid w:val="00617A83"/>
    <w:rsid w:val="00634BD8"/>
    <w:rsid w:val="006453B4"/>
    <w:rsid w:val="00651E9A"/>
    <w:rsid w:val="00657B8A"/>
    <w:rsid w:val="00663961"/>
    <w:rsid w:val="00697C5B"/>
    <w:rsid w:val="006A387B"/>
    <w:rsid w:val="006A5587"/>
    <w:rsid w:val="006A562F"/>
    <w:rsid w:val="006A6A2B"/>
    <w:rsid w:val="006B4C50"/>
    <w:rsid w:val="006B5C0D"/>
    <w:rsid w:val="006B71EB"/>
    <w:rsid w:val="006C2D2D"/>
    <w:rsid w:val="006E099A"/>
    <w:rsid w:val="006E351B"/>
    <w:rsid w:val="006F2228"/>
    <w:rsid w:val="00735129"/>
    <w:rsid w:val="00754969"/>
    <w:rsid w:val="00770646"/>
    <w:rsid w:val="0077520A"/>
    <w:rsid w:val="00786C64"/>
    <w:rsid w:val="007B354C"/>
    <w:rsid w:val="007D147C"/>
    <w:rsid w:val="007E1853"/>
    <w:rsid w:val="007E6145"/>
    <w:rsid w:val="007E6456"/>
    <w:rsid w:val="007E7741"/>
    <w:rsid w:val="007F3666"/>
    <w:rsid w:val="007F450D"/>
    <w:rsid w:val="007F514A"/>
    <w:rsid w:val="007F7626"/>
    <w:rsid w:val="007F7C51"/>
    <w:rsid w:val="00803469"/>
    <w:rsid w:val="0081008E"/>
    <w:rsid w:val="008117DC"/>
    <w:rsid w:val="008179B9"/>
    <w:rsid w:val="008213C3"/>
    <w:rsid w:val="00826A76"/>
    <w:rsid w:val="0083191C"/>
    <w:rsid w:val="00844950"/>
    <w:rsid w:val="00851293"/>
    <w:rsid w:val="00856236"/>
    <w:rsid w:val="00876950"/>
    <w:rsid w:val="008A231C"/>
    <w:rsid w:val="008C0DB3"/>
    <w:rsid w:val="008C2F99"/>
    <w:rsid w:val="008C3ADD"/>
    <w:rsid w:val="008C51E2"/>
    <w:rsid w:val="008C7190"/>
    <w:rsid w:val="008D1545"/>
    <w:rsid w:val="008D4FC5"/>
    <w:rsid w:val="008D5470"/>
    <w:rsid w:val="008E0E0E"/>
    <w:rsid w:val="008F3162"/>
    <w:rsid w:val="0090138C"/>
    <w:rsid w:val="00906FD2"/>
    <w:rsid w:val="00907CAD"/>
    <w:rsid w:val="00912359"/>
    <w:rsid w:val="0091334F"/>
    <w:rsid w:val="00924394"/>
    <w:rsid w:val="0094645F"/>
    <w:rsid w:val="009504BD"/>
    <w:rsid w:val="00953D70"/>
    <w:rsid w:val="00965081"/>
    <w:rsid w:val="009721F1"/>
    <w:rsid w:val="00984281"/>
    <w:rsid w:val="009859CF"/>
    <w:rsid w:val="00986464"/>
    <w:rsid w:val="0099652A"/>
    <w:rsid w:val="009C3116"/>
    <w:rsid w:val="009C5AA8"/>
    <w:rsid w:val="009E4D40"/>
    <w:rsid w:val="009E7618"/>
    <w:rsid w:val="009E79B9"/>
    <w:rsid w:val="00A05D0A"/>
    <w:rsid w:val="00A05F21"/>
    <w:rsid w:val="00A2050A"/>
    <w:rsid w:val="00A36F29"/>
    <w:rsid w:val="00A573EB"/>
    <w:rsid w:val="00AA3461"/>
    <w:rsid w:val="00AB2D13"/>
    <w:rsid w:val="00AC1F69"/>
    <w:rsid w:val="00AC3018"/>
    <w:rsid w:val="00AC7765"/>
    <w:rsid w:val="00AC7FC1"/>
    <w:rsid w:val="00B007DD"/>
    <w:rsid w:val="00B076EA"/>
    <w:rsid w:val="00B13895"/>
    <w:rsid w:val="00B13C4C"/>
    <w:rsid w:val="00B14689"/>
    <w:rsid w:val="00B14B71"/>
    <w:rsid w:val="00B17AA8"/>
    <w:rsid w:val="00B20602"/>
    <w:rsid w:val="00B23E05"/>
    <w:rsid w:val="00B27D82"/>
    <w:rsid w:val="00B34B39"/>
    <w:rsid w:val="00B54A82"/>
    <w:rsid w:val="00B60ACA"/>
    <w:rsid w:val="00BA078D"/>
    <w:rsid w:val="00BA2D5D"/>
    <w:rsid w:val="00BA4682"/>
    <w:rsid w:val="00BC4AA4"/>
    <w:rsid w:val="00BC6DA0"/>
    <w:rsid w:val="00BC7203"/>
    <w:rsid w:val="00BD1CE6"/>
    <w:rsid w:val="00BD46CE"/>
    <w:rsid w:val="00BD6710"/>
    <w:rsid w:val="00BE01B4"/>
    <w:rsid w:val="00BF4AAD"/>
    <w:rsid w:val="00C131F7"/>
    <w:rsid w:val="00C141DD"/>
    <w:rsid w:val="00C1603A"/>
    <w:rsid w:val="00C366DF"/>
    <w:rsid w:val="00C433A8"/>
    <w:rsid w:val="00C47B43"/>
    <w:rsid w:val="00C55843"/>
    <w:rsid w:val="00C55B2C"/>
    <w:rsid w:val="00C662BB"/>
    <w:rsid w:val="00C743DD"/>
    <w:rsid w:val="00C86346"/>
    <w:rsid w:val="00C877DC"/>
    <w:rsid w:val="00C93B7B"/>
    <w:rsid w:val="00CA767C"/>
    <w:rsid w:val="00CB4D30"/>
    <w:rsid w:val="00CC6AB8"/>
    <w:rsid w:val="00CC7B0C"/>
    <w:rsid w:val="00CD4DF8"/>
    <w:rsid w:val="00CD648C"/>
    <w:rsid w:val="00CE4920"/>
    <w:rsid w:val="00D11060"/>
    <w:rsid w:val="00D1447F"/>
    <w:rsid w:val="00D20427"/>
    <w:rsid w:val="00D2071B"/>
    <w:rsid w:val="00D27C60"/>
    <w:rsid w:val="00D40ED1"/>
    <w:rsid w:val="00D44915"/>
    <w:rsid w:val="00D57DCC"/>
    <w:rsid w:val="00D63CB6"/>
    <w:rsid w:val="00D77A0E"/>
    <w:rsid w:val="00D839A5"/>
    <w:rsid w:val="00D91FCB"/>
    <w:rsid w:val="00DA0543"/>
    <w:rsid w:val="00DB5333"/>
    <w:rsid w:val="00DD2839"/>
    <w:rsid w:val="00DD3F34"/>
    <w:rsid w:val="00DE2CE7"/>
    <w:rsid w:val="00DE3AAD"/>
    <w:rsid w:val="00DF1C2A"/>
    <w:rsid w:val="00DF2A34"/>
    <w:rsid w:val="00E04303"/>
    <w:rsid w:val="00E0441B"/>
    <w:rsid w:val="00E148FD"/>
    <w:rsid w:val="00E16884"/>
    <w:rsid w:val="00E26E91"/>
    <w:rsid w:val="00E30040"/>
    <w:rsid w:val="00E445C2"/>
    <w:rsid w:val="00E6785E"/>
    <w:rsid w:val="00E74645"/>
    <w:rsid w:val="00E80449"/>
    <w:rsid w:val="00E903D2"/>
    <w:rsid w:val="00E92CDA"/>
    <w:rsid w:val="00EA5092"/>
    <w:rsid w:val="00EF7E77"/>
    <w:rsid w:val="00F0074D"/>
    <w:rsid w:val="00F04230"/>
    <w:rsid w:val="00F132F0"/>
    <w:rsid w:val="00F203B3"/>
    <w:rsid w:val="00F2178E"/>
    <w:rsid w:val="00F675A2"/>
    <w:rsid w:val="00F73B2C"/>
    <w:rsid w:val="00F76894"/>
    <w:rsid w:val="00F7732E"/>
    <w:rsid w:val="00F83DFB"/>
    <w:rsid w:val="00F90E42"/>
    <w:rsid w:val="00F93A67"/>
    <w:rsid w:val="00F93D2A"/>
    <w:rsid w:val="00FA4052"/>
    <w:rsid w:val="00FB4B21"/>
    <w:rsid w:val="00FC21E3"/>
    <w:rsid w:val="00FC4BBA"/>
    <w:rsid w:val="00FD0B8B"/>
    <w:rsid w:val="00FD0FC2"/>
    <w:rsid w:val="00FD2EAF"/>
    <w:rsid w:val="00FD5914"/>
    <w:rsid w:val="00FD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6580D2"/>
  <w15:chartTrackingRefBased/>
  <w15:docId w15:val="{FC082B2E-A13A-4306-8DE9-1AE91421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3C4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C4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C4C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3C4C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3C4C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3C4C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3C4C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3C4C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3C4C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4C7529"/>
    <w:pPr>
      <w:ind w:left="720"/>
      <w:contextualSpacing/>
    </w:pPr>
  </w:style>
  <w:style w:type="character" w:customStyle="1" w:styleId="Other">
    <w:name w:val="Other_"/>
    <w:basedOn w:val="DefaultParagraphFont"/>
    <w:link w:val="Other0"/>
    <w:uiPriority w:val="99"/>
    <w:rsid w:val="004C7529"/>
    <w:rPr>
      <w:rFonts w:ascii="Times New Roman" w:hAnsi="Times New Roman" w:cs="Times New Roman"/>
      <w:color w:val="0000FF"/>
    </w:rPr>
  </w:style>
  <w:style w:type="paragraph" w:customStyle="1" w:styleId="Other0">
    <w:name w:val="Other"/>
    <w:basedOn w:val="Normal"/>
    <w:link w:val="Other"/>
    <w:uiPriority w:val="99"/>
    <w:rsid w:val="004C7529"/>
    <w:pPr>
      <w:spacing w:after="0" w:line="240" w:lineRule="auto"/>
      <w:ind w:firstLine="110"/>
    </w:pPr>
    <w:rPr>
      <w:rFonts w:ascii="Times New Roman" w:hAnsi="Times New Roman" w:cs="Times New Roman"/>
      <w:color w:val="0000FF"/>
    </w:rPr>
  </w:style>
  <w:style w:type="table" w:styleId="TableGrid">
    <w:name w:val="Table Grid"/>
    <w:basedOn w:val="TableNormal"/>
    <w:uiPriority w:val="39"/>
    <w:rsid w:val="004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3C4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13C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3C4C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3C4C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3C4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3C4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3C4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3C4C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3C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nhideWhenUsed/>
    <w:rsid w:val="00B13C4C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EastAsia" w:hAnsi="Times New Roman"/>
      <w:sz w:val="24"/>
    </w:rPr>
  </w:style>
  <w:style w:type="character" w:customStyle="1" w:styleId="HeaderChar">
    <w:name w:val="Header Char"/>
    <w:basedOn w:val="DefaultParagraphFont"/>
    <w:link w:val="Header"/>
    <w:rsid w:val="00B13C4C"/>
    <w:rPr>
      <w:rFonts w:ascii="Times New Roman" w:eastAsiaTheme="minorEastAsia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13C4C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EastAsia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B13C4C"/>
    <w:rPr>
      <w:rFonts w:ascii="Times New Roman" w:eastAsiaTheme="minorEastAsia" w:hAnsi="Times New Roman"/>
      <w:sz w:val="24"/>
    </w:rPr>
  </w:style>
  <w:style w:type="paragraph" w:styleId="NoSpacing">
    <w:name w:val="No Spacing"/>
    <w:uiPriority w:val="1"/>
    <w:qFormat/>
    <w:rsid w:val="00B13C4C"/>
    <w:pPr>
      <w:spacing w:after="0" w:line="240" w:lineRule="auto"/>
    </w:pPr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B13C4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3C4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3C4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13C4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B13C4C"/>
    <w:pPr>
      <w:spacing w:after="120" w:line="276" w:lineRule="auto"/>
    </w:pPr>
    <w:rPr>
      <w:rFonts w:ascii="Times New Roman" w:eastAsiaTheme="minorEastAsia" w:hAnsi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13C4C"/>
    <w:rPr>
      <w:rFonts w:ascii="Times New Roman" w:eastAsiaTheme="minorEastAsia" w:hAnsi="Times New Roman"/>
      <w:sz w:val="24"/>
    </w:rPr>
  </w:style>
  <w:style w:type="paragraph" w:styleId="BodyText2">
    <w:name w:val="Body Text 2"/>
    <w:basedOn w:val="Normal"/>
    <w:link w:val="BodyText2Char"/>
    <w:uiPriority w:val="99"/>
    <w:unhideWhenUsed/>
    <w:rsid w:val="00B13C4C"/>
    <w:pPr>
      <w:spacing w:after="120" w:line="480" w:lineRule="auto"/>
    </w:pPr>
    <w:rPr>
      <w:rFonts w:ascii="Times New Roman" w:eastAsiaTheme="minorEastAsia" w:hAnsi="Times New Roman"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B13C4C"/>
    <w:rPr>
      <w:rFonts w:ascii="Times New Roman" w:eastAsiaTheme="minorEastAsia" w:hAnsi="Times New Roman"/>
      <w:sz w:val="24"/>
    </w:rPr>
  </w:style>
  <w:style w:type="paragraph" w:styleId="BodyText3">
    <w:name w:val="Body Text 3"/>
    <w:basedOn w:val="Normal"/>
    <w:link w:val="BodyText3Char"/>
    <w:uiPriority w:val="99"/>
    <w:unhideWhenUsed/>
    <w:rsid w:val="00B13C4C"/>
    <w:pPr>
      <w:spacing w:after="120" w:line="276" w:lineRule="auto"/>
    </w:pPr>
    <w:rPr>
      <w:rFonts w:ascii="Times New Roman" w:eastAsiaTheme="minorEastAsia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13C4C"/>
    <w:rPr>
      <w:rFonts w:ascii="Times New Roman" w:eastAsiaTheme="minorEastAsia" w:hAnsi="Times New Roman"/>
      <w:sz w:val="16"/>
      <w:szCs w:val="16"/>
    </w:rPr>
  </w:style>
  <w:style w:type="paragraph" w:styleId="List">
    <w:name w:val="List"/>
    <w:basedOn w:val="Normal"/>
    <w:uiPriority w:val="99"/>
    <w:unhideWhenUsed/>
    <w:rsid w:val="00B13C4C"/>
    <w:pPr>
      <w:spacing w:after="200" w:line="276" w:lineRule="auto"/>
      <w:ind w:left="360" w:hanging="360"/>
      <w:contextualSpacing/>
    </w:pPr>
    <w:rPr>
      <w:rFonts w:ascii="Times New Roman" w:eastAsiaTheme="minorEastAsia" w:hAnsi="Times New Roman"/>
      <w:sz w:val="24"/>
    </w:rPr>
  </w:style>
  <w:style w:type="paragraph" w:styleId="List2">
    <w:name w:val="List 2"/>
    <w:basedOn w:val="Normal"/>
    <w:uiPriority w:val="99"/>
    <w:unhideWhenUsed/>
    <w:rsid w:val="00B13C4C"/>
    <w:pPr>
      <w:spacing w:after="200" w:line="276" w:lineRule="auto"/>
      <w:ind w:left="720" w:hanging="360"/>
      <w:contextualSpacing/>
    </w:pPr>
    <w:rPr>
      <w:rFonts w:ascii="Times New Roman" w:eastAsiaTheme="minorEastAsia" w:hAnsi="Times New Roman"/>
      <w:sz w:val="24"/>
    </w:rPr>
  </w:style>
  <w:style w:type="paragraph" w:styleId="List3">
    <w:name w:val="List 3"/>
    <w:basedOn w:val="Normal"/>
    <w:uiPriority w:val="99"/>
    <w:unhideWhenUsed/>
    <w:rsid w:val="00B13C4C"/>
    <w:pPr>
      <w:spacing w:after="200" w:line="276" w:lineRule="auto"/>
      <w:ind w:left="1080" w:hanging="360"/>
      <w:contextualSpacing/>
    </w:pPr>
    <w:rPr>
      <w:rFonts w:ascii="Times New Roman" w:eastAsiaTheme="minorEastAsia" w:hAnsi="Times New Roman"/>
      <w:sz w:val="24"/>
    </w:rPr>
  </w:style>
  <w:style w:type="paragraph" w:styleId="ListBullet">
    <w:name w:val="List Bullet"/>
    <w:basedOn w:val="Normal"/>
    <w:uiPriority w:val="99"/>
    <w:unhideWhenUsed/>
    <w:rsid w:val="00B13C4C"/>
    <w:pPr>
      <w:numPr>
        <w:numId w:val="1"/>
      </w:numPr>
      <w:spacing w:after="200" w:line="276" w:lineRule="auto"/>
      <w:contextualSpacing/>
    </w:pPr>
    <w:rPr>
      <w:rFonts w:ascii="Times New Roman" w:eastAsiaTheme="minorEastAsia" w:hAnsi="Times New Roman"/>
      <w:sz w:val="24"/>
    </w:rPr>
  </w:style>
  <w:style w:type="paragraph" w:styleId="ListBullet2">
    <w:name w:val="List Bullet 2"/>
    <w:basedOn w:val="Normal"/>
    <w:uiPriority w:val="99"/>
    <w:unhideWhenUsed/>
    <w:rsid w:val="00B13C4C"/>
    <w:pPr>
      <w:numPr>
        <w:numId w:val="2"/>
      </w:numPr>
      <w:spacing w:after="200" w:line="276" w:lineRule="auto"/>
      <w:contextualSpacing/>
    </w:pPr>
    <w:rPr>
      <w:rFonts w:ascii="Times New Roman" w:eastAsiaTheme="minorEastAsia" w:hAnsi="Times New Roman"/>
      <w:sz w:val="24"/>
    </w:rPr>
  </w:style>
  <w:style w:type="paragraph" w:styleId="ListBullet3">
    <w:name w:val="List Bullet 3"/>
    <w:basedOn w:val="Normal"/>
    <w:uiPriority w:val="99"/>
    <w:unhideWhenUsed/>
    <w:rsid w:val="00B13C4C"/>
    <w:pPr>
      <w:numPr>
        <w:numId w:val="3"/>
      </w:numPr>
      <w:spacing w:after="200" w:line="276" w:lineRule="auto"/>
      <w:contextualSpacing/>
    </w:pPr>
    <w:rPr>
      <w:rFonts w:ascii="Times New Roman" w:eastAsiaTheme="minorEastAsia" w:hAnsi="Times New Roman"/>
      <w:sz w:val="24"/>
    </w:rPr>
  </w:style>
  <w:style w:type="paragraph" w:styleId="ListNumber">
    <w:name w:val="List Number"/>
    <w:basedOn w:val="Normal"/>
    <w:uiPriority w:val="99"/>
    <w:unhideWhenUsed/>
    <w:rsid w:val="00B13C4C"/>
    <w:pPr>
      <w:numPr>
        <w:numId w:val="4"/>
      </w:numPr>
      <w:spacing w:after="200" w:line="276" w:lineRule="auto"/>
      <w:contextualSpacing/>
    </w:pPr>
    <w:rPr>
      <w:rFonts w:ascii="Times New Roman" w:eastAsiaTheme="minorEastAsia" w:hAnsi="Times New Roman"/>
      <w:sz w:val="24"/>
    </w:rPr>
  </w:style>
  <w:style w:type="paragraph" w:styleId="ListNumber2">
    <w:name w:val="List Number 2"/>
    <w:basedOn w:val="Normal"/>
    <w:uiPriority w:val="99"/>
    <w:unhideWhenUsed/>
    <w:rsid w:val="00B13C4C"/>
    <w:pPr>
      <w:numPr>
        <w:numId w:val="5"/>
      </w:numPr>
      <w:spacing w:after="200" w:line="276" w:lineRule="auto"/>
      <w:contextualSpacing/>
    </w:pPr>
    <w:rPr>
      <w:rFonts w:ascii="Times New Roman" w:eastAsiaTheme="minorEastAsia" w:hAnsi="Times New Roman"/>
      <w:sz w:val="24"/>
    </w:rPr>
  </w:style>
  <w:style w:type="paragraph" w:styleId="ListNumber3">
    <w:name w:val="List Number 3"/>
    <w:basedOn w:val="Normal"/>
    <w:uiPriority w:val="99"/>
    <w:unhideWhenUsed/>
    <w:rsid w:val="00B13C4C"/>
    <w:pPr>
      <w:numPr>
        <w:numId w:val="6"/>
      </w:numPr>
      <w:spacing w:after="200" w:line="276" w:lineRule="auto"/>
      <w:contextualSpacing/>
    </w:pPr>
    <w:rPr>
      <w:rFonts w:ascii="Times New Roman" w:eastAsiaTheme="minorEastAsia" w:hAnsi="Times New Roman"/>
      <w:sz w:val="24"/>
    </w:rPr>
  </w:style>
  <w:style w:type="paragraph" w:styleId="ListContinue">
    <w:name w:val="List Continue"/>
    <w:basedOn w:val="Normal"/>
    <w:uiPriority w:val="99"/>
    <w:unhideWhenUsed/>
    <w:rsid w:val="00B13C4C"/>
    <w:pPr>
      <w:spacing w:after="120" w:line="276" w:lineRule="auto"/>
      <w:ind w:left="360"/>
      <w:contextualSpacing/>
    </w:pPr>
    <w:rPr>
      <w:rFonts w:ascii="Times New Roman" w:eastAsiaTheme="minorEastAsia" w:hAnsi="Times New Roman"/>
      <w:sz w:val="24"/>
    </w:rPr>
  </w:style>
  <w:style w:type="paragraph" w:styleId="ListContinue2">
    <w:name w:val="List Continue 2"/>
    <w:basedOn w:val="Normal"/>
    <w:uiPriority w:val="99"/>
    <w:unhideWhenUsed/>
    <w:rsid w:val="00B13C4C"/>
    <w:pPr>
      <w:spacing w:after="120" w:line="276" w:lineRule="auto"/>
      <w:ind w:left="720"/>
      <w:contextualSpacing/>
    </w:pPr>
    <w:rPr>
      <w:rFonts w:ascii="Times New Roman" w:eastAsiaTheme="minorEastAsia" w:hAnsi="Times New Roman"/>
      <w:sz w:val="24"/>
    </w:rPr>
  </w:style>
  <w:style w:type="paragraph" w:styleId="ListContinue3">
    <w:name w:val="List Continue 3"/>
    <w:basedOn w:val="Normal"/>
    <w:uiPriority w:val="99"/>
    <w:unhideWhenUsed/>
    <w:rsid w:val="00B13C4C"/>
    <w:pPr>
      <w:spacing w:after="120" w:line="276" w:lineRule="auto"/>
      <w:ind w:left="1080"/>
      <w:contextualSpacing/>
    </w:pPr>
    <w:rPr>
      <w:rFonts w:ascii="Times New Roman" w:eastAsiaTheme="minorEastAsia" w:hAnsi="Times New Roman"/>
      <w:sz w:val="24"/>
    </w:rPr>
  </w:style>
  <w:style w:type="paragraph" w:styleId="MacroText">
    <w:name w:val="macro"/>
    <w:link w:val="MacroTextChar"/>
    <w:uiPriority w:val="99"/>
    <w:unhideWhenUsed/>
    <w:rsid w:val="00B13C4C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B13C4C"/>
    <w:rPr>
      <w:rFonts w:ascii="Courier" w:eastAsiaTheme="minorEastAsia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B13C4C"/>
    <w:pPr>
      <w:spacing w:after="200" w:line="276" w:lineRule="auto"/>
    </w:pPr>
    <w:rPr>
      <w:rFonts w:ascii="Times New Roman" w:eastAsiaTheme="minorEastAsia" w:hAnsi="Times New Roman"/>
      <w:i/>
      <w:iCs/>
      <w:color w:val="000000" w:themeColor="tex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B13C4C"/>
    <w:rPr>
      <w:rFonts w:ascii="Times New Roman" w:eastAsiaTheme="minorEastAsia" w:hAnsi="Times New Roman"/>
      <w:i/>
      <w:iCs/>
      <w:color w:val="000000" w:themeColor="text1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3C4C"/>
    <w:pPr>
      <w:spacing w:after="200" w:line="240" w:lineRule="auto"/>
    </w:pPr>
    <w:rPr>
      <w:rFonts w:ascii="Times New Roman" w:eastAsiaTheme="minorEastAsia" w:hAnsi="Times New Roman"/>
      <w:b/>
      <w:bCs/>
      <w:color w:val="4472C4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B13C4C"/>
    <w:rPr>
      <w:b/>
      <w:bCs/>
    </w:rPr>
  </w:style>
  <w:style w:type="character" w:styleId="Emphasis">
    <w:name w:val="Emphasis"/>
    <w:basedOn w:val="DefaultParagraphFont"/>
    <w:uiPriority w:val="20"/>
    <w:qFormat/>
    <w:rsid w:val="00B13C4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C4C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ascii="Times New Roman" w:eastAsiaTheme="minorEastAsia" w:hAnsi="Times New Roman"/>
      <w:b/>
      <w:bCs/>
      <w:i/>
      <w:iCs/>
      <w:color w:val="4472C4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C4C"/>
    <w:rPr>
      <w:rFonts w:ascii="Times New Roman" w:eastAsiaTheme="minorEastAsia" w:hAnsi="Times New Roman"/>
      <w:b/>
      <w:bCs/>
      <w:i/>
      <w:iCs/>
      <w:color w:val="4472C4" w:themeColor="accent1"/>
      <w:sz w:val="24"/>
    </w:rPr>
  </w:style>
  <w:style w:type="character" w:styleId="SubtleEmphasis">
    <w:name w:val="Subtle Emphasis"/>
    <w:basedOn w:val="DefaultParagraphFont"/>
    <w:uiPriority w:val="19"/>
    <w:qFormat/>
    <w:rsid w:val="00B13C4C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13C4C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13C4C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13C4C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13C4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3C4C"/>
    <w:pPr>
      <w:outlineLvl w:val="9"/>
    </w:pPr>
  </w:style>
  <w:style w:type="table" w:styleId="LightShading">
    <w:name w:val="Light Shading"/>
    <w:basedOn w:val="TableNormal"/>
    <w:uiPriority w:val="60"/>
    <w:rsid w:val="00B13C4C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B13C4C"/>
    <w:pPr>
      <w:spacing w:after="0" w:line="240" w:lineRule="auto"/>
    </w:pPr>
    <w:rPr>
      <w:rFonts w:eastAsiaTheme="minorEastAsia"/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B13C4C"/>
    <w:pPr>
      <w:spacing w:after="0" w:line="240" w:lineRule="auto"/>
    </w:pPr>
    <w:rPr>
      <w:rFonts w:eastAsiaTheme="minorEastAsia"/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B13C4C"/>
    <w:pPr>
      <w:spacing w:after="0" w:line="240" w:lineRule="auto"/>
    </w:pPr>
    <w:rPr>
      <w:rFonts w:eastAsiaTheme="minorEastAsia"/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B13C4C"/>
    <w:pPr>
      <w:spacing w:after="0" w:line="240" w:lineRule="auto"/>
    </w:pPr>
    <w:rPr>
      <w:rFonts w:eastAsiaTheme="minorEastAsia"/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B13C4C"/>
    <w:pPr>
      <w:spacing w:after="0" w:line="240" w:lineRule="auto"/>
    </w:pPr>
    <w:rPr>
      <w:rFonts w:eastAsiaTheme="minorEastAsia"/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B13C4C"/>
    <w:pPr>
      <w:spacing w:after="0" w:line="240" w:lineRule="auto"/>
    </w:pPr>
    <w:rPr>
      <w:rFonts w:eastAsiaTheme="minorEastAsia"/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List">
    <w:name w:val="Light List"/>
    <w:basedOn w:val="TableNormal"/>
    <w:uiPriority w:val="61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Grid">
    <w:name w:val="Light Grid"/>
    <w:basedOn w:val="TableNormal"/>
    <w:uiPriority w:val="62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B13C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B13C4C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DarkList">
    <w:name w:val="Dark List"/>
    <w:basedOn w:val="TableNormal"/>
    <w:uiPriority w:val="70"/>
    <w:rsid w:val="00B13C4C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B13C4C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B13C4C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B13C4C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B13C4C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B13C4C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B13C4C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Grid">
    <w:name w:val="Colorful Grid"/>
    <w:basedOn w:val="TableNormal"/>
    <w:uiPriority w:val="73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B13C4C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0E6CC0"/>
  </w:style>
  <w:style w:type="paragraph" w:customStyle="1" w:styleId="Normal0">
    <w:name w:val="Normal_0"/>
    <w:qFormat/>
    <w:rsid w:val="004C66ED"/>
    <w:pPr>
      <w:widowControl w:val="0"/>
      <w:spacing w:after="200" w:line="276" w:lineRule="auto"/>
    </w:pPr>
    <w:rPr>
      <w:rFonts w:ascii="Times New Roman" w:eastAsia="Calibri" w:hAnsi="Times New Roman" w:cs="Times New Roman"/>
      <w:sz w:val="26"/>
      <w:szCs w:val="20"/>
    </w:rPr>
  </w:style>
  <w:style w:type="paragraph" w:customStyle="1" w:styleId="Normal1">
    <w:name w:val="Normal_1"/>
    <w:qFormat/>
    <w:rsid w:val="004C66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">
    <w:name w:val="Normal_0_2"/>
    <w:qFormat/>
    <w:rsid w:val="004C66E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msolistparagraph0">
    <w:name w:val="msolistparagraph"/>
    <w:basedOn w:val="Normal"/>
    <w:rsid w:val="00A2050A"/>
    <w:pPr>
      <w:spacing w:line="256" w:lineRule="auto"/>
      <w:ind w:left="720"/>
      <w:contextualSpacing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18.bin"/><Relationship Id="rId170" Type="http://schemas.openxmlformats.org/officeDocument/2006/relationships/oleObject" Target="embeddings/oleObject84.bin"/><Relationship Id="rId987" Type="http://schemas.openxmlformats.org/officeDocument/2006/relationships/oleObject" Target="embeddings/oleObject494.bin"/><Relationship Id="rId847" Type="http://schemas.openxmlformats.org/officeDocument/2006/relationships/oleObject" Target="embeddings/oleObject424.bin"/><Relationship Id="rId1477" Type="http://schemas.openxmlformats.org/officeDocument/2006/relationships/oleObject" Target="embeddings/oleObject743.bin"/><Relationship Id="rId1684" Type="http://schemas.openxmlformats.org/officeDocument/2006/relationships/image" Target="media/image832.wmf"/><Relationship Id="rId1891" Type="http://schemas.openxmlformats.org/officeDocument/2006/relationships/oleObject" Target="embeddings/oleObject950.bin"/><Relationship Id="rId707" Type="http://schemas.openxmlformats.org/officeDocument/2006/relationships/oleObject" Target="embeddings/oleObject354.bin"/><Relationship Id="rId914" Type="http://schemas.openxmlformats.org/officeDocument/2006/relationships/image" Target="media/image451.wmf"/><Relationship Id="rId1337" Type="http://schemas.openxmlformats.org/officeDocument/2006/relationships/oleObject" Target="embeddings/oleObject669.bin"/><Relationship Id="rId1544" Type="http://schemas.openxmlformats.org/officeDocument/2006/relationships/image" Target="media/image762.wmf"/><Relationship Id="rId1751" Type="http://schemas.openxmlformats.org/officeDocument/2006/relationships/oleObject" Target="embeddings/oleObject880.bin"/><Relationship Id="rId43" Type="http://schemas.openxmlformats.org/officeDocument/2006/relationships/image" Target="media/image19.wmf"/><Relationship Id="rId1404" Type="http://schemas.openxmlformats.org/officeDocument/2006/relationships/image" Target="media/image692.wmf"/><Relationship Id="rId1611" Type="http://schemas.openxmlformats.org/officeDocument/2006/relationships/oleObject" Target="embeddings/oleObject810.bin"/><Relationship Id="rId497" Type="http://schemas.openxmlformats.org/officeDocument/2006/relationships/oleObject" Target="embeddings/oleObject249.bin"/><Relationship Id="rId2178" Type="http://schemas.openxmlformats.org/officeDocument/2006/relationships/image" Target="media/image1070.wmf"/><Relationship Id="rId2385" Type="http://schemas.openxmlformats.org/officeDocument/2006/relationships/oleObject" Target="embeddings/oleObject1218.bin"/><Relationship Id="rId357" Type="http://schemas.openxmlformats.org/officeDocument/2006/relationships/image" Target="media/image174.wmf"/><Relationship Id="rId1194" Type="http://schemas.openxmlformats.org/officeDocument/2006/relationships/image" Target="media/image591.wmf"/><Relationship Id="rId2038" Type="http://schemas.openxmlformats.org/officeDocument/2006/relationships/oleObject" Target="embeddings/oleObject1024.bin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6.wmf"/><Relationship Id="rId771" Type="http://schemas.openxmlformats.org/officeDocument/2006/relationships/oleObject" Target="embeddings/oleObject386.bin"/><Relationship Id="rId2245" Type="http://schemas.openxmlformats.org/officeDocument/2006/relationships/oleObject" Target="embeddings/oleObject1145.bin"/><Relationship Id="rId424" Type="http://schemas.openxmlformats.org/officeDocument/2006/relationships/image" Target="media/image206.wmf"/><Relationship Id="rId631" Type="http://schemas.openxmlformats.org/officeDocument/2006/relationships/oleObject" Target="embeddings/oleObject316.bin"/><Relationship Id="rId1054" Type="http://schemas.openxmlformats.org/officeDocument/2006/relationships/image" Target="media/image521.wmf"/><Relationship Id="rId1261" Type="http://schemas.openxmlformats.org/officeDocument/2006/relationships/image" Target="media/image624.wmf"/><Relationship Id="rId2105" Type="http://schemas.openxmlformats.org/officeDocument/2006/relationships/image" Target="media/image1039.wmf"/><Relationship Id="rId2312" Type="http://schemas.openxmlformats.org/officeDocument/2006/relationships/image" Target="media/image1127.wmf"/><Relationship Id="rId1121" Type="http://schemas.openxmlformats.org/officeDocument/2006/relationships/oleObject" Target="embeddings/oleObject561.bin"/><Relationship Id="rId1938" Type="http://schemas.openxmlformats.org/officeDocument/2006/relationships/image" Target="media/image959.wmf"/><Relationship Id="rId281" Type="http://schemas.openxmlformats.org/officeDocument/2006/relationships/image" Target="media/image137.wmf"/><Relationship Id="rId141" Type="http://schemas.openxmlformats.org/officeDocument/2006/relationships/image" Target="media/image68.wmf"/><Relationship Id="rId7" Type="http://schemas.openxmlformats.org/officeDocument/2006/relationships/image" Target="media/image1.wmf"/><Relationship Id="rId958" Type="http://schemas.openxmlformats.org/officeDocument/2006/relationships/image" Target="media/image473.wmf"/><Relationship Id="rId1588" Type="http://schemas.openxmlformats.org/officeDocument/2006/relationships/image" Target="media/image784.wmf"/><Relationship Id="rId1795" Type="http://schemas.openxmlformats.org/officeDocument/2006/relationships/oleObject" Target="embeddings/oleObject902.bin"/><Relationship Id="rId87" Type="http://schemas.openxmlformats.org/officeDocument/2006/relationships/image" Target="media/image41.wmf"/><Relationship Id="rId818" Type="http://schemas.openxmlformats.org/officeDocument/2006/relationships/image" Target="media/image403.wmf"/><Relationship Id="rId1448" Type="http://schemas.openxmlformats.org/officeDocument/2006/relationships/image" Target="media/image714.wmf"/><Relationship Id="rId1655" Type="http://schemas.openxmlformats.org/officeDocument/2006/relationships/oleObject" Target="embeddings/oleObject832.bin"/><Relationship Id="rId1308" Type="http://schemas.openxmlformats.org/officeDocument/2006/relationships/oleObject" Target="embeddings/oleObject655.bin"/><Relationship Id="rId1862" Type="http://schemas.openxmlformats.org/officeDocument/2006/relationships/image" Target="media/image921.wmf"/><Relationship Id="rId1515" Type="http://schemas.openxmlformats.org/officeDocument/2006/relationships/oleObject" Target="embeddings/oleObject762.bin"/><Relationship Id="rId1722" Type="http://schemas.openxmlformats.org/officeDocument/2006/relationships/image" Target="media/image851.wmf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167.bin"/><Relationship Id="rId468" Type="http://schemas.openxmlformats.org/officeDocument/2006/relationships/image" Target="media/image228.wmf"/><Relationship Id="rId675" Type="http://schemas.openxmlformats.org/officeDocument/2006/relationships/oleObject" Target="embeddings/oleObject338.bin"/><Relationship Id="rId882" Type="http://schemas.openxmlformats.org/officeDocument/2006/relationships/image" Target="media/image435.wmf"/><Relationship Id="rId1098" Type="http://schemas.openxmlformats.org/officeDocument/2006/relationships/image" Target="media/image543.wmf"/><Relationship Id="rId2149" Type="http://schemas.openxmlformats.org/officeDocument/2006/relationships/image" Target="media/image1061.wmf"/><Relationship Id="rId2356" Type="http://schemas.openxmlformats.org/officeDocument/2006/relationships/image" Target="media/image1147.wmf"/><Relationship Id="rId328" Type="http://schemas.openxmlformats.org/officeDocument/2006/relationships/oleObject" Target="embeddings/oleObject163.bin"/><Relationship Id="rId535" Type="http://schemas.openxmlformats.org/officeDocument/2006/relationships/oleObject" Target="embeddings/oleObject268.bin"/><Relationship Id="rId742" Type="http://schemas.openxmlformats.org/officeDocument/2006/relationships/image" Target="media/image365.wmf"/><Relationship Id="rId1165" Type="http://schemas.openxmlformats.org/officeDocument/2006/relationships/oleObject" Target="embeddings/oleObject583.bin"/><Relationship Id="rId1372" Type="http://schemas.openxmlformats.org/officeDocument/2006/relationships/oleObject" Target="embeddings/oleObject687.bin"/><Relationship Id="rId2009" Type="http://schemas.openxmlformats.org/officeDocument/2006/relationships/image" Target="media/image994.wmf"/><Relationship Id="rId2216" Type="http://schemas.openxmlformats.org/officeDocument/2006/relationships/image" Target="media/image1080.wmf"/><Relationship Id="rId602" Type="http://schemas.openxmlformats.org/officeDocument/2006/relationships/image" Target="media/image295.wmf"/><Relationship Id="rId1025" Type="http://schemas.openxmlformats.org/officeDocument/2006/relationships/oleObject" Target="embeddings/oleObject513.bin"/><Relationship Id="rId1232" Type="http://schemas.openxmlformats.org/officeDocument/2006/relationships/image" Target="media/image610.wmf"/><Relationship Id="rId185" Type="http://schemas.openxmlformats.org/officeDocument/2006/relationships/image" Target="media/image88.wmf"/><Relationship Id="rId1909" Type="http://schemas.openxmlformats.org/officeDocument/2006/relationships/oleObject" Target="embeddings/oleObject959.bin"/><Relationship Id="rId392" Type="http://schemas.openxmlformats.org/officeDocument/2006/relationships/oleObject" Target="embeddings/oleObject195.bin"/><Relationship Id="rId2073" Type="http://schemas.openxmlformats.org/officeDocument/2006/relationships/image" Target="media/image1026.wmf"/><Relationship Id="rId2280" Type="http://schemas.openxmlformats.org/officeDocument/2006/relationships/image" Target="media/image1112.wmf"/><Relationship Id="rId252" Type="http://schemas.openxmlformats.org/officeDocument/2006/relationships/oleObject" Target="embeddings/oleObject124.bin"/><Relationship Id="rId2140" Type="http://schemas.openxmlformats.org/officeDocument/2006/relationships/oleObject" Target="embeddings/oleObject1078.bin"/><Relationship Id="rId112" Type="http://schemas.openxmlformats.org/officeDocument/2006/relationships/oleObject" Target="embeddings/oleObject53.bin"/><Relationship Id="rId1699" Type="http://schemas.openxmlformats.org/officeDocument/2006/relationships/oleObject" Target="embeddings/oleObject854.bin"/><Relationship Id="rId2000" Type="http://schemas.openxmlformats.org/officeDocument/2006/relationships/oleObject" Target="embeddings/oleObject1005.bin"/><Relationship Id="rId929" Type="http://schemas.openxmlformats.org/officeDocument/2006/relationships/oleObject" Target="embeddings/oleObject465.bin"/><Relationship Id="rId1559" Type="http://schemas.openxmlformats.org/officeDocument/2006/relationships/oleObject" Target="embeddings/oleObject784.bin"/><Relationship Id="rId1766" Type="http://schemas.openxmlformats.org/officeDocument/2006/relationships/image" Target="media/image873.wmf"/><Relationship Id="rId1973" Type="http://schemas.openxmlformats.org/officeDocument/2006/relationships/oleObject" Target="embeddings/oleObject991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14.bin"/><Relationship Id="rId1626" Type="http://schemas.openxmlformats.org/officeDocument/2006/relationships/image" Target="media/image803.wmf"/><Relationship Id="rId1833" Type="http://schemas.openxmlformats.org/officeDocument/2006/relationships/oleObject" Target="embeddings/oleObject921.bin"/><Relationship Id="rId1900" Type="http://schemas.openxmlformats.org/officeDocument/2006/relationships/image" Target="media/image940.wmf"/><Relationship Id="rId579" Type="http://schemas.openxmlformats.org/officeDocument/2006/relationships/oleObject" Target="embeddings/oleObject290.bin"/><Relationship Id="rId786" Type="http://schemas.openxmlformats.org/officeDocument/2006/relationships/oleObject" Target="embeddings/oleObject393.bin"/><Relationship Id="rId993" Type="http://schemas.openxmlformats.org/officeDocument/2006/relationships/oleObject" Target="embeddings/oleObject497.bin"/><Relationship Id="rId439" Type="http://schemas.openxmlformats.org/officeDocument/2006/relationships/oleObject" Target="embeddings/oleObject220.bin"/><Relationship Id="rId646" Type="http://schemas.openxmlformats.org/officeDocument/2006/relationships/image" Target="media/image317.wmf"/><Relationship Id="rId1069" Type="http://schemas.openxmlformats.org/officeDocument/2006/relationships/oleObject" Target="embeddings/oleObject535.bin"/><Relationship Id="rId1276" Type="http://schemas.openxmlformats.org/officeDocument/2006/relationships/oleObject" Target="embeddings/oleObject639.bin"/><Relationship Id="rId1483" Type="http://schemas.openxmlformats.org/officeDocument/2006/relationships/oleObject" Target="embeddings/oleObject746.bin"/><Relationship Id="rId2327" Type="http://schemas.openxmlformats.org/officeDocument/2006/relationships/oleObject" Target="embeddings/oleObject1189.bin"/><Relationship Id="rId506" Type="http://schemas.openxmlformats.org/officeDocument/2006/relationships/image" Target="media/image247.wmf"/><Relationship Id="rId853" Type="http://schemas.openxmlformats.org/officeDocument/2006/relationships/oleObject" Target="embeddings/oleObject427.bin"/><Relationship Id="rId1136" Type="http://schemas.openxmlformats.org/officeDocument/2006/relationships/image" Target="media/image562.wmf"/><Relationship Id="rId1690" Type="http://schemas.openxmlformats.org/officeDocument/2006/relationships/image" Target="media/image835.wmf"/><Relationship Id="rId713" Type="http://schemas.openxmlformats.org/officeDocument/2006/relationships/oleObject" Target="embeddings/oleObject357.bin"/><Relationship Id="rId920" Type="http://schemas.openxmlformats.org/officeDocument/2006/relationships/image" Target="media/image454.wmf"/><Relationship Id="rId1343" Type="http://schemas.openxmlformats.org/officeDocument/2006/relationships/oleObject" Target="embeddings/oleObject672.bin"/><Relationship Id="rId1550" Type="http://schemas.openxmlformats.org/officeDocument/2006/relationships/image" Target="media/image765.wmf"/><Relationship Id="rId1203" Type="http://schemas.openxmlformats.org/officeDocument/2006/relationships/oleObject" Target="embeddings/oleObject602.bin"/><Relationship Id="rId1410" Type="http://schemas.openxmlformats.org/officeDocument/2006/relationships/image" Target="media/image695.wmf"/><Relationship Id="rId296" Type="http://schemas.openxmlformats.org/officeDocument/2006/relationships/oleObject" Target="embeddings/oleObject146.bin"/><Relationship Id="rId2184" Type="http://schemas.openxmlformats.org/officeDocument/2006/relationships/oleObject" Target="embeddings/oleObject1106.bin"/><Relationship Id="rId2391" Type="http://schemas.openxmlformats.org/officeDocument/2006/relationships/theme" Target="theme/theme1.xml"/><Relationship Id="rId156" Type="http://schemas.openxmlformats.org/officeDocument/2006/relationships/oleObject" Target="embeddings/oleObject77.bin"/><Relationship Id="rId363" Type="http://schemas.openxmlformats.org/officeDocument/2006/relationships/image" Target="media/image177.wmf"/><Relationship Id="rId570" Type="http://schemas.openxmlformats.org/officeDocument/2006/relationships/image" Target="media/image279.wmf"/><Relationship Id="rId2044" Type="http://schemas.openxmlformats.org/officeDocument/2006/relationships/oleObject" Target="embeddings/oleObject1027.bin"/><Relationship Id="rId2251" Type="http://schemas.openxmlformats.org/officeDocument/2006/relationships/oleObject" Target="embeddings/oleObject1148.bin"/><Relationship Id="rId223" Type="http://schemas.openxmlformats.org/officeDocument/2006/relationships/oleObject" Target="embeddings/oleObject110.bin"/><Relationship Id="rId430" Type="http://schemas.openxmlformats.org/officeDocument/2006/relationships/image" Target="media/image209.wmf"/><Relationship Id="rId1060" Type="http://schemas.openxmlformats.org/officeDocument/2006/relationships/image" Target="media/image524.wmf"/><Relationship Id="rId2111" Type="http://schemas.openxmlformats.org/officeDocument/2006/relationships/image" Target="media/image1042.wmf"/><Relationship Id="rId1877" Type="http://schemas.openxmlformats.org/officeDocument/2006/relationships/oleObject" Target="embeddings/oleObject943.bin"/><Relationship Id="rId1737" Type="http://schemas.openxmlformats.org/officeDocument/2006/relationships/oleObject" Target="embeddings/oleObject873.bin"/><Relationship Id="rId1944" Type="http://schemas.openxmlformats.org/officeDocument/2006/relationships/image" Target="media/image962.wmf"/><Relationship Id="rId29" Type="http://schemas.openxmlformats.org/officeDocument/2006/relationships/image" Target="media/image12.wmf"/><Relationship Id="rId1804" Type="http://schemas.openxmlformats.org/officeDocument/2006/relationships/image" Target="media/image892.wmf"/><Relationship Id="rId897" Type="http://schemas.openxmlformats.org/officeDocument/2006/relationships/oleObject" Target="embeddings/oleObject449.bin"/><Relationship Id="rId757" Type="http://schemas.openxmlformats.org/officeDocument/2006/relationships/oleObject" Target="embeddings/oleObject379.bin"/><Relationship Id="rId964" Type="http://schemas.openxmlformats.org/officeDocument/2006/relationships/image" Target="media/image476.wmf"/><Relationship Id="rId1387" Type="http://schemas.openxmlformats.org/officeDocument/2006/relationships/oleObject" Target="embeddings/oleObject695.bin"/><Relationship Id="rId1594" Type="http://schemas.openxmlformats.org/officeDocument/2006/relationships/image" Target="media/image787.wmf"/><Relationship Id="rId93" Type="http://schemas.openxmlformats.org/officeDocument/2006/relationships/image" Target="media/image44.wmf"/><Relationship Id="rId617" Type="http://schemas.openxmlformats.org/officeDocument/2006/relationships/oleObject" Target="embeddings/oleObject309.bin"/><Relationship Id="rId824" Type="http://schemas.openxmlformats.org/officeDocument/2006/relationships/image" Target="media/image406.wmf"/><Relationship Id="rId1247" Type="http://schemas.openxmlformats.org/officeDocument/2006/relationships/oleObject" Target="embeddings/oleObject624.bin"/><Relationship Id="rId1454" Type="http://schemas.openxmlformats.org/officeDocument/2006/relationships/image" Target="media/image717.wmf"/><Relationship Id="rId1661" Type="http://schemas.openxmlformats.org/officeDocument/2006/relationships/oleObject" Target="embeddings/oleObject835.bin"/><Relationship Id="rId1107" Type="http://schemas.openxmlformats.org/officeDocument/2006/relationships/oleObject" Target="embeddings/oleObject554.bin"/><Relationship Id="rId1314" Type="http://schemas.openxmlformats.org/officeDocument/2006/relationships/oleObject" Target="embeddings/oleObject658.bin"/><Relationship Id="rId1521" Type="http://schemas.openxmlformats.org/officeDocument/2006/relationships/oleObject" Target="embeddings/oleObject765.bin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049.bin"/><Relationship Id="rId2295" Type="http://schemas.openxmlformats.org/officeDocument/2006/relationships/oleObject" Target="embeddings/oleObject1170.bin"/><Relationship Id="rId267" Type="http://schemas.openxmlformats.org/officeDocument/2006/relationships/image" Target="media/image130.wmf"/><Relationship Id="rId474" Type="http://schemas.openxmlformats.org/officeDocument/2006/relationships/image" Target="media/image231.wmf"/><Relationship Id="rId2155" Type="http://schemas.openxmlformats.org/officeDocument/2006/relationships/image" Target="media/image1064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41.bin"/><Relationship Id="rId2362" Type="http://schemas.openxmlformats.org/officeDocument/2006/relationships/image" Target="media/image1150.wmf"/><Relationship Id="rId334" Type="http://schemas.openxmlformats.org/officeDocument/2006/relationships/oleObject" Target="embeddings/oleObject166.bin"/><Relationship Id="rId541" Type="http://schemas.openxmlformats.org/officeDocument/2006/relationships/oleObject" Target="embeddings/oleObject271.bin"/><Relationship Id="rId1171" Type="http://schemas.openxmlformats.org/officeDocument/2006/relationships/oleObject" Target="embeddings/oleObject586.bin"/><Relationship Id="rId2015" Type="http://schemas.openxmlformats.org/officeDocument/2006/relationships/image" Target="media/image997.wmf"/><Relationship Id="rId2222" Type="http://schemas.openxmlformats.org/officeDocument/2006/relationships/image" Target="media/image1083.wmf"/><Relationship Id="rId401" Type="http://schemas.openxmlformats.org/officeDocument/2006/relationships/oleObject" Target="embeddings/oleObject201.bin"/><Relationship Id="rId1031" Type="http://schemas.openxmlformats.org/officeDocument/2006/relationships/oleObject" Target="embeddings/oleObject516.bin"/><Relationship Id="rId1988" Type="http://schemas.openxmlformats.org/officeDocument/2006/relationships/oleObject" Target="embeddings/oleObject999.bin"/><Relationship Id="rId1848" Type="http://schemas.openxmlformats.org/officeDocument/2006/relationships/image" Target="media/image914.wmf"/><Relationship Id="rId191" Type="http://schemas.openxmlformats.org/officeDocument/2006/relationships/image" Target="media/image91.wmf"/><Relationship Id="rId1708" Type="http://schemas.openxmlformats.org/officeDocument/2006/relationships/image" Target="media/image844.wmf"/><Relationship Id="rId1915" Type="http://schemas.openxmlformats.org/officeDocument/2006/relationships/oleObject" Target="embeddings/oleObject962.bin"/><Relationship Id="rId868" Type="http://schemas.openxmlformats.org/officeDocument/2006/relationships/image" Target="media/image428.wmf"/><Relationship Id="rId1498" Type="http://schemas.openxmlformats.org/officeDocument/2006/relationships/image" Target="media/image739.wmf"/><Relationship Id="rId728" Type="http://schemas.openxmlformats.org/officeDocument/2006/relationships/image" Target="media/image358.wmf"/><Relationship Id="rId935" Type="http://schemas.openxmlformats.org/officeDocument/2006/relationships/oleObject" Target="embeddings/oleObject468.bin"/><Relationship Id="rId1358" Type="http://schemas.openxmlformats.org/officeDocument/2006/relationships/oleObject" Target="embeddings/oleObject680.bin"/><Relationship Id="rId1565" Type="http://schemas.openxmlformats.org/officeDocument/2006/relationships/oleObject" Target="embeddings/oleObject787.bin"/><Relationship Id="rId1772" Type="http://schemas.openxmlformats.org/officeDocument/2006/relationships/image" Target="media/image876.wmf"/><Relationship Id="rId64" Type="http://schemas.openxmlformats.org/officeDocument/2006/relationships/oleObject" Target="embeddings/oleObject29.bin"/><Relationship Id="rId1218" Type="http://schemas.openxmlformats.org/officeDocument/2006/relationships/image" Target="media/image603.wmf"/><Relationship Id="rId1425" Type="http://schemas.openxmlformats.org/officeDocument/2006/relationships/oleObject" Target="embeddings/oleObject717.bin"/><Relationship Id="rId1632" Type="http://schemas.openxmlformats.org/officeDocument/2006/relationships/image" Target="media/image806.wmf"/><Relationship Id="rId2199" Type="http://schemas.openxmlformats.org/officeDocument/2006/relationships/oleObject" Target="embeddings/oleObject1117.bin"/><Relationship Id="rId378" Type="http://schemas.openxmlformats.org/officeDocument/2006/relationships/oleObject" Target="embeddings/oleObject188.bin"/><Relationship Id="rId585" Type="http://schemas.openxmlformats.org/officeDocument/2006/relationships/oleObject" Target="embeddings/oleObject293.bin"/><Relationship Id="rId792" Type="http://schemas.openxmlformats.org/officeDocument/2006/relationships/oleObject" Target="embeddings/oleObject396.bin"/><Relationship Id="rId2059" Type="http://schemas.openxmlformats.org/officeDocument/2006/relationships/image" Target="media/image1019.wmf"/><Relationship Id="rId2266" Type="http://schemas.openxmlformats.org/officeDocument/2006/relationships/image" Target="media/image1105.wmf"/><Relationship Id="rId238" Type="http://schemas.openxmlformats.org/officeDocument/2006/relationships/image" Target="media/image115.wmf"/><Relationship Id="rId445" Type="http://schemas.openxmlformats.org/officeDocument/2006/relationships/oleObject" Target="embeddings/oleObject223.bin"/><Relationship Id="rId652" Type="http://schemas.openxmlformats.org/officeDocument/2006/relationships/image" Target="media/image320.wmf"/><Relationship Id="rId1075" Type="http://schemas.openxmlformats.org/officeDocument/2006/relationships/oleObject" Target="embeddings/oleObject538.bin"/><Relationship Id="rId1282" Type="http://schemas.openxmlformats.org/officeDocument/2006/relationships/oleObject" Target="embeddings/oleObject642.bin"/><Relationship Id="rId2126" Type="http://schemas.openxmlformats.org/officeDocument/2006/relationships/oleObject" Target="embeddings/oleObject1071.bin"/><Relationship Id="rId2333" Type="http://schemas.openxmlformats.org/officeDocument/2006/relationships/oleObject" Target="embeddings/oleObject1192.bin"/><Relationship Id="rId305" Type="http://schemas.openxmlformats.org/officeDocument/2006/relationships/image" Target="media/image149.wmf"/><Relationship Id="rId512" Type="http://schemas.openxmlformats.org/officeDocument/2006/relationships/image" Target="media/image250.wmf"/><Relationship Id="rId1142" Type="http://schemas.openxmlformats.org/officeDocument/2006/relationships/image" Target="media/image565.wmf"/><Relationship Id="rId1002" Type="http://schemas.openxmlformats.org/officeDocument/2006/relationships/image" Target="media/image495.wmf"/><Relationship Id="rId1959" Type="http://schemas.openxmlformats.org/officeDocument/2006/relationships/oleObject" Target="embeddings/oleObject984.bin"/><Relationship Id="rId1819" Type="http://schemas.openxmlformats.org/officeDocument/2006/relationships/oleObject" Target="embeddings/oleObject914.bin"/><Relationship Id="rId2190" Type="http://schemas.openxmlformats.org/officeDocument/2006/relationships/oleObject" Target="embeddings/oleObject1110.bin"/><Relationship Id="rId162" Type="http://schemas.openxmlformats.org/officeDocument/2006/relationships/oleObject" Target="embeddings/oleObject80.bin"/><Relationship Id="rId2050" Type="http://schemas.openxmlformats.org/officeDocument/2006/relationships/oleObject" Target="embeddings/oleObject1030.bin"/><Relationship Id="rId979" Type="http://schemas.openxmlformats.org/officeDocument/2006/relationships/oleObject" Target="embeddings/oleObject490.bin"/><Relationship Id="rId839" Type="http://schemas.openxmlformats.org/officeDocument/2006/relationships/oleObject" Target="embeddings/oleObject420.bin"/><Relationship Id="rId1469" Type="http://schemas.openxmlformats.org/officeDocument/2006/relationships/oleObject" Target="embeddings/oleObject739.bin"/><Relationship Id="rId1676" Type="http://schemas.openxmlformats.org/officeDocument/2006/relationships/image" Target="media/image828.wmf"/><Relationship Id="rId1883" Type="http://schemas.openxmlformats.org/officeDocument/2006/relationships/oleObject" Target="embeddings/oleObject946.bin"/><Relationship Id="rId906" Type="http://schemas.openxmlformats.org/officeDocument/2006/relationships/image" Target="media/image447.wmf"/><Relationship Id="rId1329" Type="http://schemas.openxmlformats.org/officeDocument/2006/relationships/oleObject" Target="embeddings/oleObject665.bin"/><Relationship Id="rId1536" Type="http://schemas.openxmlformats.org/officeDocument/2006/relationships/image" Target="media/image758.wmf"/><Relationship Id="rId1743" Type="http://schemas.openxmlformats.org/officeDocument/2006/relationships/oleObject" Target="embeddings/oleObject876.bin"/><Relationship Id="rId1950" Type="http://schemas.openxmlformats.org/officeDocument/2006/relationships/image" Target="media/image965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806.bin"/><Relationship Id="rId1810" Type="http://schemas.openxmlformats.org/officeDocument/2006/relationships/image" Target="media/image895.wmf"/><Relationship Id="rId184" Type="http://schemas.openxmlformats.org/officeDocument/2006/relationships/oleObject" Target="embeddings/oleObject91.bin"/><Relationship Id="rId391" Type="http://schemas.openxmlformats.org/officeDocument/2006/relationships/image" Target="media/image191.wmf"/><Relationship Id="rId1908" Type="http://schemas.openxmlformats.org/officeDocument/2006/relationships/image" Target="media/image944.wmf"/><Relationship Id="rId2072" Type="http://schemas.openxmlformats.org/officeDocument/2006/relationships/oleObject" Target="embeddings/oleObject1041.bin"/><Relationship Id="rId251" Type="http://schemas.openxmlformats.org/officeDocument/2006/relationships/image" Target="media/image122.wmf"/><Relationship Id="rId489" Type="http://schemas.openxmlformats.org/officeDocument/2006/relationships/oleObject" Target="embeddings/oleObject245.bin"/><Relationship Id="rId696" Type="http://schemas.openxmlformats.org/officeDocument/2006/relationships/image" Target="media/image342.wmf"/><Relationship Id="rId2377" Type="http://schemas.openxmlformats.org/officeDocument/2006/relationships/oleObject" Target="embeddings/oleObject1214.bin"/><Relationship Id="rId349" Type="http://schemas.openxmlformats.org/officeDocument/2006/relationships/image" Target="media/image170.wmf"/><Relationship Id="rId556" Type="http://schemas.openxmlformats.org/officeDocument/2006/relationships/image" Target="media/image272.wmf"/><Relationship Id="rId763" Type="http://schemas.openxmlformats.org/officeDocument/2006/relationships/oleObject" Target="embeddings/oleObject382.bin"/><Relationship Id="rId1186" Type="http://schemas.openxmlformats.org/officeDocument/2006/relationships/image" Target="media/image587.wmf"/><Relationship Id="rId1393" Type="http://schemas.openxmlformats.org/officeDocument/2006/relationships/oleObject" Target="embeddings/oleObject700.bin"/><Relationship Id="rId2237" Type="http://schemas.openxmlformats.org/officeDocument/2006/relationships/oleObject" Target="embeddings/oleObject1141.bin"/><Relationship Id="rId111" Type="http://schemas.openxmlformats.org/officeDocument/2006/relationships/image" Target="media/image53.wmf"/><Relationship Id="rId209" Type="http://schemas.openxmlformats.org/officeDocument/2006/relationships/oleObject" Target="embeddings/oleObject103.bin"/><Relationship Id="rId416" Type="http://schemas.openxmlformats.org/officeDocument/2006/relationships/image" Target="media/image202.wmf"/><Relationship Id="rId970" Type="http://schemas.openxmlformats.org/officeDocument/2006/relationships/image" Target="media/image479.wmf"/><Relationship Id="rId1046" Type="http://schemas.openxmlformats.org/officeDocument/2006/relationships/image" Target="media/image517.wmf"/><Relationship Id="rId1253" Type="http://schemas.openxmlformats.org/officeDocument/2006/relationships/oleObject" Target="embeddings/oleObject627.bin"/><Relationship Id="rId1698" Type="http://schemas.openxmlformats.org/officeDocument/2006/relationships/image" Target="media/image839.wmf"/><Relationship Id="rId623" Type="http://schemas.openxmlformats.org/officeDocument/2006/relationships/oleObject" Target="embeddings/oleObject312.bin"/><Relationship Id="rId830" Type="http://schemas.openxmlformats.org/officeDocument/2006/relationships/image" Target="media/image409.wmf"/><Relationship Id="rId928" Type="http://schemas.openxmlformats.org/officeDocument/2006/relationships/image" Target="media/image458.wmf"/><Relationship Id="rId1460" Type="http://schemas.openxmlformats.org/officeDocument/2006/relationships/image" Target="media/image720.wmf"/><Relationship Id="rId1558" Type="http://schemas.openxmlformats.org/officeDocument/2006/relationships/image" Target="media/image769.wmf"/><Relationship Id="rId1765" Type="http://schemas.openxmlformats.org/officeDocument/2006/relationships/oleObject" Target="embeddings/oleObject887.bin"/><Relationship Id="rId2304" Type="http://schemas.openxmlformats.org/officeDocument/2006/relationships/image" Target="media/image1124.wmf"/><Relationship Id="rId57" Type="http://schemas.openxmlformats.org/officeDocument/2006/relationships/image" Target="media/image26.wmf"/><Relationship Id="rId1113" Type="http://schemas.openxmlformats.org/officeDocument/2006/relationships/oleObject" Target="embeddings/oleObject557.bin"/><Relationship Id="rId1320" Type="http://schemas.openxmlformats.org/officeDocument/2006/relationships/image" Target="media/image654.wmf"/><Relationship Id="rId1418" Type="http://schemas.openxmlformats.org/officeDocument/2006/relationships/image" Target="media/image699.wmf"/><Relationship Id="rId1972" Type="http://schemas.openxmlformats.org/officeDocument/2006/relationships/image" Target="media/image976.wmf"/><Relationship Id="rId1625" Type="http://schemas.openxmlformats.org/officeDocument/2006/relationships/oleObject" Target="embeddings/oleObject817.bin"/><Relationship Id="rId1832" Type="http://schemas.openxmlformats.org/officeDocument/2006/relationships/image" Target="media/image906.wmf"/><Relationship Id="rId2094" Type="http://schemas.openxmlformats.org/officeDocument/2006/relationships/oleObject" Target="embeddings/oleObject1054.bin"/><Relationship Id="rId273" Type="http://schemas.openxmlformats.org/officeDocument/2006/relationships/image" Target="media/image133.wmf"/><Relationship Id="rId480" Type="http://schemas.openxmlformats.org/officeDocument/2006/relationships/image" Target="media/image234.wmf"/><Relationship Id="rId2161" Type="http://schemas.openxmlformats.org/officeDocument/2006/relationships/oleObject" Target="embeddings/oleObject1090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9.bin"/><Relationship Id="rId578" Type="http://schemas.openxmlformats.org/officeDocument/2006/relationships/image" Target="media/image283.wmf"/><Relationship Id="rId785" Type="http://schemas.openxmlformats.org/officeDocument/2006/relationships/image" Target="media/image387.wmf"/><Relationship Id="rId992" Type="http://schemas.openxmlformats.org/officeDocument/2006/relationships/image" Target="media/image490.wmf"/><Relationship Id="rId2021" Type="http://schemas.openxmlformats.org/officeDocument/2006/relationships/image" Target="media/image1000.wmf"/><Relationship Id="rId2259" Type="http://schemas.openxmlformats.org/officeDocument/2006/relationships/oleObject" Target="embeddings/oleObject1152.bin"/><Relationship Id="rId200" Type="http://schemas.openxmlformats.org/officeDocument/2006/relationships/oleObject" Target="embeddings/oleObject99.bin"/><Relationship Id="rId438" Type="http://schemas.openxmlformats.org/officeDocument/2006/relationships/image" Target="media/image213.wmf"/><Relationship Id="rId645" Type="http://schemas.openxmlformats.org/officeDocument/2006/relationships/oleObject" Target="embeddings/oleObject323.bin"/><Relationship Id="rId852" Type="http://schemas.openxmlformats.org/officeDocument/2006/relationships/image" Target="media/image420.wmf"/><Relationship Id="rId1068" Type="http://schemas.openxmlformats.org/officeDocument/2006/relationships/image" Target="media/image528.wmf"/><Relationship Id="rId1275" Type="http://schemas.openxmlformats.org/officeDocument/2006/relationships/image" Target="media/image631.wmf"/><Relationship Id="rId1482" Type="http://schemas.openxmlformats.org/officeDocument/2006/relationships/image" Target="media/image731.wmf"/><Relationship Id="rId2119" Type="http://schemas.openxmlformats.org/officeDocument/2006/relationships/image" Target="media/image1046.wmf"/><Relationship Id="rId2326" Type="http://schemas.openxmlformats.org/officeDocument/2006/relationships/image" Target="media/image1132.wmf"/><Relationship Id="rId505" Type="http://schemas.openxmlformats.org/officeDocument/2006/relationships/oleObject" Target="embeddings/oleObject253.bin"/><Relationship Id="rId712" Type="http://schemas.openxmlformats.org/officeDocument/2006/relationships/image" Target="media/image350.wmf"/><Relationship Id="rId1135" Type="http://schemas.openxmlformats.org/officeDocument/2006/relationships/oleObject" Target="embeddings/oleObject568.bin"/><Relationship Id="rId1342" Type="http://schemas.openxmlformats.org/officeDocument/2006/relationships/image" Target="media/image665.wmf"/><Relationship Id="rId1787" Type="http://schemas.openxmlformats.org/officeDocument/2006/relationships/oleObject" Target="embeddings/oleObject898.bin"/><Relationship Id="rId1994" Type="http://schemas.openxmlformats.org/officeDocument/2006/relationships/oleObject" Target="embeddings/oleObject1002.bin"/><Relationship Id="rId79" Type="http://schemas.openxmlformats.org/officeDocument/2006/relationships/image" Target="media/image37.wmf"/><Relationship Id="rId1202" Type="http://schemas.openxmlformats.org/officeDocument/2006/relationships/image" Target="media/image595.wmf"/><Relationship Id="rId1647" Type="http://schemas.openxmlformats.org/officeDocument/2006/relationships/oleObject" Target="embeddings/oleObject828.bin"/><Relationship Id="rId1854" Type="http://schemas.openxmlformats.org/officeDocument/2006/relationships/image" Target="media/image917.wmf"/><Relationship Id="rId1507" Type="http://schemas.openxmlformats.org/officeDocument/2006/relationships/oleObject" Target="embeddings/oleObject758.bin"/><Relationship Id="rId1714" Type="http://schemas.openxmlformats.org/officeDocument/2006/relationships/image" Target="media/image847.wmf"/><Relationship Id="rId295" Type="http://schemas.openxmlformats.org/officeDocument/2006/relationships/image" Target="media/image144.wmf"/><Relationship Id="rId1921" Type="http://schemas.openxmlformats.org/officeDocument/2006/relationships/oleObject" Target="embeddings/oleObject965.bin"/><Relationship Id="rId2183" Type="http://schemas.openxmlformats.org/officeDocument/2006/relationships/oleObject" Target="embeddings/oleObject1105.bin"/><Relationship Id="rId2390" Type="http://schemas.openxmlformats.org/officeDocument/2006/relationships/fontTable" Target="fontTable.xml"/><Relationship Id="rId155" Type="http://schemas.openxmlformats.org/officeDocument/2006/relationships/image" Target="media/image73.wmf"/><Relationship Id="rId362" Type="http://schemas.openxmlformats.org/officeDocument/2006/relationships/oleObject" Target="embeddings/oleObject180.bin"/><Relationship Id="rId1297" Type="http://schemas.openxmlformats.org/officeDocument/2006/relationships/image" Target="media/image642.wmf"/><Relationship Id="rId2043" Type="http://schemas.openxmlformats.org/officeDocument/2006/relationships/image" Target="media/image1011.wmf"/><Relationship Id="rId2250" Type="http://schemas.openxmlformats.org/officeDocument/2006/relationships/image" Target="media/image1097.wmf"/><Relationship Id="rId222" Type="http://schemas.openxmlformats.org/officeDocument/2006/relationships/image" Target="media/image107.wmf"/><Relationship Id="rId667" Type="http://schemas.openxmlformats.org/officeDocument/2006/relationships/oleObject" Target="embeddings/oleObject334.bin"/><Relationship Id="rId874" Type="http://schemas.openxmlformats.org/officeDocument/2006/relationships/image" Target="media/image431.wmf"/><Relationship Id="rId2110" Type="http://schemas.openxmlformats.org/officeDocument/2006/relationships/oleObject" Target="embeddings/oleObject1063.bin"/><Relationship Id="rId2348" Type="http://schemas.openxmlformats.org/officeDocument/2006/relationships/image" Target="media/image1143.wmf"/><Relationship Id="rId527" Type="http://schemas.openxmlformats.org/officeDocument/2006/relationships/oleObject" Target="embeddings/oleObject264.bin"/><Relationship Id="rId734" Type="http://schemas.openxmlformats.org/officeDocument/2006/relationships/image" Target="media/image361.wmf"/><Relationship Id="rId941" Type="http://schemas.openxmlformats.org/officeDocument/2006/relationships/oleObject" Target="embeddings/oleObject471.bin"/><Relationship Id="rId1157" Type="http://schemas.openxmlformats.org/officeDocument/2006/relationships/oleObject" Target="embeddings/oleObject579.bin"/><Relationship Id="rId1364" Type="http://schemas.openxmlformats.org/officeDocument/2006/relationships/image" Target="media/image676.wmf"/><Relationship Id="rId1571" Type="http://schemas.openxmlformats.org/officeDocument/2006/relationships/oleObject" Target="embeddings/oleObject790.bin"/><Relationship Id="rId2208" Type="http://schemas.openxmlformats.org/officeDocument/2006/relationships/oleObject" Target="embeddings/oleObject1125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95.wmf"/><Relationship Id="rId1017" Type="http://schemas.openxmlformats.org/officeDocument/2006/relationships/oleObject" Target="embeddings/oleObject509.bin"/><Relationship Id="rId1224" Type="http://schemas.openxmlformats.org/officeDocument/2006/relationships/image" Target="media/image606.wmf"/><Relationship Id="rId1431" Type="http://schemas.openxmlformats.org/officeDocument/2006/relationships/oleObject" Target="embeddings/oleObject720.bin"/><Relationship Id="rId1669" Type="http://schemas.openxmlformats.org/officeDocument/2006/relationships/oleObject" Target="embeddings/oleObject839.bin"/><Relationship Id="rId1876" Type="http://schemas.openxmlformats.org/officeDocument/2006/relationships/image" Target="media/image928.wmf"/><Relationship Id="rId1529" Type="http://schemas.openxmlformats.org/officeDocument/2006/relationships/oleObject" Target="embeddings/oleObject769.bin"/><Relationship Id="rId1736" Type="http://schemas.openxmlformats.org/officeDocument/2006/relationships/image" Target="media/image858.wmf"/><Relationship Id="rId1943" Type="http://schemas.openxmlformats.org/officeDocument/2006/relationships/oleObject" Target="embeddings/oleObject976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06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91.bin"/><Relationship Id="rId591" Type="http://schemas.openxmlformats.org/officeDocument/2006/relationships/oleObject" Target="embeddings/oleObject296.bin"/><Relationship Id="rId2065" Type="http://schemas.openxmlformats.org/officeDocument/2006/relationships/image" Target="media/image1022.wmf"/><Relationship Id="rId2272" Type="http://schemas.openxmlformats.org/officeDocument/2006/relationships/image" Target="media/image1108.wmf"/><Relationship Id="rId244" Type="http://schemas.openxmlformats.org/officeDocument/2006/relationships/image" Target="media/image118.wmf"/><Relationship Id="rId689" Type="http://schemas.openxmlformats.org/officeDocument/2006/relationships/oleObject" Target="embeddings/oleObject345.bin"/><Relationship Id="rId896" Type="http://schemas.openxmlformats.org/officeDocument/2006/relationships/image" Target="media/image442.wmf"/><Relationship Id="rId1081" Type="http://schemas.openxmlformats.org/officeDocument/2006/relationships/oleObject" Target="embeddings/oleObject541.bin"/><Relationship Id="rId451" Type="http://schemas.openxmlformats.org/officeDocument/2006/relationships/oleObject" Target="embeddings/oleObject226.bin"/><Relationship Id="rId549" Type="http://schemas.openxmlformats.org/officeDocument/2006/relationships/oleObject" Target="embeddings/oleObject275.bin"/><Relationship Id="rId756" Type="http://schemas.openxmlformats.org/officeDocument/2006/relationships/image" Target="media/image372.wmf"/><Relationship Id="rId1179" Type="http://schemas.openxmlformats.org/officeDocument/2006/relationships/oleObject" Target="embeddings/oleObject590.bin"/><Relationship Id="rId1386" Type="http://schemas.openxmlformats.org/officeDocument/2006/relationships/oleObject" Target="embeddings/oleObject694.bin"/><Relationship Id="rId1593" Type="http://schemas.openxmlformats.org/officeDocument/2006/relationships/oleObject" Target="embeddings/oleObject801.bin"/><Relationship Id="rId2132" Type="http://schemas.openxmlformats.org/officeDocument/2006/relationships/oleObject" Target="embeddings/oleObject1074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2.wmf"/><Relationship Id="rId409" Type="http://schemas.openxmlformats.org/officeDocument/2006/relationships/oleObject" Target="embeddings/oleObject205.bin"/><Relationship Id="rId963" Type="http://schemas.openxmlformats.org/officeDocument/2006/relationships/oleObject" Target="embeddings/oleObject482.bin"/><Relationship Id="rId1039" Type="http://schemas.openxmlformats.org/officeDocument/2006/relationships/oleObject" Target="embeddings/oleObject520.bin"/><Relationship Id="rId1246" Type="http://schemas.openxmlformats.org/officeDocument/2006/relationships/image" Target="media/image617.wmf"/><Relationship Id="rId1898" Type="http://schemas.openxmlformats.org/officeDocument/2006/relationships/image" Target="media/image939.wmf"/><Relationship Id="rId92" Type="http://schemas.openxmlformats.org/officeDocument/2006/relationships/oleObject" Target="embeddings/oleObject43.bin"/><Relationship Id="rId616" Type="http://schemas.openxmlformats.org/officeDocument/2006/relationships/image" Target="media/image302.wmf"/><Relationship Id="rId823" Type="http://schemas.openxmlformats.org/officeDocument/2006/relationships/oleObject" Target="embeddings/oleObject412.bin"/><Relationship Id="rId1453" Type="http://schemas.openxmlformats.org/officeDocument/2006/relationships/oleObject" Target="embeddings/oleObject731.bin"/><Relationship Id="rId1660" Type="http://schemas.openxmlformats.org/officeDocument/2006/relationships/image" Target="media/image820.wmf"/><Relationship Id="rId1758" Type="http://schemas.openxmlformats.org/officeDocument/2006/relationships/image" Target="media/image869.wmf"/><Relationship Id="rId1106" Type="http://schemas.openxmlformats.org/officeDocument/2006/relationships/image" Target="media/image547.wmf"/><Relationship Id="rId1313" Type="http://schemas.openxmlformats.org/officeDocument/2006/relationships/image" Target="media/image650.wmf"/><Relationship Id="rId1520" Type="http://schemas.openxmlformats.org/officeDocument/2006/relationships/image" Target="media/image750.wmf"/><Relationship Id="rId1965" Type="http://schemas.openxmlformats.org/officeDocument/2006/relationships/oleObject" Target="embeddings/oleObject987.bin"/><Relationship Id="rId1618" Type="http://schemas.openxmlformats.org/officeDocument/2006/relationships/image" Target="media/image799.wmf"/><Relationship Id="rId1825" Type="http://schemas.openxmlformats.org/officeDocument/2006/relationships/oleObject" Target="embeddings/oleObject917.bin"/><Relationship Id="rId199" Type="http://schemas.openxmlformats.org/officeDocument/2006/relationships/image" Target="media/image95.wmf"/><Relationship Id="rId2087" Type="http://schemas.openxmlformats.org/officeDocument/2006/relationships/image" Target="media/image1033.wmf"/><Relationship Id="rId2294" Type="http://schemas.openxmlformats.org/officeDocument/2006/relationships/image" Target="media/image1119.wmf"/><Relationship Id="rId266" Type="http://schemas.openxmlformats.org/officeDocument/2006/relationships/oleObject" Target="embeddings/oleObject131.bin"/><Relationship Id="rId473" Type="http://schemas.openxmlformats.org/officeDocument/2006/relationships/oleObject" Target="embeddings/oleObject237.bin"/><Relationship Id="rId680" Type="http://schemas.openxmlformats.org/officeDocument/2006/relationships/image" Target="media/image334.wmf"/><Relationship Id="rId2154" Type="http://schemas.openxmlformats.org/officeDocument/2006/relationships/oleObject" Target="embeddings/oleObject1085.bin"/><Relationship Id="rId2361" Type="http://schemas.openxmlformats.org/officeDocument/2006/relationships/oleObject" Target="embeddings/oleObject1206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2.wmf"/><Relationship Id="rId540" Type="http://schemas.openxmlformats.org/officeDocument/2006/relationships/image" Target="media/image264.wmf"/><Relationship Id="rId778" Type="http://schemas.openxmlformats.org/officeDocument/2006/relationships/oleObject" Target="embeddings/oleObject389.bin"/><Relationship Id="rId985" Type="http://schemas.openxmlformats.org/officeDocument/2006/relationships/oleObject" Target="embeddings/oleObject493.bin"/><Relationship Id="rId1170" Type="http://schemas.openxmlformats.org/officeDocument/2006/relationships/image" Target="media/image579.wmf"/><Relationship Id="rId2014" Type="http://schemas.openxmlformats.org/officeDocument/2006/relationships/oleObject" Target="embeddings/oleObject1012.bin"/><Relationship Id="rId2221" Type="http://schemas.openxmlformats.org/officeDocument/2006/relationships/oleObject" Target="embeddings/oleObject1133.bin"/><Relationship Id="rId638" Type="http://schemas.openxmlformats.org/officeDocument/2006/relationships/image" Target="media/image313.wmf"/><Relationship Id="rId845" Type="http://schemas.openxmlformats.org/officeDocument/2006/relationships/oleObject" Target="embeddings/oleObject423.bin"/><Relationship Id="rId1030" Type="http://schemas.openxmlformats.org/officeDocument/2006/relationships/image" Target="media/image509.wmf"/><Relationship Id="rId1268" Type="http://schemas.openxmlformats.org/officeDocument/2006/relationships/oleObject" Target="embeddings/oleObject635.bin"/><Relationship Id="rId1475" Type="http://schemas.openxmlformats.org/officeDocument/2006/relationships/oleObject" Target="embeddings/oleObject742.bin"/><Relationship Id="rId1682" Type="http://schemas.openxmlformats.org/officeDocument/2006/relationships/image" Target="media/image831.wmf"/><Relationship Id="rId2319" Type="http://schemas.openxmlformats.org/officeDocument/2006/relationships/oleObject" Target="embeddings/oleObject1184.bin"/><Relationship Id="rId400" Type="http://schemas.openxmlformats.org/officeDocument/2006/relationships/image" Target="media/image194.wmf"/><Relationship Id="rId705" Type="http://schemas.openxmlformats.org/officeDocument/2006/relationships/oleObject" Target="embeddings/oleObject353.bin"/><Relationship Id="rId1128" Type="http://schemas.openxmlformats.org/officeDocument/2006/relationships/image" Target="media/image558.wmf"/><Relationship Id="rId1335" Type="http://schemas.openxmlformats.org/officeDocument/2006/relationships/oleObject" Target="embeddings/oleObject668.bin"/><Relationship Id="rId1542" Type="http://schemas.openxmlformats.org/officeDocument/2006/relationships/image" Target="media/image761.wmf"/><Relationship Id="rId1987" Type="http://schemas.openxmlformats.org/officeDocument/2006/relationships/image" Target="media/image983.wmf"/><Relationship Id="rId912" Type="http://schemas.openxmlformats.org/officeDocument/2006/relationships/image" Target="media/image450.wmf"/><Relationship Id="rId1847" Type="http://schemas.openxmlformats.org/officeDocument/2006/relationships/oleObject" Target="embeddings/oleObject928.bin"/><Relationship Id="rId41" Type="http://schemas.openxmlformats.org/officeDocument/2006/relationships/image" Target="media/image18.wmf"/><Relationship Id="rId1402" Type="http://schemas.openxmlformats.org/officeDocument/2006/relationships/image" Target="media/image691.wmf"/><Relationship Id="rId1707" Type="http://schemas.openxmlformats.org/officeDocument/2006/relationships/oleObject" Target="embeddings/oleObject858.bin"/><Relationship Id="rId190" Type="http://schemas.openxmlformats.org/officeDocument/2006/relationships/oleObject" Target="embeddings/oleObject94.bin"/><Relationship Id="rId288" Type="http://schemas.openxmlformats.org/officeDocument/2006/relationships/oleObject" Target="embeddings/oleObject142.bin"/><Relationship Id="rId1914" Type="http://schemas.openxmlformats.org/officeDocument/2006/relationships/image" Target="media/image947.wmf"/><Relationship Id="rId495" Type="http://schemas.openxmlformats.org/officeDocument/2006/relationships/oleObject" Target="embeddings/oleObject248.bin"/><Relationship Id="rId2176" Type="http://schemas.openxmlformats.org/officeDocument/2006/relationships/image" Target="media/image1069.wmf"/><Relationship Id="rId2383" Type="http://schemas.openxmlformats.org/officeDocument/2006/relationships/oleObject" Target="embeddings/oleObject1217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3.wmf"/><Relationship Id="rId562" Type="http://schemas.openxmlformats.org/officeDocument/2006/relationships/image" Target="media/image275.wmf"/><Relationship Id="rId1192" Type="http://schemas.openxmlformats.org/officeDocument/2006/relationships/image" Target="media/image590.wmf"/><Relationship Id="rId2036" Type="http://schemas.openxmlformats.org/officeDocument/2006/relationships/oleObject" Target="embeddings/oleObject1023.bin"/><Relationship Id="rId2243" Type="http://schemas.openxmlformats.org/officeDocument/2006/relationships/oleObject" Target="embeddings/oleObject1144.bin"/><Relationship Id="rId215" Type="http://schemas.openxmlformats.org/officeDocument/2006/relationships/oleObject" Target="embeddings/oleObject106.bin"/><Relationship Id="rId422" Type="http://schemas.openxmlformats.org/officeDocument/2006/relationships/image" Target="media/image205.wmf"/><Relationship Id="rId867" Type="http://schemas.openxmlformats.org/officeDocument/2006/relationships/oleObject" Target="embeddings/oleObject434.bin"/><Relationship Id="rId1052" Type="http://schemas.openxmlformats.org/officeDocument/2006/relationships/image" Target="media/image520.wmf"/><Relationship Id="rId1497" Type="http://schemas.openxmlformats.org/officeDocument/2006/relationships/oleObject" Target="embeddings/oleObject753.bin"/><Relationship Id="rId2103" Type="http://schemas.openxmlformats.org/officeDocument/2006/relationships/image" Target="media/image1038.wmf"/><Relationship Id="rId2310" Type="http://schemas.openxmlformats.org/officeDocument/2006/relationships/image" Target="media/image1126.wmf"/><Relationship Id="rId727" Type="http://schemas.openxmlformats.org/officeDocument/2006/relationships/oleObject" Target="embeddings/oleObject364.bin"/><Relationship Id="rId934" Type="http://schemas.openxmlformats.org/officeDocument/2006/relationships/image" Target="media/image461.wmf"/><Relationship Id="rId1357" Type="http://schemas.openxmlformats.org/officeDocument/2006/relationships/image" Target="media/image672.wmf"/><Relationship Id="rId1564" Type="http://schemas.openxmlformats.org/officeDocument/2006/relationships/image" Target="media/image772.wmf"/><Relationship Id="rId1771" Type="http://schemas.openxmlformats.org/officeDocument/2006/relationships/oleObject" Target="embeddings/oleObject890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609.bin"/><Relationship Id="rId1424" Type="http://schemas.openxmlformats.org/officeDocument/2006/relationships/image" Target="media/image702.wmf"/><Relationship Id="rId1631" Type="http://schemas.openxmlformats.org/officeDocument/2006/relationships/oleObject" Target="embeddings/oleObject820.bin"/><Relationship Id="rId1869" Type="http://schemas.openxmlformats.org/officeDocument/2006/relationships/oleObject" Target="embeddings/oleObject939.bin"/><Relationship Id="rId1729" Type="http://schemas.openxmlformats.org/officeDocument/2006/relationships/oleObject" Target="embeddings/oleObject869.bin"/><Relationship Id="rId1936" Type="http://schemas.openxmlformats.org/officeDocument/2006/relationships/image" Target="media/image958.wmf"/><Relationship Id="rId2198" Type="http://schemas.openxmlformats.org/officeDocument/2006/relationships/oleObject" Target="embeddings/oleObject1116.bin"/><Relationship Id="rId377" Type="http://schemas.openxmlformats.org/officeDocument/2006/relationships/image" Target="media/image184.wmf"/><Relationship Id="rId584" Type="http://schemas.openxmlformats.org/officeDocument/2006/relationships/image" Target="media/image286.wmf"/><Relationship Id="rId2058" Type="http://schemas.openxmlformats.org/officeDocument/2006/relationships/oleObject" Target="embeddings/oleObject1034.bin"/><Relationship Id="rId2265" Type="http://schemas.openxmlformats.org/officeDocument/2006/relationships/oleObject" Target="embeddings/oleObject1155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791" Type="http://schemas.openxmlformats.org/officeDocument/2006/relationships/image" Target="media/image390.wmf"/><Relationship Id="rId889" Type="http://schemas.openxmlformats.org/officeDocument/2006/relationships/oleObject" Target="embeddings/oleObject445.bin"/><Relationship Id="rId1074" Type="http://schemas.openxmlformats.org/officeDocument/2006/relationships/image" Target="media/image531.wmf"/><Relationship Id="rId444" Type="http://schemas.openxmlformats.org/officeDocument/2006/relationships/image" Target="media/image216.wmf"/><Relationship Id="rId651" Type="http://schemas.openxmlformats.org/officeDocument/2006/relationships/oleObject" Target="embeddings/oleObject326.bin"/><Relationship Id="rId749" Type="http://schemas.openxmlformats.org/officeDocument/2006/relationships/oleObject" Target="embeddings/oleObject375.bin"/><Relationship Id="rId1281" Type="http://schemas.openxmlformats.org/officeDocument/2006/relationships/image" Target="media/image634.wmf"/><Relationship Id="rId1379" Type="http://schemas.openxmlformats.org/officeDocument/2006/relationships/image" Target="media/image683.wmf"/><Relationship Id="rId1586" Type="http://schemas.openxmlformats.org/officeDocument/2006/relationships/image" Target="media/image783.wmf"/><Relationship Id="rId2125" Type="http://schemas.openxmlformats.org/officeDocument/2006/relationships/image" Target="media/image1049.wmf"/><Relationship Id="rId2332" Type="http://schemas.openxmlformats.org/officeDocument/2006/relationships/image" Target="media/image1135.wmf"/><Relationship Id="rId304" Type="http://schemas.openxmlformats.org/officeDocument/2006/relationships/oleObject" Target="embeddings/oleObject150.bin"/><Relationship Id="rId511" Type="http://schemas.openxmlformats.org/officeDocument/2006/relationships/oleObject" Target="embeddings/oleObject256.bin"/><Relationship Id="rId609" Type="http://schemas.openxmlformats.org/officeDocument/2006/relationships/oleObject" Target="embeddings/oleObject305.bin"/><Relationship Id="rId956" Type="http://schemas.openxmlformats.org/officeDocument/2006/relationships/image" Target="media/image472.wmf"/><Relationship Id="rId1141" Type="http://schemas.openxmlformats.org/officeDocument/2006/relationships/oleObject" Target="embeddings/oleObject571.bin"/><Relationship Id="rId1239" Type="http://schemas.openxmlformats.org/officeDocument/2006/relationships/oleObject" Target="embeddings/oleObject620.bin"/><Relationship Id="rId1793" Type="http://schemas.openxmlformats.org/officeDocument/2006/relationships/oleObject" Target="embeddings/oleObject901.bin"/><Relationship Id="rId85" Type="http://schemas.openxmlformats.org/officeDocument/2006/relationships/image" Target="media/image40.wmf"/><Relationship Id="rId816" Type="http://schemas.openxmlformats.org/officeDocument/2006/relationships/image" Target="media/image402.wmf"/><Relationship Id="rId1001" Type="http://schemas.openxmlformats.org/officeDocument/2006/relationships/oleObject" Target="embeddings/oleObject501.bin"/><Relationship Id="rId1446" Type="http://schemas.openxmlformats.org/officeDocument/2006/relationships/image" Target="media/image713.wmf"/><Relationship Id="rId1653" Type="http://schemas.openxmlformats.org/officeDocument/2006/relationships/oleObject" Target="embeddings/oleObject831.bin"/><Relationship Id="rId1860" Type="http://schemas.openxmlformats.org/officeDocument/2006/relationships/image" Target="media/image920.wmf"/><Relationship Id="rId1306" Type="http://schemas.openxmlformats.org/officeDocument/2006/relationships/oleObject" Target="embeddings/oleObject654.bin"/><Relationship Id="rId1513" Type="http://schemas.openxmlformats.org/officeDocument/2006/relationships/oleObject" Target="embeddings/oleObject761.bin"/><Relationship Id="rId1720" Type="http://schemas.openxmlformats.org/officeDocument/2006/relationships/image" Target="media/image850.wmf"/><Relationship Id="rId1958" Type="http://schemas.openxmlformats.org/officeDocument/2006/relationships/image" Target="media/image969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899.wmf"/><Relationship Id="rId161" Type="http://schemas.openxmlformats.org/officeDocument/2006/relationships/image" Target="media/image76.wmf"/><Relationship Id="rId399" Type="http://schemas.openxmlformats.org/officeDocument/2006/relationships/oleObject" Target="embeddings/oleObject200.bin"/><Relationship Id="rId2287" Type="http://schemas.openxmlformats.org/officeDocument/2006/relationships/oleObject" Target="embeddings/oleObject1166.bin"/><Relationship Id="rId259" Type="http://schemas.openxmlformats.org/officeDocument/2006/relationships/image" Target="media/image126.wmf"/><Relationship Id="rId466" Type="http://schemas.openxmlformats.org/officeDocument/2006/relationships/image" Target="media/image227.wmf"/><Relationship Id="rId673" Type="http://schemas.openxmlformats.org/officeDocument/2006/relationships/oleObject" Target="embeddings/oleObject337.bin"/><Relationship Id="rId880" Type="http://schemas.openxmlformats.org/officeDocument/2006/relationships/image" Target="media/image434.wmf"/><Relationship Id="rId1096" Type="http://schemas.openxmlformats.org/officeDocument/2006/relationships/image" Target="media/image542.wmf"/><Relationship Id="rId2147" Type="http://schemas.openxmlformats.org/officeDocument/2006/relationships/image" Target="media/image1060.wmf"/><Relationship Id="rId2354" Type="http://schemas.openxmlformats.org/officeDocument/2006/relationships/image" Target="media/image1146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2.bin"/><Relationship Id="rId533" Type="http://schemas.openxmlformats.org/officeDocument/2006/relationships/oleObject" Target="embeddings/oleObject267.bin"/><Relationship Id="rId978" Type="http://schemas.openxmlformats.org/officeDocument/2006/relationships/image" Target="media/image483.wmf"/><Relationship Id="rId1163" Type="http://schemas.openxmlformats.org/officeDocument/2006/relationships/oleObject" Target="embeddings/oleObject582.bin"/><Relationship Id="rId1370" Type="http://schemas.openxmlformats.org/officeDocument/2006/relationships/oleObject" Target="embeddings/oleObject685.bin"/><Relationship Id="rId2007" Type="http://schemas.openxmlformats.org/officeDocument/2006/relationships/image" Target="media/image993.wmf"/><Relationship Id="rId2214" Type="http://schemas.openxmlformats.org/officeDocument/2006/relationships/image" Target="media/image1079.wmf"/><Relationship Id="rId740" Type="http://schemas.openxmlformats.org/officeDocument/2006/relationships/image" Target="media/image364.wmf"/><Relationship Id="rId838" Type="http://schemas.openxmlformats.org/officeDocument/2006/relationships/image" Target="media/image413.wmf"/><Relationship Id="rId1023" Type="http://schemas.openxmlformats.org/officeDocument/2006/relationships/oleObject" Target="embeddings/oleObject512.bin"/><Relationship Id="rId1468" Type="http://schemas.openxmlformats.org/officeDocument/2006/relationships/image" Target="media/image724.wmf"/><Relationship Id="rId1675" Type="http://schemas.openxmlformats.org/officeDocument/2006/relationships/oleObject" Target="embeddings/oleObject842.bin"/><Relationship Id="rId1882" Type="http://schemas.openxmlformats.org/officeDocument/2006/relationships/image" Target="media/image931.wmf"/><Relationship Id="rId600" Type="http://schemas.openxmlformats.org/officeDocument/2006/relationships/image" Target="media/image294.wmf"/><Relationship Id="rId1230" Type="http://schemas.openxmlformats.org/officeDocument/2006/relationships/image" Target="media/image609.wmf"/><Relationship Id="rId1328" Type="http://schemas.openxmlformats.org/officeDocument/2006/relationships/image" Target="media/image658.wmf"/><Relationship Id="rId1535" Type="http://schemas.openxmlformats.org/officeDocument/2006/relationships/oleObject" Target="embeddings/oleObject772.bin"/><Relationship Id="rId905" Type="http://schemas.openxmlformats.org/officeDocument/2006/relationships/oleObject" Target="embeddings/oleObject453.bin"/><Relationship Id="rId1742" Type="http://schemas.openxmlformats.org/officeDocument/2006/relationships/image" Target="media/image861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91.wmf"/><Relationship Id="rId183" Type="http://schemas.openxmlformats.org/officeDocument/2006/relationships/image" Target="media/image87.wmf"/><Relationship Id="rId390" Type="http://schemas.openxmlformats.org/officeDocument/2006/relationships/oleObject" Target="embeddings/oleObject194.bin"/><Relationship Id="rId1907" Type="http://schemas.openxmlformats.org/officeDocument/2006/relationships/oleObject" Target="embeddings/oleObject958.bin"/><Relationship Id="rId2071" Type="http://schemas.openxmlformats.org/officeDocument/2006/relationships/image" Target="media/image1025.wmf"/><Relationship Id="rId250" Type="http://schemas.openxmlformats.org/officeDocument/2006/relationships/image" Target="media/image121.png"/><Relationship Id="rId488" Type="http://schemas.openxmlformats.org/officeDocument/2006/relationships/image" Target="media/image238.wmf"/><Relationship Id="rId695" Type="http://schemas.openxmlformats.org/officeDocument/2006/relationships/oleObject" Target="embeddings/oleObject348.bin"/><Relationship Id="rId2169" Type="http://schemas.openxmlformats.org/officeDocument/2006/relationships/image" Target="media/image1067.wmf"/><Relationship Id="rId2376" Type="http://schemas.openxmlformats.org/officeDocument/2006/relationships/image" Target="media/image1157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3.bin"/><Relationship Id="rId555" Type="http://schemas.openxmlformats.org/officeDocument/2006/relationships/oleObject" Target="embeddings/oleObject278.bin"/><Relationship Id="rId762" Type="http://schemas.openxmlformats.org/officeDocument/2006/relationships/image" Target="media/image375.wmf"/><Relationship Id="rId1185" Type="http://schemas.openxmlformats.org/officeDocument/2006/relationships/oleObject" Target="embeddings/oleObject593.bin"/><Relationship Id="rId1392" Type="http://schemas.openxmlformats.org/officeDocument/2006/relationships/oleObject" Target="embeddings/oleObject699.bin"/><Relationship Id="rId2029" Type="http://schemas.openxmlformats.org/officeDocument/2006/relationships/image" Target="media/image1004.wmf"/><Relationship Id="rId2236" Type="http://schemas.openxmlformats.org/officeDocument/2006/relationships/image" Target="media/image1090.wmf"/><Relationship Id="rId208" Type="http://schemas.openxmlformats.org/officeDocument/2006/relationships/image" Target="media/image100.wmf"/><Relationship Id="rId415" Type="http://schemas.openxmlformats.org/officeDocument/2006/relationships/oleObject" Target="embeddings/oleObject208.bin"/><Relationship Id="rId622" Type="http://schemas.openxmlformats.org/officeDocument/2006/relationships/image" Target="media/image305.wmf"/><Relationship Id="rId1045" Type="http://schemas.openxmlformats.org/officeDocument/2006/relationships/oleObject" Target="embeddings/oleObject523.bin"/><Relationship Id="rId1252" Type="http://schemas.openxmlformats.org/officeDocument/2006/relationships/image" Target="media/image620.wmf"/><Relationship Id="rId1697" Type="http://schemas.openxmlformats.org/officeDocument/2006/relationships/oleObject" Target="embeddings/oleObject853.bin"/><Relationship Id="rId2303" Type="http://schemas.openxmlformats.org/officeDocument/2006/relationships/oleObject" Target="embeddings/oleObject1174.bin"/><Relationship Id="rId927" Type="http://schemas.openxmlformats.org/officeDocument/2006/relationships/oleObject" Target="embeddings/oleObject464.bin"/><Relationship Id="rId1112" Type="http://schemas.openxmlformats.org/officeDocument/2006/relationships/image" Target="media/image550.wmf"/><Relationship Id="rId1557" Type="http://schemas.openxmlformats.org/officeDocument/2006/relationships/oleObject" Target="embeddings/oleObject783.bin"/><Relationship Id="rId1764" Type="http://schemas.openxmlformats.org/officeDocument/2006/relationships/image" Target="media/image872.wmf"/><Relationship Id="rId1971" Type="http://schemas.openxmlformats.org/officeDocument/2006/relationships/oleObject" Target="embeddings/oleObject990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13.bin"/><Relationship Id="rId1624" Type="http://schemas.openxmlformats.org/officeDocument/2006/relationships/image" Target="media/image802.wmf"/><Relationship Id="rId1831" Type="http://schemas.openxmlformats.org/officeDocument/2006/relationships/oleObject" Target="embeddings/oleObject920.bin"/><Relationship Id="rId1929" Type="http://schemas.openxmlformats.org/officeDocument/2006/relationships/oleObject" Target="embeddings/oleObject969.bin"/><Relationship Id="rId2093" Type="http://schemas.openxmlformats.org/officeDocument/2006/relationships/oleObject" Target="embeddings/oleObject1053.bin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89.bin"/><Relationship Id="rId2160" Type="http://schemas.openxmlformats.org/officeDocument/2006/relationships/oleObject" Target="embeddings/oleObject1089.bin"/><Relationship Id="rId2258" Type="http://schemas.openxmlformats.org/officeDocument/2006/relationships/image" Target="media/image1101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2.bin"/><Relationship Id="rId991" Type="http://schemas.openxmlformats.org/officeDocument/2006/relationships/oleObject" Target="embeddings/oleObject496.bin"/><Relationship Id="rId1067" Type="http://schemas.openxmlformats.org/officeDocument/2006/relationships/oleObject" Target="embeddings/oleObject534.bin"/><Relationship Id="rId2020" Type="http://schemas.openxmlformats.org/officeDocument/2006/relationships/oleObject" Target="embeddings/oleObject1015.bin"/><Relationship Id="rId437" Type="http://schemas.openxmlformats.org/officeDocument/2006/relationships/oleObject" Target="embeddings/oleObject219.bin"/><Relationship Id="rId644" Type="http://schemas.openxmlformats.org/officeDocument/2006/relationships/image" Target="media/image316.wmf"/><Relationship Id="rId851" Type="http://schemas.openxmlformats.org/officeDocument/2006/relationships/oleObject" Target="embeddings/oleObject426.bin"/><Relationship Id="rId1274" Type="http://schemas.openxmlformats.org/officeDocument/2006/relationships/oleObject" Target="embeddings/oleObject638.bin"/><Relationship Id="rId1481" Type="http://schemas.openxmlformats.org/officeDocument/2006/relationships/oleObject" Target="embeddings/oleObject745.bin"/><Relationship Id="rId1579" Type="http://schemas.openxmlformats.org/officeDocument/2006/relationships/oleObject" Target="embeddings/oleObject794.bin"/><Relationship Id="rId2118" Type="http://schemas.openxmlformats.org/officeDocument/2006/relationships/oleObject" Target="embeddings/oleObject1067.bin"/><Relationship Id="rId2325" Type="http://schemas.openxmlformats.org/officeDocument/2006/relationships/oleObject" Target="embeddings/oleObject1188.bin"/><Relationship Id="rId504" Type="http://schemas.openxmlformats.org/officeDocument/2006/relationships/image" Target="media/image246.wmf"/><Relationship Id="rId711" Type="http://schemas.openxmlformats.org/officeDocument/2006/relationships/oleObject" Target="embeddings/oleObject356.bin"/><Relationship Id="rId949" Type="http://schemas.openxmlformats.org/officeDocument/2006/relationships/oleObject" Target="embeddings/oleObject475.bin"/><Relationship Id="rId1134" Type="http://schemas.openxmlformats.org/officeDocument/2006/relationships/image" Target="media/image561.wmf"/><Relationship Id="rId1341" Type="http://schemas.openxmlformats.org/officeDocument/2006/relationships/oleObject" Target="embeddings/oleObject671.bin"/><Relationship Id="rId1786" Type="http://schemas.openxmlformats.org/officeDocument/2006/relationships/image" Target="media/image883.wmf"/><Relationship Id="rId1993" Type="http://schemas.openxmlformats.org/officeDocument/2006/relationships/image" Target="media/image986.wmf"/><Relationship Id="rId78" Type="http://schemas.openxmlformats.org/officeDocument/2006/relationships/oleObject" Target="embeddings/oleObject36.bin"/><Relationship Id="rId809" Type="http://schemas.openxmlformats.org/officeDocument/2006/relationships/image" Target="media/image399.wmf"/><Relationship Id="rId1201" Type="http://schemas.openxmlformats.org/officeDocument/2006/relationships/oleObject" Target="embeddings/oleObject601.bin"/><Relationship Id="rId1439" Type="http://schemas.openxmlformats.org/officeDocument/2006/relationships/oleObject" Target="embeddings/oleObject724.bin"/><Relationship Id="rId1646" Type="http://schemas.openxmlformats.org/officeDocument/2006/relationships/image" Target="media/image813.wmf"/><Relationship Id="rId1853" Type="http://schemas.openxmlformats.org/officeDocument/2006/relationships/oleObject" Target="embeddings/oleObject931.bin"/><Relationship Id="rId1506" Type="http://schemas.openxmlformats.org/officeDocument/2006/relationships/image" Target="media/image743.wmf"/><Relationship Id="rId1713" Type="http://schemas.openxmlformats.org/officeDocument/2006/relationships/oleObject" Target="embeddings/oleObject861.bin"/><Relationship Id="rId1920" Type="http://schemas.openxmlformats.org/officeDocument/2006/relationships/image" Target="media/image950.wmf"/><Relationship Id="rId294" Type="http://schemas.openxmlformats.org/officeDocument/2006/relationships/oleObject" Target="embeddings/oleObject145.bin"/><Relationship Id="rId2182" Type="http://schemas.openxmlformats.org/officeDocument/2006/relationships/image" Target="media/image1072.wmf"/><Relationship Id="rId154" Type="http://schemas.openxmlformats.org/officeDocument/2006/relationships/oleObject" Target="embeddings/oleObject76.bin"/><Relationship Id="rId361" Type="http://schemas.openxmlformats.org/officeDocument/2006/relationships/image" Target="media/image176.wmf"/><Relationship Id="rId599" Type="http://schemas.openxmlformats.org/officeDocument/2006/relationships/oleObject" Target="embeddings/oleObject300.bin"/><Relationship Id="rId2042" Type="http://schemas.openxmlformats.org/officeDocument/2006/relationships/oleObject" Target="embeddings/oleObject1026.bin"/><Relationship Id="rId459" Type="http://schemas.openxmlformats.org/officeDocument/2006/relationships/oleObject" Target="embeddings/oleObject230.bin"/><Relationship Id="rId666" Type="http://schemas.openxmlformats.org/officeDocument/2006/relationships/image" Target="media/image327.wmf"/><Relationship Id="rId873" Type="http://schemas.openxmlformats.org/officeDocument/2006/relationships/oleObject" Target="embeddings/oleObject437.bin"/><Relationship Id="rId1089" Type="http://schemas.openxmlformats.org/officeDocument/2006/relationships/oleObject" Target="embeddings/oleObject545.bin"/><Relationship Id="rId1296" Type="http://schemas.openxmlformats.org/officeDocument/2006/relationships/oleObject" Target="embeddings/oleObject649.bin"/><Relationship Id="rId2347" Type="http://schemas.openxmlformats.org/officeDocument/2006/relationships/oleObject" Target="embeddings/oleObject1199.bin"/><Relationship Id="rId221" Type="http://schemas.openxmlformats.org/officeDocument/2006/relationships/oleObject" Target="embeddings/oleObject109.bin"/><Relationship Id="rId319" Type="http://schemas.openxmlformats.org/officeDocument/2006/relationships/image" Target="media/image156.wmf"/><Relationship Id="rId526" Type="http://schemas.openxmlformats.org/officeDocument/2006/relationships/image" Target="media/image257.wmf"/><Relationship Id="rId1156" Type="http://schemas.openxmlformats.org/officeDocument/2006/relationships/image" Target="media/image572.wmf"/><Relationship Id="rId1363" Type="http://schemas.openxmlformats.org/officeDocument/2006/relationships/oleObject" Target="embeddings/oleObject682.bin"/><Relationship Id="rId2207" Type="http://schemas.openxmlformats.org/officeDocument/2006/relationships/oleObject" Target="embeddings/oleObject1124.bin"/><Relationship Id="rId733" Type="http://schemas.openxmlformats.org/officeDocument/2006/relationships/oleObject" Target="embeddings/oleObject367.bin"/><Relationship Id="rId940" Type="http://schemas.openxmlformats.org/officeDocument/2006/relationships/image" Target="media/image464.wmf"/><Relationship Id="rId1016" Type="http://schemas.openxmlformats.org/officeDocument/2006/relationships/image" Target="media/image502.wmf"/><Relationship Id="rId1570" Type="http://schemas.openxmlformats.org/officeDocument/2006/relationships/image" Target="media/image775.wmf"/><Relationship Id="rId1668" Type="http://schemas.openxmlformats.org/officeDocument/2006/relationships/image" Target="media/image824.wmf"/><Relationship Id="rId1875" Type="http://schemas.openxmlformats.org/officeDocument/2006/relationships/oleObject" Target="embeddings/oleObject942.bin"/><Relationship Id="rId800" Type="http://schemas.openxmlformats.org/officeDocument/2006/relationships/oleObject" Target="embeddings/oleObject400.bin"/><Relationship Id="rId1223" Type="http://schemas.openxmlformats.org/officeDocument/2006/relationships/oleObject" Target="embeddings/oleObject612.bin"/><Relationship Id="rId1430" Type="http://schemas.openxmlformats.org/officeDocument/2006/relationships/image" Target="media/image705.wmf"/><Relationship Id="rId1528" Type="http://schemas.openxmlformats.org/officeDocument/2006/relationships/image" Target="media/image754.wmf"/><Relationship Id="rId1735" Type="http://schemas.openxmlformats.org/officeDocument/2006/relationships/oleObject" Target="embeddings/oleObject872.bin"/><Relationship Id="rId1942" Type="http://schemas.openxmlformats.org/officeDocument/2006/relationships/image" Target="media/image961.wmf"/><Relationship Id="rId27" Type="http://schemas.openxmlformats.org/officeDocument/2006/relationships/image" Target="media/image11.wmf"/><Relationship Id="rId1802" Type="http://schemas.openxmlformats.org/officeDocument/2006/relationships/image" Target="media/image891.wmf"/><Relationship Id="rId176" Type="http://schemas.openxmlformats.org/officeDocument/2006/relationships/oleObject" Target="embeddings/oleObject87.bin"/><Relationship Id="rId383" Type="http://schemas.openxmlformats.org/officeDocument/2006/relationships/image" Target="media/image187.wmf"/><Relationship Id="rId590" Type="http://schemas.openxmlformats.org/officeDocument/2006/relationships/image" Target="media/image289.wmf"/><Relationship Id="rId2064" Type="http://schemas.openxmlformats.org/officeDocument/2006/relationships/oleObject" Target="embeddings/oleObject1037.bin"/><Relationship Id="rId2271" Type="http://schemas.openxmlformats.org/officeDocument/2006/relationships/oleObject" Target="embeddings/oleObject1158.bin"/><Relationship Id="rId243" Type="http://schemas.openxmlformats.org/officeDocument/2006/relationships/oleObject" Target="embeddings/oleObject120.bin"/><Relationship Id="rId450" Type="http://schemas.openxmlformats.org/officeDocument/2006/relationships/image" Target="media/image219.wmf"/><Relationship Id="rId688" Type="http://schemas.openxmlformats.org/officeDocument/2006/relationships/image" Target="media/image338.wmf"/><Relationship Id="rId895" Type="http://schemas.openxmlformats.org/officeDocument/2006/relationships/oleObject" Target="embeddings/oleObject448.bin"/><Relationship Id="rId1080" Type="http://schemas.openxmlformats.org/officeDocument/2006/relationships/image" Target="media/image534.wmf"/><Relationship Id="rId2131" Type="http://schemas.openxmlformats.org/officeDocument/2006/relationships/image" Target="media/image1052.wmf"/><Relationship Id="rId2369" Type="http://schemas.openxmlformats.org/officeDocument/2006/relationships/oleObject" Target="embeddings/oleObject1210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3.bin"/><Relationship Id="rId548" Type="http://schemas.openxmlformats.org/officeDocument/2006/relationships/image" Target="media/image268.wmf"/><Relationship Id="rId755" Type="http://schemas.openxmlformats.org/officeDocument/2006/relationships/oleObject" Target="embeddings/oleObject378.bin"/><Relationship Id="rId962" Type="http://schemas.openxmlformats.org/officeDocument/2006/relationships/image" Target="media/image475.wmf"/><Relationship Id="rId1178" Type="http://schemas.openxmlformats.org/officeDocument/2006/relationships/image" Target="media/image583.wmf"/><Relationship Id="rId1385" Type="http://schemas.openxmlformats.org/officeDocument/2006/relationships/image" Target="media/image686.wmf"/><Relationship Id="rId1592" Type="http://schemas.openxmlformats.org/officeDocument/2006/relationships/image" Target="media/image786.wmf"/><Relationship Id="rId2229" Type="http://schemas.openxmlformats.org/officeDocument/2006/relationships/oleObject" Target="embeddings/oleObject1137.bin"/><Relationship Id="rId91" Type="http://schemas.openxmlformats.org/officeDocument/2006/relationships/image" Target="media/image43.wmf"/><Relationship Id="rId408" Type="http://schemas.openxmlformats.org/officeDocument/2006/relationships/image" Target="media/image198.wmf"/><Relationship Id="rId615" Type="http://schemas.openxmlformats.org/officeDocument/2006/relationships/oleObject" Target="embeddings/oleObject308.bin"/><Relationship Id="rId822" Type="http://schemas.openxmlformats.org/officeDocument/2006/relationships/image" Target="media/image405.wmf"/><Relationship Id="rId1038" Type="http://schemas.openxmlformats.org/officeDocument/2006/relationships/image" Target="media/image513.wmf"/><Relationship Id="rId1245" Type="http://schemas.openxmlformats.org/officeDocument/2006/relationships/oleObject" Target="embeddings/oleObject623.bin"/><Relationship Id="rId1452" Type="http://schemas.openxmlformats.org/officeDocument/2006/relationships/image" Target="media/image716.wmf"/><Relationship Id="rId1897" Type="http://schemas.openxmlformats.org/officeDocument/2006/relationships/oleObject" Target="embeddings/oleObject953.bin"/><Relationship Id="rId1105" Type="http://schemas.openxmlformats.org/officeDocument/2006/relationships/oleObject" Target="embeddings/oleObject553.bin"/><Relationship Id="rId1312" Type="http://schemas.openxmlformats.org/officeDocument/2006/relationships/oleObject" Target="embeddings/oleObject657.bin"/><Relationship Id="rId1757" Type="http://schemas.openxmlformats.org/officeDocument/2006/relationships/oleObject" Target="embeddings/oleObject883.bin"/><Relationship Id="rId1964" Type="http://schemas.openxmlformats.org/officeDocument/2006/relationships/image" Target="media/image972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813.bin"/><Relationship Id="rId1824" Type="http://schemas.openxmlformats.org/officeDocument/2006/relationships/image" Target="media/image902.wmf"/><Relationship Id="rId198" Type="http://schemas.openxmlformats.org/officeDocument/2006/relationships/oleObject" Target="embeddings/oleObject98.bin"/><Relationship Id="rId2086" Type="http://schemas.openxmlformats.org/officeDocument/2006/relationships/oleObject" Target="embeddings/oleObject1048.bin"/><Relationship Id="rId2293" Type="http://schemas.openxmlformats.org/officeDocument/2006/relationships/oleObject" Target="embeddings/oleObject1169.bin"/><Relationship Id="rId265" Type="http://schemas.openxmlformats.org/officeDocument/2006/relationships/image" Target="media/image129.wmf"/><Relationship Id="rId472" Type="http://schemas.openxmlformats.org/officeDocument/2006/relationships/image" Target="media/image230.wmf"/><Relationship Id="rId2153" Type="http://schemas.openxmlformats.org/officeDocument/2006/relationships/image" Target="media/image1063.wmf"/><Relationship Id="rId2360" Type="http://schemas.openxmlformats.org/officeDocument/2006/relationships/image" Target="media/image1149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5.bin"/><Relationship Id="rId777" Type="http://schemas.openxmlformats.org/officeDocument/2006/relationships/image" Target="media/image383.wmf"/><Relationship Id="rId984" Type="http://schemas.openxmlformats.org/officeDocument/2006/relationships/image" Target="media/image486.wmf"/><Relationship Id="rId2013" Type="http://schemas.openxmlformats.org/officeDocument/2006/relationships/image" Target="media/image996.wmf"/><Relationship Id="rId2220" Type="http://schemas.openxmlformats.org/officeDocument/2006/relationships/image" Target="media/image1082.wmf"/><Relationship Id="rId637" Type="http://schemas.openxmlformats.org/officeDocument/2006/relationships/oleObject" Target="embeddings/oleObject319.bin"/><Relationship Id="rId844" Type="http://schemas.openxmlformats.org/officeDocument/2006/relationships/image" Target="media/image416.wmf"/><Relationship Id="rId1267" Type="http://schemas.openxmlformats.org/officeDocument/2006/relationships/image" Target="media/image627.wmf"/><Relationship Id="rId1474" Type="http://schemas.openxmlformats.org/officeDocument/2006/relationships/image" Target="media/image727.wmf"/><Relationship Id="rId1681" Type="http://schemas.openxmlformats.org/officeDocument/2006/relationships/oleObject" Target="embeddings/oleObject845.bin"/><Relationship Id="rId2318" Type="http://schemas.openxmlformats.org/officeDocument/2006/relationships/oleObject" Target="embeddings/oleObject1183.bin"/><Relationship Id="rId704" Type="http://schemas.openxmlformats.org/officeDocument/2006/relationships/image" Target="media/image346.wmf"/><Relationship Id="rId911" Type="http://schemas.openxmlformats.org/officeDocument/2006/relationships/oleObject" Target="embeddings/oleObject456.bin"/><Relationship Id="rId1127" Type="http://schemas.openxmlformats.org/officeDocument/2006/relationships/oleObject" Target="embeddings/oleObject564.bin"/><Relationship Id="rId1334" Type="http://schemas.openxmlformats.org/officeDocument/2006/relationships/image" Target="media/image661.wmf"/><Relationship Id="rId1541" Type="http://schemas.openxmlformats.org/officeDocument/2006/relationships/oleObject" Target="embeddings/oleObject775.bin"/><Relationship Id="rId1779" Type="http://schemas.openxmlformats.org/officeDocument/2006/relationships/oleObject" Target="embeddings/oleObject894.bin"/><Relationship Id="rId1986" Type="http://schemas.openxmlformats.org/officeDocument/2006/relationships/oleObject" Target="embeddings/oleObject998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05.bin"/><Relationship Id="rId1639" Type="http://schemas.openxmlformats.org/officeDocument/2006/relationships/oleObject" Target="embeddings/oleObject824.bin"/><Relationship Id="rId1846" Type="http://schemas.openxmlformats.org/officeDocument/2006/relationships/image" Target="media/image913.wmf"/><Relationship Id="rId1706" Type="http://schemas.openxmlformats.org/officeDocument/2006/relationships/image" Target="media/image843.wmf"/><Relationship Id="rId1913" Type="http://schemas.openxmlformats.org/officeDocument/2006/relationships/oleObject" Target="embeddings/oleObject961.bin"/><Relationship Id="rId287" Type="http://schemas.openxmlformats.org/officeDocument/2006/relationships/image" Target="media/image140.wmf"/><Relationship Id="rId494" Type="http://schemas.openxmlformats.org/officeDocument/2006/relationships/image" Target="media/image241.wmf"/><Relationship Id="rId2175" Type="http://schemas.openxmlformats.org/officeDocument/2006/relationships/oleObject" Target="embeddings/oleObject1101.bin"/><Relationship Id="rId2382" Type="http://schemas.openxmlformats.org/officeDocument/2006/relationships/image" Target="media/image1160.wmf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6.bin"/><Relationship Id="rId799" Type="http://schemas.openxmlformats.org/officeDocument/2006/relationships/image" Target="media/image394.wmf"/><Relationship Id="rId1191" Type="http://schemas.openxmlformats.org/officeDocument/2006/relationships/oleObject" Target="embeddings/oleObject596.bin"/><Relationship Id="rId2035" Type="http://schemas.openxmlformats.org/officeDocument/2006/relationships/image" Target="media/image1007.wmf"/><Relationship Id="rId561" Type="http://schemas.openxmlformats.org/officeDocument/2006/relationships/oleObject" Target="embeddings/oleObject281.bin"/><Relationship Id="rId659" Type="http://schemas.openxmlformats.org/officeDocument/2006/relationships/oleObject" Target="embeddings/oleObject330.bin"/><Relationship Id="rId866" Type="http://schemas.openxmlformats.org/officeDocument/2006/relationships/image" Target="media/image427.wmf"/><Relationship Id="rId1289" Type="http://schemas.openxmlformats.org/officeDocument/2006/relationships/image" Target="media/image638.wmf"/><Relationship Id="rId1496" Type="http://schemas.openxmlformats.org/officeDocument/2006/relationships/image" Target="media/image738.wmf"/><Relationship Id="rId2242" Type="http://schemas.openxmlformats.org/officeDocument/2006/relationships/image" Target="media/image1093.wmf"/><Relationship Id="rId214" Type="http://schemas.openxmlformats.org/officeDocument/2006/relationships/image" Target="media/image103.wmf"/><Relationship Id="rId421" Type="http://schemas.openxmlformats.org/officeDocument/2006/relationships/oleObject" Target="embeddings/oleObject211.bin"/><Relationship Id="rId519" Type="http://schemas.openxmlformats.org/officeDocument/2006/relationships/oleObject" Target="embeddings/oleObject260.bin"/><Relationship Id="rId1051" Type="http://schemas.openxmlformats.org/officeDocument/2006/relationships/oleObject" Target="embeddings/oleObject526.bin"/><Relationship Id="rId1149" Type="http://schemas.openxmlformats.org/officeDocument/2006/relationships/oleObject" Target="embeddings/oleObject575.bin"/><Relationship Id="rId1356" Type="http://schemas.openxmlformats.org/officeDocument/2006/relationships/oleObject" Target="embeddings/oleObject679.bin"/><Relationship Id="rId2102" Type="http://schemas.openxmlformats.org/officeDocument/2006/relationships/oleObject" Target="embeddings/oleObject1059.bin"/><Relationship Id="rId726" Type="http://schemas.openxmlformats.org/officeDocument/2006/relationships/image" Target="media/image357.wmf"/><Relationship Id="rId933" Type="http://schemas.openxmlformats.org/officeDocument/2006/relationships/oleObject" Target="embeddings/oleObject467.bin"/><Relationship Id="rId1009" Type="http://schemas.openxmlformats.org/officeDocument/2006/relationships/oleObject" Target="embeddings/oleObject505.bin"/><Relationship Id="rId1563" Type="http://schemas.openxmlformats.org/officeDocument/2006/relationships/oleObject" Target="embeddings/oleObject786.bin"/><Relationship Id="rId1770" Type="http://schemas.openxmlformats.org/officeDocument/2006/relationships/image" Target="media/image875.wmf"/><Relationship Id="rId1868" Type="http://schemas.openxmlformats.org/officeDocument/2006/relationships/image" Target="media/image924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602.wmf"/><Relationship Id="rId1423" Type="http://schemas.openxmlformats.org/officeDocument/2006/relationships/oleObject" Target="embeddings/oleObject716.bin"/><Relationship Id="rId1630" Type="http://schemas.openxmlformats.org/officeDocument/2006/relationships/image" Target="media/image805.wmf"/><Relationship Id="rId1728" Type="http://schemas.openxmlformats.org/officeDocument/2006/relationships/image" Target="media/image854.wmf"/><Relationship Id="rId1935" Type="http://schemas.openxmlformats.org/officeDocument/2006/relationships/oleObject" Target="embeddings/oleObject972.bin"/><Relationship Id="rId2197" Type="http://schemas.openxmlformats.org/officeDocument/2006/relationships/oleObject" Target="embeddings/oleObject1115.bin"/><Relationship Id="rId169" Type="http://schemas.openxmlformats.org/officeDocument/2006/relationships/image" Target="media/image80.wmf"/><Relationship Id="rId376" Type="http://schemas.openxmlformats.org/officeDocument/2006/relationships/oleObject" Target="embeddings/oleObject187.bin"/><Relationship Id="rId583" Type="http://schemas.openxmlformats.org/officeDocument/2006/relationships/oleObject" Target="embeddings/oleObject292.bin"/><Relationship Id="rId790" Type="http://schemas.openxmlformats.org/officeDocument/2006/relationships/oleObject" Target="embeddings/oleObject395.bin"/><Relationship Id="rId2057" Type="http://schemas.openxmlformats.org/officeDocument/2006/relationships/image" Target="media/image1018.wmf"/><Relationship Id="rId2264" Type="http://schemas.openxmlformats.org/officeDocument/2006/relationships/image" Target="media/image1104.wmf"/><Relationship Id="rId4" Type="http://schemas.openxmlformats.org/officeDocument/2006/relationships/webSettings" Target="webSetting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22.bin"/><Relationship Id="rId650" Type="http://schemas.openxmlformats.org/officeDocument/2006/relationships/image" Target="media/image319.wmf"/><Relationship Id="rId888" Type="http://schemas.openxmlformats.org/officeDocument/2006/relationships/image" Target="media/image438.wmf"/><Relationship Id="rId1073" Type="http://schemas.openxmlformats.org/officeDocument/2006/relationships/oleObject" Target="embeddings/oleObject537.bin"/><Relationship Id="rId1280" Type="http://schemas.openxmlformats.org/officeDocument/2006/relationships/oleObject" Target="embeddings/oleObject641.bin"/><Relationship Id="rId2124" Type="http://schemas.openxmlformats.org/officeDocument/2006/relationships/oleObject" Target="embeddings/oleObject1070.bin"/><Relationship Id="rId2331" Type="http://schemas.openxmlformats.org/officeDocument/2006/relationships/oleObject" Target="embeddings/oleObject1191.bin"/><Relationship Id="rId303" Type="http://schemas.openxmlformats.org/officeDocument/2006/relationships/image" Target="media/image148.wmf"/><Relationship Id="rId748" Type="http://schemas.openxmlformats.org/officeDocument/2006/relationships/image" Target="media/image368.wmf"/><Relationship Id="rId955" Type="http://schemas.openxmlformats.org/officeDocument/2006/relationships/oleObject" Target="embeddings/oleObject478.bin"/><Relationship Id="rId1140" Type="http://schemas.openxmlformats.org/officeDocument/2006/relationships/image" Target="media/image564.wmf"/><Relationship Id="rId1378" Type="http://schemas.openxmlformats.org/officeDocument/2006/relationships/oleObject" Target="embeddings/oleObject690.bin"/><Relationship Id="rId1585" Type="http://schemas.openxmlformats.org/officeDocument/2006/relationships/oleObject" Target="embeddings/oleObject797.bin"/><Relationship Id="rId1792" Type="http://schemas.openxmlformats.org/officeDocument/2006/relationships/image" Target="media/image886.wmf"/><Relationship Id="rId84" Type="http://schemas.openxmlformats.org/officeDocument/2006/relationships/oleObject" Target="embeddings/oleObject39.bin"/><Relationship Id="rId510" Type="http://schemas.openxmlformats.org/officeDocument/2006/relationships/image" Target="media/image249.wmf"/><Relationship Id="rId608" Type="http://schemas.openxmlformats.org/officeDocument/2006/relationships/image" Target="media/image298.wmf"/><Relationship Id="rId815" Type="http://schemas.openxmlformats.org/officeDocument/2006/relationships/oleObject" Target="embeddings/oleObject408.bin"/><Relationship Id="rId1238" Type="http://schemas.openxmlformats.org/officeDocument/2006/relationships/image" Target="media/image613.wmf"/><Relationship Id="rId1445" Type="http://schemas.openxmlformats.org/officeDocument/2006/relationships/oleObject" Target="embeddings/oleObject727.bin"/><Relationship Id="rId1652" Type="http://schemas.openxmlformats.org/officeDocument/2006/relationships/image" Target="media/image816.wmf"/><Relationship Id="rId1000" Type="http://schemas.openxmlformats.org/officeDocument/2006/relationships/image" Target="media/image494.wmf"/><Relationship Id="rId1305" Type="http://schemas.openxmlformats.org/officeDocument/2006/relationships/image" Target="media/image646.wmf"/><Relationship Id="rId1957" Type="http://schemas.openxmlformats.org/officeDocument/2006/relationships/oleObject" Target="embeddings/oleObject983.bin"/><Relationship Id="rId1512" Type="http://schemas.openxmlformats.org/officeDocument/2006/relationships/image" Target="media/image746.wmf"/><Relationship Id="rId1817" Type="http://schemas.openxmlformats.org/officeDocument/2006/relationships/oleObject" Target="embeddings/oleObject913.bin"/><Relationship Id="rId11" Type="http://schemas.openxmlformats.org/officeDocument/2006/relationships/image" Target="media/image3.wmf"/><Relationship Id="rId398" Type="http://schemas.openxmlformats.org/officeDocument/2006/relationships/image" Target="media/image193.wmf"/><Relationship Id="rId2079" Type="http://schemas.openxmlformats.org/officeDocument/2006/relationships/image" Target="media/image1029.wmf"/><Relationship Id="rId160" Type="http://schemas.openxmlformats.org/officeDocument/2006/relationships/oleObject" Target="embeddings/oleObject79.bin"/><Relationship Id="rId2286" Type="http://schemas.openxmlformats.org/officeDocument/2006/relationships/image" Target="media/image1115.wmf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3.bin"/><Relationship Id="rId672" Type="http://schemas.openxmlformats.org/officeDocument/2006/relationships/image" Target="media/image330.wmf"/><Relationship Id="rId1095" Type="http://schemas.openxmlformats.org/officeDocument/2006/relationships/oleObject" Target="embeddings/oleObject548.bin"/><Relationship Id="rId2146" Type="http://schemas.openxmlformats.org/officeDocument/2006/relationships/oleObject" Target="embeddings/oleObject1081.bin"/><Relationship Id="rId2353" Type="http://schemas.openxmlformats.org/officeDocument/2006/relationships/oleObject" Target="embeddings/oleObject1202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8.wmf"/><Relationship Id="rId532" Type="http://schemas.openxmlformats.org/officeDocument/2006/relationships/image" Target="media/image260.wmf"/><Relationship Id="rId977" Type="http://schemas.openxmlformats.org/officeDocument/2006/relationships/oleObject" Target="embeddings/oleObject489.bin"/><Relationship Id="rId1162" Type="http://schemas.openxmlformats.org/officeDocument/2006/relationships/image" Target="media/image575.wmf"/><Relationship Id="rId2006" Type="http://schemas.openxmlformats.org/officeDocument/2006/relationships/oleObject" Target="embeddings/oleObject1008.bin"/><Relationship Id="rId2213" Type="http://schemas.openxmlformats.org/officeDocument/2006/relationships/oleObject" Target="embeddings/oleObject1129.bin"/><Relationship Id="rId837" Type="http://schemas.openxmlformats.org/officeDocument/2006/relationships/oleObject" Target="embeddings/oleObject419.bin"/><Relationship Id="rId1022" Type="http://schemas.openxmlformats.org/officeDocument/2006/relationships/image" Target="media/image505.wmf"/><Relationship Id="rId1467" Type="http://schemas.openxmlformats.org/officeDocument/2006/relationships/oleObject" Target="embeddings/oleObject738.bin"/><Relationship Id="rId1674" Type="http://schemas.openxmlformats.org/officeDocument/2006/relationships/image" Target="media/image827.wmf"/><Relationship Id="rId1881" Type="http://schemas.openxmlformats.org/officeDocument/2006/relationships/oleObject" Target="embeddings/oleObject945.bin"/><Relationship Id="rId904" Type="http://schemas.openxmlformats.org/officeDocument/2006/relationships/image" Target="media/image446.wmf"/><Relationship Id="rId1327" Type="http://schemas.openxmlformats.org/officeDocument/2006/relationships/oleObject" Target="embeddings/oleObject664.bin"/><Relationship Id="rId1534" Type="http://schemas.openxmlformats.org/officeDocument/2006/relationships/image" Target="media/image757.wmf"/><Relationship Id="rId1741" Type="http://schemas.openxmlformats.org/officeDocument/2006/relationships/oleObject" Target="embeddings/oleObject875.bin"/><Relationship Id="rId1979" Type="http://schemas.openxmlformats.org/officeDocument/2006/relationships/image" Target="media/image979.wmf"/><Relationship Id="rId33" Type="http://schemas.openxmlformats.org/officeDocument/2006/relationships/image" Target="media/image14.wmf"/><Relationship Id="rId1601" Type="http://schemas.openxmlformats.org/officeDocument/2006/relationships/oleObject" Target="embeddings/oleObject805.bin"/><Relationship Id="rId1839" Type="http://schemas.openxmlformats.org/officeDocument/2006/relationships/oleObject" Target="embeddings/oleObject924.bin"/><Relationship Id="rId182" Type="http://schemas.openxmlformats.org/officeDocument/2006/relationships/oleObject" Target="embeddings/oleObject90.bin"/><Relationship Id="rId1906" Type="http://schemas.openxmlformats.org/officeDocument/2006/relationships/image" Target="media/image943.wmf"/><Relationship Id="rId487" Type="http://schemas.openxmlformats.org/officeDocument/2006/relationships/oleObject" Target="embeddings/oleObject244.bin"/><Relationship Id="rId694" Type="http://schemas.openxmlformats.org/officeDocument/2006/relationships/image" Target="media/image341.wmf"/><Relationship Id="rId2070" Type="http://schemas.openxmlformats.org/officeDocument/2006/relationships/oleObject" Target="embeddings/oleObject1040.bin"/><Relationship Id="rId2168" Type="http://schemas.openxmlformats.org/officeDocument/2006/relationships/oleObject" Target="embeddings/oleObject1096.bin"/><Relationship Id="rId2375" Type="http://schemas.openxmlformats.org/officeDocument/2006/relationships/oleObject" Target="embeddings/oleObject1213.bin"/><Relationship Id="rId347" Type="http://schemas.openxmlformats.org/officeDocument/2006/relationships/image" Target="media/image169.wmf"/><Relationship Id="rId999" Type="http://schemas.openxmlformats.org/officeDocument/2006/relationships/oleObject" Target="embeddings/oleObject500.bin"/><Relationship Id="rId1184" Type="http://schemas.openxmlformats.org/officeDocument/2006/relationships/image" Target="media/image586.wmf"/><Relationship Id="rId2028" Type="http://schemas.openxmlformats.org/officeDocument/2006/relationships/oleObject" Target="embeddings/oleObject1019.bin"/><Relationship Id="rId554" Type="http://schemas.openxmlformats.org/officeDocument/2006/relationships/image" Target="media/image271.wmf"/><Relationship Id="rId761" Type="http://schemas.openxmlformats.org/officeDocument/2006/relationships/oleObject" Target="embeddings/oleObject381.bin"/><Relationship Id="rId859" Type="http://schemas.openxmlformats.org/officeDocument/2006/relationships/oleObject" Target="embeddings/oleObject430.bin"/><Relationship Id="rId1391" Type="http://schemas.openxmlformats.org/officeDocument/2006/relationships/oleObject" Target="embeddings/oleObject698.bin"/><Relationship Id="rId1489" Type="http://schemas.openxmlformats.org/officeDocument/2006/relationships/oleObject" Target="embeddings/oleObject749.bin"/><Relationship Id="rId1696" Type="http://schemas.openxmlformats.org/officeDocument/2006/relationships/image" Target="media/image838.wmf"/><Relationship Id="rId2235" Type="http://schemas.openxmlformats.org/officeDocument/2006/relationships/oleObject" Target="embeddings/oleObject1140.bin"/><Relationship Id="rId207" Type="http://schemas.openxmlformats.org/officeDocument/2006/relationships/oleObject" Target="embeddings/oleObject102.bin"/><Relationship Id="rId414" Type="http://schemas.openxmlformats.org/officeDocument/2006/relationships/image" Target="media/image201.wmf"/><Relationship Id="rId621" Type="http://schemas.openxmlformats.org/officeDocument/2006/relationships/oleObject" Target="embeddings/oleObject311.bin"/><Relationship Id="rId1044" Type="http://schemas.openxmlformats.org/officeDocument/2006/relationships/image" Target="media/image516.wmf"/><Relationship Id="rId1251" Type="http://schemas.openxmlformats.org/officeDocument/2006/relationships/oleObject" Target="embeddings/oleObject626.bin"/><Relationship Id="rId1349" Type="http://schemas.openxmlformats.org/officeDocument/2006/relationships/oleObject" Target="embeddings/oleObject675.bin"/><Relationship Id="rId2302" Type="http://schemas.openxmlformats.org/officeDocument/2006/relationships/image" Target="media/image1123.wmf"/><Relationship Id="rId719" Type="http://schemas.openxmlformats.org/officeDocument/2006/relationships/oleObject" Target="embeddings/oleObject360.bin"/><Relationship Id="rId926" Type="http://schemas.openxmlformats.org/officeDocument/2006/relationships/image" Target="media/image457.wmf"/><Relationship Id="rId1111" Type="http://schemas.openxmlformats.org/officeDocument/2006/relationships/oleObject" Target="embeddings/oleObject556.bin"/><Relationship Id="rId1556" Type="http://schemas.openxmlformats.org/officeDocument/2006/relationships/image" Target="media/image768.wmf"/><Relationship Id="rId1763" Type="http://schemas.openxmlformats.org/officeDocument/2006/relationships/oleObject" Target="embeddings/oleObject886.bin"/><Relationship Id="rId1970" Type="http://schemas.openxmlformats.org/officeDocument/2006/relationships/image" Target="media/image975.wmf"/><Relationship Id="rId55" Type="http://schemas.openxmlformats.org/officeDocument/2006/relationships/image" Target="media/image25.wmf"/><Relationship Id="rId1209" Type="http://schemas.openxmlformats.org/officeDocument/2006/relationships/oleObject" Target="embeddings/oleObject605.bin"/><Relationship Id="rId1416" Type="http://schemas.openxmlformats.org/officeDocument/2006/relationships/image" Target="media/image698.wmf"/><Relationship Id="rId1623" Type="http://schemas.openxmlformats.org/officeDocument/2006/relationships/oleObject" Target="embeddings/oleObject816.bin"/><Relationship Id="rId1830" Type="http://schemas.openxmlformats.org/officeDocument/2006/relationships/image" Target="media/image905.wmf"/><Relationship Id="rId1928" Type="http://schemas.openxmlformats.org/officeDocument/2006/relationships/image" Target="media/image954.wmf"/><Relationship Id="rId2092" Type="http://schemas.openxmlformats.org/officeDocument/2006/relationships/oleObject" Target="embeddings/oleObject1052.bin"/><Relationship Id="rId271" Type="http://schemas.openxmlformats.org/officeDocument/2006/relationships/image" Target="media/image132.wmf"/><Relationship Id="rId131" Type="http://schemas.openxmlformats.org/officeDocument/2006/relationships/image" Target="media/image63.wmf"/><Relationship Id="rId369" Type="http://schemas.openxmlformats.org/officeDocument/2006/relationships/image" Target="media/image180.wmf"/><Relationship Id="rId576" Type="http://schemas.openxmlformats.org/officeDocument/2006/relationships/image" Target="media/image282.wmf"/><Relationship Id="rId783" Type="http://schemas.openxmlformats.org/officeDocument/2006/relationships/image" Target="media/image386.wmf"/><Relationship Id="rId990" Type="http://schemas.openxmlformats.org/officeDocument/2006/relationships/image" Target="media/image489.wmf"/><Relationship Id="rId2257" Type="http://schemas.openxmlformats.org/officeDocument/2006/relationships/oleObject" Target="embeddings/oleObject1151.bin"/><Relationship Id="rId229" Type="http://schemas.openxmlformats.org/officeDocument/2006/relationships/oleObject" Target="embeddings/oleObject113.bin"/><Relationship Id="rId436" Type="http://schemas.openxmlformats.org/officeDocument/2006/relationships/image" Target="media/image212.wmf"/><Relationship Id="rId643" Type="http://schemas.openxmlformats.org/officeDocument/2006/relationships/oleObject" Target="embeddings/oleObject322.bin"/><Relationship Id="rId1066" Type="http://schemas.openxmlformats.org/officeDocument/2006/relationships/image" Target="media/image527.wmf"/><Relationship Id="rId1273" Type="http://schemas.openxmlformats.org/officeDocument/2006/relationships/image" Target="media/image630.wmf"/><Relationship Id="rId1480" Type="http://schemas.openxmlformats.org/officeDocument/2006/relationships/image" Target="media/image730.wmf"/><Relationship Id="rId2117" Type="http://schemas.openxmlformats.org/officeDocument/2006/relationships/image" Target="media/image1045.wmf"/><Relationship Id="rId2324" Type="http://schemas.openxmlformats.org/officeDocument/2006/relationships/image" Target="media/image1131.wmf"/><Relationship Id="rId850" Type="http://schemas.openxmlformats.org/officeDocument/2006/relationships/image" Target="media/image419.wmf"/><Relationship Id="rId948" Type="http://schemas.openxmlformats.org/officeDocument/2006/relationships/image" Target="media/image468.wmf"/><Relationship Id="rId1133" Type="http://schemas.openxmlformats.org/officeDocument/2006/relationships/oleObject" Target="embeddings/oleObject567.bin"/><Relationship Id="rId1578" Type="http://schemas.openxmlformats.org/officeDocument/2006/relationships/image" Target="media/image779.wmf"/><Relationship Id="rId1785" Type="http://schemas.openxmlformats.org/officeDocument/2006/relationships/oleObject" Target="embeddings/oleObject897.bin"/><Relationship Id="rId1992" Type="http://schemas.openxmlformats.org/officeDocument/2006/relationships/oleObject" Target="embeddings/oleObject1001.bin"/><Relationship Id="rId77" Type="http://schemas.openxmlformats.org/officeDocument/2006/relationships/image" Target="media/image36.wmf"/><Relationship Id="rId503" Type="http://schemas.openxmlformats.org/officeDocument/2006/relationships/oleObject" Target="embeddings/oleObject252.bin"/><Relationship Id="rId710" Type="http://schemas.openxmlformats.org/officeDocument/2006/relationships/image" Target="media/image349.wmf"/><Relationship Id="rId808" Type="http://schemas.openxmlformats.org/officeDocument/2006/relationships/oleObject" Target="embeddings/oleObject404.bin"/><Relationship Id="rId1340" Type="http://schemas.openxmlformats.org/officeDocument/2006/relationships/image" Target="media/image664.wmf"/><Relationship Id="rId1438" Type="http://schemas.openxmlformats.org/officeDocument/2006/relationships/image" Target="media/image709.wmf"/><Relationship Id="rId1645" Type="http://schemas.openxmlformats.org/officeDocument/2006/relationships/oleObject" Target="embeddings/oleObject827.bin"/><Relationship Id="rId1200" Type="http://schemas.openxmlformats.org/officeDocument/2006/relationships/image" Target="media/image594.wmf"/><Relationship Id="rId1852" Type="http://schemas.openxmlformats.org/officeDocument/2006/relationships/image" Target="media/image916.wmf"/><Relationship Id="rId1505" Type="http://schemas.openxmlformats.org/officeDocument/2006/relationships/oleObject" Target="embeddings/oleObject757.bin"/><Relationship Id="rId1712" Type="http://schemas.openxmlformats.org/officeDocument/2006/relationships/image" Target="media/image846.wmf"/><Relationship Id="rId293" Type="http://schemas.openxmlformats.org/officeDocument/2006/relationships/image" Target="media/image143.wmf"/><Relationship Id="rId2181" Type="http://schemas.openxmlformats.org/officeDocument/2006/relationships/oleObject" Target="embeddings/oleObject1104.bin"/><Relationship Id="rId153" Type="http://schemas.openxmlformats.org/officeDocument/2006/relationships/image" Target="media/image72.wmf"/><Relationship Id="rId360" Type="http://schemas.openxmlformats.org/officeDocument/2006/relationships/oleObject" Target="embeddings/oleObject179.bin"/><Relationship Id="rId598" Type="http://schemas.openxmlformats.org/officeDocument/2006/relationships/image" Target="media/image293.wmf"/><Relationship Id="rId2041" Type="http://schemas.openxmlformats.org/officeDocument/2006/relationships/image" Target="media/image1010.wmf"/><Relationship Id="rId2279" Type="http://schemas.openxmlformats.org/officeDocument/2006/relationships/oleObject" Target="embeddings/oleObject1162.bin"/><Relationship Id="rId220" Type="http://schemas.openxmlformats.org/officeDocument/2006/relationships/image" Target="media/image106.wmf"/><Relationship Id="rId458" Type="http://schemas.openxmlformats.org/officeDocument/2006/relationships/image" Target="media/image223.wmf"/><Relationship Id="rId665" Type="http://schemas.openxmlformats.org/officeDocument/2006/relationships/oleObject" Target="embeddings/oleObject333.bin"/><Relationship Id="rId872" Type="http://schemas.openxmlformats.org/officeDocument/2006/relationships/image" Target="media/image430.wmf"/><Relationship Id="rId1088" Type="http://schemas.openxmlformats.org/officeDocument/2006/relationships/image" Target="media/image538.wmf"/><Relationship Id="rId1295" Type="http://schemas.openxmlformats.org/officeDocument/2006/relationships/image" Target="media/image641.wmf"/><Relationship Id="rId2139" Type="http://schemas.openxmlformats.org/officeDocument/2006/relationships/image" Target="media/image1056.wmf"/><Relationship Id="rId2346" Type="http://schemas.openxmlformats.org/officeDocument/2006/relationships/image" Target="media/image1142.wmf"/><Relationship Id="rId318" Type="http://schemas.openxmlformats.org/officeDocument/2006/relationships/oleObject" Target="embeddings/oleObject157.bin"/><Relationship Id="rId525" Type="http://schemas.openxmlformats.org/officeDocument/2006/relationships/oleObject" Target="embeddings/oleObject263.bin"/><Relationship Id="rId732" Type="http://schemas.openxmlformats.org/officeDocument/2006/relationships/image" Target="media/image360.wmf"/><Relationship Id="rId1155" Type="http://schemas.openxmlformats.org/officeDocument/2006/relationships/oleObject" Target="embeddings/oleObject578.bin"/><Relationship Id="rId1362" Type="http://schemas.openxmlformats.org/officeDocument/2006/relationships/image" Target="media/image675.wmf"/><Relationship Id="rId2206" Type="http://schemas.openxmlformats.org/officeDocument/2006/relationships/oleObject" Target="embeddings/oleObject1123.bin"/><Relationship Id="rId99" Type="http://schemas.openxmlformats.org/officeDocument/2006/relationships/image" Target="media/image47.wmf"/><Relationship Id="rId1015" Type="http://schemas.openxmlformats.org/officeDocument/2006/relationships/oleObject" Target="embeddings/oleObject508.bin"/><Relationship Id="rId1222" Type="http://schemas.openxmlformats.org/officeDocument/2006/relationships/image" Target="media/image605.wmf"/><Relationship Id="rId1667" Type="http://schemas.openxmlformats.org/officeDocument/2006/relationships/oleObject" Target="embeddings/oleObject838.bin"/><Relationship Id="rId1874" Type="http://schemas.openxmlformats.org/officeDocument/2006/relationships/image" Target="media/image927.wmf"/><Relationship Id="rId1527" Type="http://schemas.openxmlformats.org/officeDocument/2006/relationships/oleObject" Target="embeddings/oleObject768.bin"/><Relationship Id="rId1734" Type="http://schemas.openxmlformats.org/officeDocument/2006/relationships/image" Target="media/image857.wmf"/><Relationship Id="rId1941" Type="http://schemas.openxmlformats.org/officeDocument/2006/relationships/oleObject" Target="embeddings/oleObject975.bin"/><Relationship Id="rId26" Type="http://schemas.openxmlformats.org/officeDocument/2006/relationships/oleObject" Target="embeddings/oleObject10.bin"/><Relationship Id="rId175" Type="http://schemas.openxmlformats.org/officeDocument/2006/relationships/image" Target="media/image83.wmf"/><Relationship Id="rId1801" Type="http://schemas.openxmlformats.org/officeDocument/2006/relationships/oleObject" Target="embeddings/oleObject905.bin"/><Relationship Id="rId382" Type="http://schemas.openxmlformats.org/officeDocument/2006/relationships/oleObject" Target="embeddings/oleObject190.bin"/><Relationship Id="rId687" Type="http://schemas.openxmlformats.org/officeDocument/2006/relationships/oleObject" Target="embeddings/oleObject344.bin"/><Relationship Id="rId2063" Type="http://schemas.openxmlformats.org/officeDocument/2006/relationships/image" Target="media/image1021.wmf"/><Relationship Id="rId2270" Type="http://schemas.openxmlformats.org/officeDocument/2006/relationships/image" Target="media/image1107.wmf"/><Relationship Id="rId2368" Type="http://schemas.openxmlformats.org/officeDocument/2006/relationships/image" Target="media/image1153.wmf"/><Relationship Id="rId242" Type="http://schemas.openxmlformats.org/officeDocument/2006/relationships/image" Target="media/image117.wmf"/><Relationship Id="rId894" Type="http://schemas.openxmlformats.org/officeDocument/2006/relationships/image" Target="media/image441.wmf"/><Relationship Id="rId1177" Type="http://schemas.openxmlformats.org/officeDocument/2006/relationships/oleObject" Target="embeddings/oleObject589.bin"/><Relationship Id="rId2130" Type="http://schemas.openxmlformats.org/officeDocument/2006/relationships/oleObject" Target="embeddings/oleObject1073.bin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4.bin"/><Relationship Id="rId754" Type="http://schemas.openxmlformats.org/officeDocument/2006/relationships/image" Target="media/image371.wmf"/><Relationship Id="rId961" Type="http://schemas.openxmlformats.org/officeDocument/2006/relationships/oleObject" Target="embeddings/oleObject481.bin"/><Relationship Id="rId1384" Type="http://schemas.openxmlformats.org/officeDocument/2006/relationships/oleObject" Target="embeddings/oleObject693.bin"/><Relationship Id="rId1591" Type="http://schemas.openxmlformats.org/officeDocument/2006/relationships/oleObject" Target="embeddings/oleObject800.bin"/><Relationship Id="rId1689" Type="http://schemas.openxmlformats.org/officeDocument/2006/relationships/oleObject" Target="embeddings/oleObject849.bin"/><Relationship Id="rId2228" Type="http://schemas.openxmlformats.org/officeDocument/2006/relationships/image" Target="media/image1086.wmf"/><Relationship Id="rId90" Type="http://schemas.openxmlformats.org/officeDocument/2006/relationships/oleObject" Target="embeddings/oleObject42.bin"/><Relationship Id="rId407" Type="http://schemas.openxmlformats.org/officeDocument/2006/relationships/oleObject" Target="embeddings/oleObject204.bin"/><Relationship Id="rId614" Type="http://schemas.openxmlformats.org/officeDocument/2006/relationships/image" Target="media/image301.wmf"/><Relationship Id="rId821" Type="http://schemas.openxmlformats.org/officeDocument/2006/relationships/oleObject" Target="embeddings/oleObject411.bin"/><Relationship Id="rId1037" Type="http://schemas.openxmlformats.org/officeDocument/2006/relationships/oleObject" Target="embeddings/oleObject519.bin"/><Relationship Id="rId1244" Type="http://schemas.openxmlformats.org/officeDocument/2006/relationships/image" Target="media/image616.wmf"/><Relationship Id="rId1451" Type="http://schemas.openxmlformats.org/officeDocument/2006/relationships/oleObject" Target="embeddings/oleObject730.bin"/><Relationship Id="rId1896" Type="http://schemas.openxmlformats.org/officeDocument/2006/relationships/image" Target="media/image938.wmf"/><Relationship Id="rId919" Type="http://schemas.openxmlformats.org/officeDocument/2006/relationships/oleObject" Target="embeddings/oleObject460.bin"/><Relationship Id="rId1104" Type="http://schemas.openxmlformats.org/officeDocument/2006/relationships/image" Target="media/image546.wmf"/><Relationship Id="rId1311" Type="http://schemas.openxmlformats.org/officeDocument/2006/relationships/image" Target="media/image649.wmf"/><Relationship Id="rId1549" Type="http://schemas.openxmlformats.org/officeDocument/2006/relationships/oleObject" Target="embeddings/oleObject779.bin"/><Relationship Id="rId1756" Type="http://schemas.openxmlformats.org/officeDocument/2006/relationships/image" Target="media/image868.wmf"/><Relationship Id="rId1963" Type="http://schemas.openxmlformats.org/officeDocument/2006/relationships/oleObject" Target="embeddings/oleObject986.bin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09.bin"/><Relationship Id="rId1616" Type="http://schemas.openxmlformats.org/officeDocument/2006/relationships/image" Target="media/image798.wmf"/><Relationship Id="rId1823" Type="http://schemas.openxmlformats.org/officeDocument/2006/relationships/oleObject" Target="embeddings/oleObject916.bin"/><Relationship Id="rId197" Type="http://schemas.openxmlformats.org/officeDocument/2006/relationships/image" Target="media/image94.wmf"/><Relationship Id="rId2085" Type="http://schemas.openxmlformats.org/officeDocument/2006/relationships/image" Target="media/image1032.wmf"/><Relationship Id="rId2292" Type="http://schemas.openxmlformats.org/officeDocument/2006/relationships/image" Target="media/image1118.wmf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6.bin"/><Relationship Id="rId2152" Type="http://schemas.openxmlformats.org/officeDocument/2006/relationships/oleObject" Target="embeddings/oleObject1084.bin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5.bin"/><Relationship Id="rId776" Type="http://schemas.openxmlformats.org/officeDocument/2006/relationships/image" Target="media/image382.png"/><Relationship Id="rId983" Type="http://schemas.openxmlformats.org/officeDocument/2006/relationships/oleObject" Target="embeddings/oleObject492.bin"/><Relationship Id="rId1199" Type="http://schemas.openxmlformats.org/officeDocument/2006/relationships/oleObject" Target="embeddings/oleObject600.bin"/><Relationship Id="rId331" Type="http://schemas.openxmlformats.org/officeDocument/2006/relationships/image" Target="media/image161.wmf"/><Relationship Id="rId429" Type="http://schemas.openxmlformats.org/officeDocument/2006/relationships/oleObject" Target="embeddings/oleObject215.bin"/><Relationship Id="rId636" Type="http://schemas.openxmlformats.org/officeDocument/2006/relationships/image" Target="media/image312.wmf"/><Relationship Id="rId1059" Type="http://schemas.openxmlformats.org/officeDocument/2006/relationships/oleObject" Target="embeddings/oleObject530.bin"/><Relationship Id="rId1266" Type="http://schemas.openxmlformats.org/officeDocument/2006/relationships/oleObject" Target="embeddings/oleObject634.bin"/><Relationship Id="rId1473" Type="http://schemas.openxmlformats.org/officeDocument/2006/relationships/oleObject" Target="embeddings/oleObject741.bin"/><Relationship Id="rId2012" Type="http://schemas.openxmlformats.org/officeDocument/2006/relationships/oleObject" Target="embeddings/oleObject1011.bin"/><Relationship Id="rId2317" Type="http://schemas.openxmlformats.org/officeDocument/2006/relationships/oleObject" Target="embeddings/oleObject1182.bin"/><Relationship Id="rId843" Type="http://schemas.openxmlformats.org/officeDocument/2006/relationships/oleObject" Target="embeddings/oleObject422.bin"/><Relationship Id="rId1126" Type="http://schemas.openxmlformats.org/officeDocument/2006/relationships/image" Target="media/image557.wmf"/><Relationship Id="rId1680" Type="http://schemas.openxmlformats.org/officeDocument/2006/relationships/image" Target="media/image830.wmf"/><Relationship Id="rId1778" Type="http://schemas.openxmlformats.org/officeDocument/2006/relationships/image" Target="media/image879.wmf"/><Relationship Id="rId1985" Type="http://schemas.openxmlformats.org/officeDocument/2006/relationships/image" Target="media/image982.wmf"/><Relationship Id="rId703" Type="http://schemas.openxmlformats.org/officeDocument/2006/relationships/oleObject" Target="embeddings/oleObject352.bin"/><Relationship Id="rId910" Type="http://schemas.openxmlformats.org/officeDocument/2006/relationships/image" Target="media/image449.wmf"/><Relationship Id="rId1333" Type="http://schemas.openxmlformats.org/officeDocument/2006/relationships/oleObject" Target="embeddings/oleObject667.bin"/><Relationship Id="rId1540" Type="http://schemas.openxmlformats.org/officeDocument/2006/relationships/image" Target="media/image760.wmf"/><Relationship Id="rId1638" Type="http://schemas.openxmlformats.org/officeDocument/2006/relationships/image" Target="media/image809.wmf"/><Relationship Id="rId1400" Type="http://schemas.openxmlformats.org/officeDocument/2006/relationships/image" Target="media/image690.wmf"/><Relationship Id="rId1845" Type="http://schemas.openxmlformats.org/officeDocument/2006/relationships/oleObject" Target="embeddings/oleObject927.bin"/><Relationship Id="rId1705" Type="http://schemas.openxmlformats.org/officeDocument/2006/relationships/oleObject" Target="embeddings/oleObject857.bin"/><Relationship Id="rId1912" Type="http://schemas.openxmlformats.org/officeDocument/2006/relationships/image" Target="media/image946.wmf"/><Relationship Id="rId286" Type="http://schemas.openxmlformats.org/officeDocument/2006/relationships/oleObject" Target="embeddings/oleObject141.bin"/><Relationship Id="rId493" Type="http://schemas.openxmlformats.org/officeDocument/2006/relationships/oleObject" Target="embeddings/oleObject247.bin"/><Relationship Id="rId2174" Type="http://schemas.openxmlformats.org/officeDocument/2006/relationships/image" Target="media/image1068.wmf"/><Relationship Id="rId2381" Type="http://schemas.openxmlformats.org/officeDocument/2006/relationships/oleObject" Target="embeddings/oleObject1216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2.wmf"/><Relationship Id="rId560" Type="http://schemas.openxmlformats.org/officeDocument/2006/relationships/image" Target="media/image274.wmf"/><Relationship Id="rId798" Type="http://schemas.openxmlformats.org/officeDocument/2006/relationships/oleObject" Target="embeddings/oleObject399.bin"/><Relationship Id="rId1190" Type="http://schemas.openxmlformats.org/officeDocument/2006/relationships/image" Target="media/image589.wmf"/><Relationship Id="rId2034" Type="http://schemas.openxmlformats.org/officeDocument/2006/relationships/oleObject" Target="embeddings/oleObject1022.bin"/><Relationship Id="rId2241" Type="http://schemas.openxmlformats.org/officeDocument/2006/relationships/oleObject" Target="embeddings/oleObject1143.bin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4.wmf"/><Relationship Id="rId658" Type="http://schemas.openxmlformats.org/officeDocument/2006/relationships/image" Target="media/image323.wmf"/><Relationship Id="rId865" Type="http://schemas.openxmlformats.org/officeDocument/2006/relationships/oleObject" Target="embeddings/oleObject433.bin"/><Relationship Id="rId1050" Type="http://schemas.openxmlformats.org/officeDocument/2006/relationships/image" Target="media/image519.wmf"/><Relationship Id="rId1288" Type="http://schemas.openxmlformats.org/officeDocument/2006/relationships/oleObject" Target="embeddings/oleObject645.bin"/><Relationship Id="rId1495" Type="http://schemas.openxmlformats.org/officeDocument/2006/relationships/oleObject" Target="embeddings/oleObject752.bin"/><Relationship Id="rId2101" Type="http://schemas.openxmlformats.org/officeDocument/2006/relationships/image" Target="media/image1037.wmf"/><Relationship Id="rId2339" Type="http://schemas.openxmlformats.org/officeDocument/2006/relationships/oleObject" Target="embeddings/oleObject1195.bin"/><Relationship Id="rId518" Type="http://schemas.openxmlformats.org/officeDocument/2006/relationships/image" Target="media/image253.wmf"/><Relationship Id="rId725" Type="http://schemas.openxmlformats.org/officeDocument/2006/relationships/oleObject" Target="embeddings/oleObject363.bin"/><Relationship Id="rId932" Type="http://schemas.openxmlformats.org/officeDocument/2006/relationships/image" Target="media/image460.wmf"/><Relationship Id="rId1148" Type="http://schemas.openxmlformats.org/officeDocument/2006/relationships/image" Target="media/image568.wmf"/><Relationship Id="rId1355" Type="http://schemas.openxmlformats.org/officeDocument/2006/relationships/image" Target="media/image671.wmf"/><Relationship Id="rId1562" Type="http://schemas.openxmlformats.org/officeDocument/2006/relationships/image" Target="media/image771.wmf"/><Relationship Id="rId1008" Type="http://schemas.openxmlformats.org/officeDocument/2006/relationships/image" Target="media/image498.wmf"/><Relationship Id="rId1215" Type="http://schemas.openxmlformats.org/officeDocument/2006/relationships/oleObject" Target="embeddings/oleObject608.bin"/><Relationship Id="rId1422" Type="http://schemas.openxmlformats.org/officeDocument/2006/relationships/image" Target="media/image701.wmf"/><Relationship Id="rId1867" Type="http://schemas.openxmlformats.org/officeDocument/2006/relationships/oleObject" Target="embeddings/oleObject938.bin"/><Relationship Id="rId61" Type="http://schemas.openxmlformats.org/officeDocument/2006/relationships/image" Target="media/image28.wmf"/><Relationship Id="rId1727" Type="http://schemas.openxmlformats.org/officeDocument/2006/relationships/oleObject" Target="embeddings/oleObject868.bin"/><Relationship Id="rId1934" Type="http://schemas.openxmlformats.org/officeDocument/2006/relationships/image" Target="media/image957.wmf"/><Relationship Id="rId19" Type="http://schemas.openxmlformats.org/officeDocument/2006/relationships/image" Target="media/image7.wmf"/><Relationship Id="rId2196" Type="http://schemas.openxmlformats.org/officeDocument/2006/relationships/oleObject" Target="embeddings/oleObject1114.bin"/><Relationship Id="rId168" Type="http://schemas.openxmlformats.org/officeDocument/2006/relationships/oleObject" Target="embeddings/oleObject83.bin"/><Relationship Id="rId375" Type="http://schemas.openxmlformats.org/officeDocument/2006/relationships/image" Target="media/image183.wmf"/><Relationship Id="rId582" Type="http://schemas.openxmlformats.org/officeDocument/2006/relationships/image" Target="media/image285.wmf"/><Relationship Id="rId2056" Type="http://schemas.openxmlformats.org/officeDocument/2006/relationships/oleObject" Target="embeddings/oleObject1033.bin"/><Relationship Id="rId2263" Type="http://schemas.openxmlformats.org/officeDocument/2006/relationships/oleObject" Target="embeddings/oleObject1154.bin"/><Relationship Id="rId3" Type="http://schemas.openxmlformats.org/officeDocument/2006/relationships/settings" Target="settings.xml"/><Relationship Id="rId235" Type="http://schemas.openxmlformats.org/officeDocument/2006/relationships/oleObject" Target="embeddings/oleObject116.bin"/><Relationship Id="rId442" Type="http://schemas.openxmlformats.org/officeDocument/2006/relationships/image" Target="media/image215.wmf"/><Relationship Id="rId887" Type="http://schemas.openxmlformats.org/officeDocument/2006/relationships/oleObject" Target="embeddings/oleObject444.bin"/><Relationship Id="rId1072" Type="http://schemas.openxmlformats.org/officeDocument/2006/relationships/image" Target="media/image530.wmf"/><Relationship Id="rId2123" Type="http://schemas.openxmlformats.org/officeDocument/2006/relationships/image" Target="media/image1048.wmf"/><Relationship Id="rId2330" Type="http://schemas.openxmlformats.org/officeDocument/2006/relationships/image" Target="media/image1134.wmf"/><Relationship Id="rId302" Type="http://schemas.openxmlformats.org/officeDocument/2006/relationships/oleObject" Target="embeddings/oleObject149.bin"/><Relationship Id="rId747" Type="http://schemas.openxmlformats.org/officeDocument/2006/relationships/oleObject" Target="embeddings/oleObject374.bin"/><Relationship Id="rId954" Type="http://schemas.openxmlformats.org/officeDocument/2006/relationships/image" Target="media/image471.wmf"/><Relationship Id="rId1377" Type="http://schemas.openxmlformats.org/officeDocument/2006/relationships/image" Target="media/image682.wmf"/><Relationship Id="rId1584" Type="http://schemas.openxmlformats.org/officeDocument/2006/relationships/image" Target="media/image782.wmf"/><Relationship Id="rId1791" Type="http://schemas.openxmlformats.org/officeDocument/2006/relationships/oleObject" Target="embeddings/oleObject900.bin"/><Relationship Id="rId83" Type="http://schemas.openxmlformats.org/officeDocument/2006/relationships/image" Target="media/image39.wmf"/><Relationship Id="rId607" Type="http://schemas.openxmlformats.org/officeDocument/2006/relationships/oleObject" Target="embeddings/oleObject304.bin"/><Relationship Id="rId814" Type="http://schemas.openxmlformats.org/officeDocument/2006/relationships/oleObject" Target="embeddings/oleObject407.bin"/><Relationship Id="rId1237" Type="http://schemas.openxmlformats.org/officeDocument/2006/relationships/oleObject" Target="embeddings/oleObject619.bin"/><Relationship Id="rId1444" Type="http://schemas.openxmlformats.org/officeDocument/2006/relationships/image" Target="media/image712.wmf"/><Relationship Id="rId1651" Type="http://schemas.openxmlformats.org/officeDocument/2006/relationships/oleObject" Target="embeddings/oleObject830.bin"/><Relationship Id="rId1889" Type="http://schemas.openxmlformats.org/officeDocument/2006/relationships/oleObject" Target="embeddings/oleObject949.bin"/><Relationship Id="rId1304" Type="http://schemas.openxmlformats.org/officeDocument/2006/relationships/oleObject" Target="embeddings/oleObject653.bin"/><Relationship Id="rId1511" Type="http://schemas.openxmlformats.org/officeDocument/2006/relationships/oleObject" Target="embeddings/oleObject760.bin"/><Relationship Id="rId1749" Type="http://schemas.openxmlformats.org/officeDocument/2006/relationships/oleObject" Target="embeddings/oleObject879.bin"/><Relationship Id="rId1956" Type="http://schemas.openxmlformats.org/officeDocument/2006/relationships/image" Target="media/image968.wmf"/><Relationship Id="rId1609" Type="http://schemas.openxmlformats.org/officeDocument/2006/relationships/oleObject" Target="embeddings/oleObject809.bin"/><Relationship Id="rId1816" Type="http://schemas.openxmlformats.org/officeDocument/2006/relationships/image" Target="media/image898.wmf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199.bin"/><Relationship Id="rId2078" Type="http://schemas.openxmlformats.org/officeDocument/2006/relationships/oleObject" Target="embeddings/oleObject1044.bin"/><Relationship Id="rId2285" Type="http://schemas.openxmlformats.org/officeDocument/2006/relationships/oleObject" Target="embeddings/oleObject1165.bin"/><Relationship Id="rId257" Type="http://schemas.openxmlformats.org/officeDocument/2006/relationships/image" Target="media/image125.wmf"/><Relationship Id="rId464" Type="http://schemas.openxmlformats.org/officeDocument/2006/relationships/image" Target="media/image226.wmf"/><Relationship Id="rId1094" Type="http://schemas.openxmlformats.org/officeDocument/2006/relationships/image" Target="media/image541.wmf"/><Relationship Id="rId2145" Type="http://schemas.openxmlformats.org/officeDocument/2006/relationships/image" Target="media/image1059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36.bin"/><Relationship Id="rId769" Type="http://schemas.openxmlformats.org/officeDocument/2006/relationships/oleObject" Target="embeddings/oleObject385.bin"/><Relationship Id="rId976" Type="http://schemas.openxmlformats.org/officeDocument/2006/relationships/image" Target="media/image482.wmf"/><Relationship Id="rId1399" Type="http://schemas.openxmlformats.org/officeDocument/2006/relationships/oleObject" Target="embeddings/oleObject704.bin"/><Relationship Id="rId2352" Type="http://schemas.openxmlformats.org/officeDocument/2006/relationships/image" Target="media/image1145.wmf"/><Relationship Id="rId324" Type="http://schemas.openxmlformats.org/officeDocument/2006/relationships/oleObject" Target="embeddings/oleObject161.bin"/><Relationship Id="rId531" Type="http://schemas.openxmlformats.org/officeDocument/2006/relationships/oleObject" Target="embeddings/oleObject266.bin"/><Relationship Id="rId629" Type="http://schemas.openxmlformats.org/officeDocument/2006/relationships/oleObject" Target="embeddings/oleObject315.bin"/><Relationship Id="rId1161" Type="http://schemas.openxmlformats.org/officeDocument/2006/relationships/oleObject" Target="embeddings/oleObject581.bin"/><Relationship Id="rId1259" Type="http://schemas.openxmlformats.org/officeDocument/2006/relationships/image" Target="media/image623.wmf"/><Relationship Id="rId1466" Type="http://schemas.openxmlformats.org/officeDocument/2006/relationships/image" Target="media/image723.wmf"/><Relationship Id="rId2005" Type="http://schemas.openxmlformats.org/officeDocument/2006/relationships/image" Target="media/image992.wmf"/><Relationship Id="rId2212" Type="http://schemas.openxmlformats.org/officeDocument/2006/relationships/image" Target="media/image1078.wmf"/><Relationship Id="rId836" Type="http://schemas.openxmlformats.org/officeDocument/2006/relationships/image" Target="media/image412.wmf"/><Relationship Id="rId1021" Type="http://schemas.openxmlformats.org/officeDocument/2006/relationships/oleObject" Target="embeddings/oleObject511.bin"/><Relationship Id="rId1119" Type="http://schemas.openxmlformats.org/officeDocument/2006/relationships/oleObject" Target="embeddings/oleObject560.bin"/><Relationship Id="rId1673" Type="http://schemas.openxmlformats.org/officeDocument/2006/relationships/oleObject" Target="embeddings/oleObject841.bin"/><Relationship Id="rId1880" Type="http://schemas.openxmlformats.org/officeDocument/2006/relationships/image" Target="media/image930.wmf"/><Relationship Id="rId1978" Type="http://schemas.openxmlformats.org/officeDocument/2006/relationships/oleObject" Target="embeddings/oleObject994.bin"/><Relationship Id="rId903" Type="http://schemas.openxmlformats.org/officeDocument/2006/relationships/oleObject" Target="embeddings/oleObject452.bin"/><Relationship Id="rId1326" Type="http://schemas.openxmlformats.org/officeDocument/2006/relationships/image" Target="media/image657.wmf"/><Relationship Id="rId1533" Type="http://schemas.openxmlformats.org/officeDocument/2006/relationships/oleObject" Target="embeddings/oleObject771.bin"/><Relationship Id="rId1740" Type="http://schemas.openxmlformats.org/officeDocument/2006/relationships/image" Target="media/image860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90.wmf"/><Relationship Id="rId1838" Type="http://schemas.openxmlformats.org/officeDocument/2006/relationships/image" Target="media/image909.wmf"/><Relationship Id="rId181" Type="http://schemas.openxmlformats.org/officeDocument/2006/relationships/image" Target="media/image86.wmf"/><Relationship Id="rId1905" Type="http://schemas.openxmlformats.org/officeDocument/2006/relationships/oleObject" Target="embeddings/oleObject957.bin"/><Relationship Id="rId279" Type="http://schemas.openxmlformats.org/officeDocument/2006/relationships/image" Target="media/image136.wmf"/><Relationship Id="rId486" Type="http://schemas.openxmlformats.org/officeDocument/2006/relationships/image" Target="media/image237.wmf"/><Relationship Id="rId693" Type="http://schemas.openxmlformats.org/officeDocument/2006/relationships/oleObject" Target="embeddings/oleObject347.bin"/><Relationship Id="rId2167" Type="http://schemas.openxmlformats.org/officeDocument/2006/relationships/oleObject" Target="embeddings/oleObject1095.bin"/><Relationship Id="rId2374" Type="http://schemas.openxmlformats.org/officeDocument/2006/relationships/image" Target="media/image1156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2.bin"/><Relationship Id="rId553" Type="http://schemas.openxmlformats.org/officeDocument/2006/relationships/oleObject" Target="embeddings/oleObject277.bin"/><Relationship Id="rId760" Type="http://schemas.openxmlformats.org/officeDocument/2006/relationships/image" Target="media/image374.wmf"/><Relationship Id="rId998" Type="http://schemas.openxmlformats.org/officeDocument/2006/relationships/image" Target="media/image493.wmf"/><Relationship Id="rId1183" Type="http://schemas.openxmlformats.org/officeDocument/2006/relationships/oleObject" Target="embeddings/oleObject592.bin"/><Relationship Id="rId1390" Type="http://schemas.openxmlformats.org/officeDocument/2006/relationships/image" Target="media/image687.wmf"/><Relationship Id="rId2027" Type="http://schemas.openxmlformats.org/officeDocument/2006/relationships/image" Target="media/image1003.wmf"/><Relationship Id="rId2234" Type="http://schemas.openxmlformats.org/officeDocument/2006/relationships/image" Target="media/image1089.wmf"/><Relationship Id="rId206" Type="http://schemas.openxmlformats.org/officeDocument/2006/relationships/image" Target="media/image99.wmf"/><Relationship Id="rId413" Type="http://schemas.openxmlformats.org/officeDocument/2006/relationships/oleObject" Target="embeddings/oleObject207.bin"/><Relationship Id="rId858" Type="http://schemas.openxmlformats.org/officeDocument/2006/relationships/image" Target="media/image423.wmf"/><Relationship Id="rId1043" Type="http://schemas.openxmlformats.org/officeDocument/2006/relationships/oleObject" Target="embeddings/oleObject522.bin"/><Relationship Id="rId1488" Type="http://schemas.openxmlformats.org/officeDocument/2006/relationships/image" Target="media/image734.wmf"/><Relationship Id="rId1695" Type="http://schemas.openxmlformats.org/officeDocument/2006/relationships/oleObject" Target="embeddings/oleObject852.bin"/><Relationship Id="rId620" Type="http://schemas.openxmlformats.org/officeDocument/2006/relationships/image" Target="media/image304.wmf"/><Relationship Id="rId718" Type="http://schemas.openxmlformats.org/officeDocument/2006/relationships/image" Target="media/image353.wmf"/><Relationship Id="rId925" Type="http://schemas.openxmlformats.org/officeDocument/2006/relationships/oleObject" Target="embeddings/oleObject463.bin"/><Relationship Id="rId1250" Type="http://schemas.openxmlformats.org/officeDocument/2006/relationships/image" Target="media/image619.wmf"/><Relationship Id="rId1348" Type="http://schemas.openxmlformats.org/officeDocument/2006/relationships/image" Target="media/image668.wmf"/><Relationship Id="rId1555" Type="http://schemas.openxmlformats.org/officeDocument/2006/relationships/oleObject" Target="embeddings/oleObject782.bin"/><Relationship Id="rId1762" Type="http://schemas.openxmlformats.org/officeDocument/2006/relationships/image" Target="media/image871.wmf"/><Relationship Id="rId2301" Type="http://schemas.openxmlformats.org/officeDocument/2006/relationships/oleObject" Target="embeddings/oleObject1173.bin"/><Relationship Id="rId1110" Type="http://schemas.openxmlformats.org/officeDocument/2006/relationships/image" Target="media/image549.wmf"/><Relationship Id="rId1208" Type="http://schemas.openxmlformats.org/officeDocument/2006/relationships/image" Target="media/image598.wmf"/><Relationship Id="rId1415" Type="http://schemas.openxmlformats.org/officeDocument/2006/relationships/oleObject" Target="embeddings/oleObject712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801.wmf"/><Relationship Id="rId1927" Type="http://schemas.openxmlformats.org/officeDocument/2006/relationships/oleObject" Target="embeddings/oleObject968.bin"/><Relationship Id="rId2091" Type="http://schemas.openxmlformats.org/officeDocument/2006/relationships/oleObject" Target="embeddings/oleObject1051.bin"/><Relationship Id="rId2189" Type="http://schemas.openxmlformats.org/officeDocument/2006/relationships/image" Target="media/image1074.wmf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3.bin"/><Relationship Id="rId575" Type="http://schemas.openxmlformats.org/officeDocument/2006/relationships/oleObject" Target="embeddings/oleObject288.bin"/><Relationship Id="rId782" Type="http://schemas.openxmlformats.org/officeDocument/2006/relationships/oleObject" Target="embeddings/oleObject391.bin"/><Relationship Id="rId2049" Type="http://schemas.openxmlformats.org/officeDocument/2006/relationships/image" Target="media/image1014.wmf"/><Relationship Id="rId2256" Type="http://schemas.openxmlformats.org/officeDocument/2006/relationships/image" Target="media/image1100.wmf"/><Relationship Id="rId228" Type="http://schemas.openxmlformats.org/officeDocument/2006/relationships/image" Target="media/image110.wmf"/><Relationship Id="rId435" Type="http://schemas.openxmlformats.org/officeDocument/2006/relationships/oleObject" Target="embeddings/oleObject218.bin"/><Relationship Id="rId642" Type="http://schemas.openxmlformats.org/officeDocument/2006/relationships/image" Target="media/image315.wmf"/><Relationship Id="rId1065" Type="http://schemas.openxmlformats.org/officeDocument/2006/relationships/oleObject" Target="embeddings/oleObject533.bin"/><Relationship Id="rId1272" Type="http://schemas.openxmlformats.org/officeDocument/2006/relationships/oleObject" Target="embeddings/oleObject637.bin"/><Relationship Id="rId2116" Type="http://schemas.openxmlformats.org/officeDocument/2006/relationships/oleObject" Target="embeddings/oleObject1066.bin"/><Relationship Id="rId2323" Type="http://schemas.openxmlformats.org/officeDocument/2006/relationships/oleObject" Target="embeddings/oleObject1187.bin"/><Relationship Id="rId502" Type="http://schemas.openxmlformats.org/officeDocument/2006/relationships/image" Target="media/image245.wmf"/><Relationship Id="rId947" Type="http://schemas.openxmlformats.org/officeDocument/2006/relationships/oleObject" Target="embeddings/oleObject474.bin"/><Relationship Id="rId1132" Type="http://schemas.openxmlformats.org/officeDocument/2006/relationships/image" Target="media/image560.wmf"/><Relationship Id="rId1577" Type="http://schemas.openxmlformats.org/officeDocument/2006/relationships/oleObject" Target="embeddings/oleObject793.bin"/><Relationship Id="rId1784" Type="http://schemas.openxmlformats.org/officeDocument/2006/relationships/image" Target="media/image882.wmf"/><Relationship Id="rId1991" Type="http://schemas.openxmlformats.org/officeDocument/2006/relationships/image" Target="media/image985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398.wmf"/><Relationship Id="rId1437" Type="http://schemas.openxmlformats.org/officeDocument/2006/relationships/oleObject" Target="embeddings/oleObject723.bin"/><Relationship Id="rId1644" Type="http://schemas.openxmlformats.org/officeDocument/2006/relationships/image" Target="media/image812.wmf"/><Relationship Id="rId1851" Type="http://schemas.openxmlformats.org/officeDocument/2006/relationships/oleObject" Target="embeddings/oleObject930.bin"/><Relationship Id="rId1504" Type="http://schemas.openxmlformats.org/officeDocument/2006/relationships/image" Target="media/image742.wmf"/><Relationship Id="rId1711" Type="http://schemas.openxmlformats.org/officeDocument/2006/relationships/oleObject" Target="embeddings/oleObject860.bin"/><Relationship Id="rId1949" Type="http://schemas.openxmlformats.org/officeDocument/2006/relationships/oleObject" Target="embeddings/oleObject979.bin"/><Relationship Id="rId292" Type="http://schemas.openxmlformats.org/officeDocument/2006/relationships/oleObject" Target="embeddings/oleObject144.bin"/><Relationship Id="rId1809" Type="http://schemas.openxmlformats.org/officeDocument/2006/relationships/oleObject" Target="embeddings/oleObject909.bin"/><Relationship Id="rId597" Type="http://schemas.openxmlformats.org/officeDocument/2006/relationships/oleObject" Target="embeddings/oleObject299.bin"/><Relationship Id="rId2180" Type="http://schemas.openxmlformats.org/officeDocument/2006/relationships/image" Target="media/image1071.wmf"/><Relationship Id="rId2278" Type="http://schemas.openxmlformats.org/officeDocument/2006/relationships/image" Target="media/image1111.wmf"/><Relationship Id="rId152" Type="http://schemas.openxmlformats.org/officeDocument/2006/relationships/oleObject" Target="embeddings/oleObject75.bin"/><Relationship Id="rId457" Type="http://schemas.openxmlformats.org/officeDocument/2006/relationships/oleObject" Target="embeddings/oleObject229.bin"/><Relationship Id="rId1087" Type="http://schemas.openxmlformats.org/officeDocument/2006/relationships/oleObject" Target="embeddings/oleObject544.bin"/><Relationship Id="rId1294" Type="http://schemas.openxmlformats.org/officeDocument/2006/relationships/oleObject" Target="embeddings/oleObject648.bin"/><Relationship Id="rId2040" Type="http://schemas.openxmlformats.org/officeDocument/2006/relationships/oleObject" Target="embeddings/oleObject1025.bin"/><Relationship Id="rId2138" Type="http://schemas.openxmlformats.org/officeDocument/2006/relationships/oleObject" Target="embeddings/oleObject1077.bin"/><Relationship Id="rId664" Type="http://schemas.openxmlformats.org/officeDocument/2006/relationships/image" Target="media/image326.wmf"/><Relationship Id="rId871" Type="http://schemas.openxmlformats.org/officeDocument/2006/relationships/oleObject" Target="embeddings/oleObject436.bin"/><Relationship Id="rId969" Type="http://schemas.openxmlformats.org/officeDocument/2006/relationships/oleObject" Target="embeddings/oleObject485.bin"/><Relationship Id="rId1599" Type="http://schemas.openxmlformats.org/officeDocument/2006/relationships/oleObject" Target="embeddings/oleObject804.bin"/><Relationship Id="rId2345" Type="http://schemas.openxmlformats.org/officeDocument/2006/relationships/oleObject" Target="embeddings/oleObject1198.bin"/><Relationship Id="rId317" Type="http://schemas.openxmlformats.org/officeDocument/2006/relationships/image" Target="media/image155.wmf"/><Relationship Id="rId524" Type="http://schemas.openxmlformats.org/officeDocument/2006/relationships/image" Target="media/image256.wmf"/><Relationship Id="rId731" Type="http://schemas.openxmlformats.org/officeDocument/2006/relationships/oleObject" Target="embeddings/oleObject366.bin"/><Relationship Id="rId1154" Type="http://schemas.openxmlformats.org/officeDocument/2006/relationships/image" Target="media/image571.wmf"/><Relationship Id="rId1361" Type="http://schemas.openxmlformats.org/officeDocument/2006/relationships/oleObject" Target="embeddings/oleObject681.bin"/><Relationship Id="rId1459" Type="http://schemas.openxmlformats.org/officeDocument/2006/relationships/oleObject" Target="embeddings/oleObject734.bin"/><Relationship Id="rId2205" Type="http://schemas.openxmlformats.org/officeDocument/2006/relationships/oleObject" Target="embeddings/oleObject1122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5.bin"/><Relationship Id="rId1014" Type="http://schemas.openxmlformats.org/officeDocument/2006/relationships/image" Target="media/image501.wmf"/><Relationship Id="rId1221" Type="http://schemas.openxmlformats.org/officeDocument/2006/relationships/oleObject" Target="embeddings/oleObject611.bin"/><Relationship Id="rId1666" Type="http://schemas.openxmlformats.org/officeDocument/2006/relationships/image" Target="media/image823.wmf"/><Relationship Id="rId1873" Type="http://schemas.openxmlformats.org/officeDocument/2006/relationships/oleObject" Target="embeddings/oleObject941.bin"/><Relationship Id="rId1319" Type="http://schemas.openxmlformats.org/officeDocument/2006/relationships/oleObject" Target="embeddings/oleObject660.bin"/><Relationship Id="rId1526" Type="http://schemas.openxmlformats.org/officeDocument/2006/relationships/image" Target="media/image753.wmf"/><Relationship Id="rId1733" Type="http://schemas.openxmlformats.org/officeDocument/2006/relationships/oleObject" Target="embeddings/oleObject871.bin"/><Relationship Id="rId1940" Type="http://schemas.openxmlformats.org/officeDocument/2006/relationships/image" Target="media/image960.wmf"/><Relationship Id="rId25" Type="http://schemas.openxmlformats.org/officeDocument/2006/relationships/image" Target="media/image10.wmf"/><Relationship Id="rId1800" Type="http://schemas.openxmlformats.org/officeDocument/2006/relationships/image" Target="media/image890.wmf"/><Relationship Id="rId174" Type="http://schemas.openxmlformats.org/officeDocument/2006/relationships/oleObject" Target="embeddings/oleObject86.bin"/><Relationship Id="rId381" Type="http://schemas.openxmlformats.org/officeDocument/2006/relationships/image" Target="media/image186.wmf"/><Relationship Id="rId2062" Type="http://schemas.openxmlformats.org/officeDocument/2006/relationships/oleObject" Target="embeddings/oleObject1036.bin"/><Relationship Id="rId241" Type="http://schemas.openxmlformats.org/officeDocument/2006/relationships/oleObject" Target="embeddings/oleObject119.bin"/><Relationship Id="rId479" Type="http://schemas.openxmlformats.org/officeDocument/2006/relationships/oleObject" Target="embeddings/oleObject240.bin"/><Relationship Id="rId686" Type="http://schemas.openxmlformats.org/officeDocument/2006/relationships/image" Target="media/image337.wmf"/><Relationship Id="rId893" Type="http://schemas.openxmlformats.org/officeDocument/2006/relationships/oleObject" Target="embeddings/oleObject447.bin"/><Relationship Id="rId2367" Type="http://schemas.openxmlformats.org/officeDocument/2006/relationships/oleObject" Target="embeddings/oleObject1209.bin"/><Relationship Id="rId339" Type="http://schemas.openxmlformats.org/officeDocument/2006/relationships/image" Target="media/image165.wmf"/><Relationship Id="rId546" Type="http://schemas.openxmlformats.org/officeDocument/2006/relationships/image" Target="media/image267.wmf"/><Relationship Id="rId753" Type="http://schemas.openxmlformats.org/officeDocument/2006/relationships/oleObject" Target="embeddings/oleObject377.bin"/><Relationship Id="rId1176" Type="http://schemas.openxmlformats.org/officeDocument/2006/relationships/image" Target="media/image582.wmf"/><Relationship Id="rId1383" Type="http://schemas.openxmlformats.org/officeDocument/2006/relationships/image" Target="media/image685.wmf"/><Relationship Id="rId2227" Type="http://schemas.openxmlformats.org/officeDocument/2006/relationships/oleObject" Target="embeddings/oleObject1136.bin"/><Relationship Id="rId101" Type="http://schemas.openxmlformats.org/officeDocument/2006/relationships/image" Target="media/image48.wmf"/><Relationship Id="rId406" Type="http://schemas.openxmlformats.org/officeDocument/2006/relationships/image" Target="media/image197.wmf"/><Relationship Id="rId960" Type="http://schemas.openxmlformats.org/officeDocument/2006/relationships/image" Target="media/image474.wmf"/><Relationship Id="rId1036" Type="http://schemas.openxmlformats.org/officeDocument/2006/relationships/image" Target="media/image512.wmf"/><Relationship Id="rId1243" Type="http://schemas.openxmlformats.org/officeDocument/2006/relationships/oleObject" Target="embeddings/oleObject622.bin"/><Relationship Id="rId1590" Type="http://schemas.openxmlformats.org/officeDocument/2006/relationships/image" Target="media/image785.wmf"/><Relationship Id="rId1688" Type="http://schemas.openxmlformats.org/officeDocument/2006/relationships/image" Target="media/image834.wmf"/><Relationship Id="rId1895" Type="http://schemas.openxmlformats.org/officeDocument/2006/relationships/oleObject" Target="embeddings/oleObject952.bin"/><Relationship Id="rId613" Type="http://schemas.openxmlformats.org/officeDocument/2006/relationships/oleObject" Target="embeddings/oleObject307.bin"/><Relationship Id="rId820" Type="http://schemas.openxmlformats.org/officeDocument/2006/relationships/image" Target="media/image404.wmf"/><Relationship Id="rId918" Type="http://schemas.openxmlformats.org/officeDocument/2006/relationships/image" Target="media/image453.wmf"/><Relationship Id="rId1450" Type="http://schemas.openxmlformats.org/officeDocument/2006/relationships/image" Target="media/image715.wmf"/><Relationship Id="rId1548" Type="http://schemas.openxmlformats.org/officeDocument/2006/relationships/image" Target="media/image764.wmf"/><Relationship Id="rId1755" Type="http://schemas.openxmlformats.org/officeDocument/2006/relationships/oleObject" Target="embeddings/oleObject882.bin"/><Relationship Id="rId1103" Type="http://schemas.openxmlformats.org/officeDocument/2006/relationships/oleObject" Target="embeddings/oleObject552.bin"/><Relationship Id="rId1310" Type="http://schemas.openxmlformats.org/officeDocument/2006/relationships/oleObject" Target="embeddings/oleObject656.bin"/><Relationship Id="rId1408" Type="http://schemas.openxmlformats.org/officeDocument/2006/relationships/image" Target="media/image694.wmf"/><Relationship Id="rId1962" Type="http://schemas.openxmlformats.org/officeDocument/2006/relationships/image" Target="media/image971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812.bin"/><Relationship Id="rId1822" Type="http://schemas.openxmlformats.org/officeDocument/2006/relationships/image" Target="media/image901.wmf"/><Relationship Id="rId196" Type="http://schemas.openxmlformats.org/officeDocument/2006/relationships/oleObject" Target="embeddings/oleObject97.bin"/><Relationship Id="rId2084" Type="http://schemas.openxmlformats.org/officeDocument/2006/relationships/oleObject" Target="embeddings/oleObject1047.bin"/><Relationship Id="rId2291" Type="http://schemas.openxmlformats.org/officeDocument/2006/relationships/oleObject" Target="embeddings/oleObject1168.bin"/><Relationship Id="rId263" Type="http://schemas.openxmlformats.org/officeDocument/2006/relationships/image" Target="media/image128.wmf"/><Relationship Id="rId470" Type="http://schemas.openxmlformats.org/officeDocument/2006/relationships/image" Target="media/image229.wmf"/><Relationship Id="rId2151" Type="http://schemas.openxmlformats.org/officeDocument/2006/relationships/image" Target="media/image1062.wmf"/><Relationship Id="rId2389" Type="http://schemas.openxmlformats.org/officeDocument/2006/relationships/footer" Target="footer1.xml"/><Relationship Id="rId123" Type="http://schemas.openxmlformats.org/officeDocument/2006/relationships/image" Target="media/image59.wmf"/><Relationship Id="rId330" Type="http://schemas.openxmlformats.org/officeDocument/2006/relationships/oleObject" Target="embeddings/oleObject164.bin"/><Relationship Id="rId568" Type="http://schemas.openxmlformats.org/officeDocument/2006/relationships/image" Target="media/image278.wmf"/><Relationship Id="rId775" Type="http://schemas.openxmlformats.org/officeDocument/2006/relationships/oleObject" Target="embeddings/oleObject388.bin"/><Relationship Id="rId982" Type="http://schemas.openxmlformats.org/officeDocument/2006/relationships/image" Target="media/image485.wmf"/><Relationship Id="rId1198" Type="http://schemas.openxmlformats.org/officeDocument/2006/relationships/image" Target="media/image593.wmf"/><Relationship Id="rId2011" Type="http://schemas.openxmlformats.org/officeDocument/2006/relationships/image" Target="media/image995.wmf"/><Relationship Id="rId2249" Type="http://schemas.openxmlformats.org/officeDocument/2006/relationships/oleObject" Target="embeddings/oleObject1147.bin"/><Relationship Id="rId428" Type="http://schemas.openxmlformats.org/officeDocument/2006/relationships/image" Target="media/image208.wmf"/><Relationship Id="rId635" Type="http://schemas.openxmlformats.org/officeDocument/2006/relationships/oleObject" Target="embeddings/oleObject318.bin"/><Relationship Id="rId842" Type="http://schemas.openxmlformats.org/officeDocument/2006/relationships/image" Target="media/image415.wmf"/><Relationship Id="rId1058" Type="http://schemas.openxmlformats.org/officeDocument/2006/relationships/image" Target="media/image523.wmf"/><Relationship Id="rId1265" Type="http://schemas.openxmlformats.org/officeDocument/2006/relationships/image" Target="media/image626.wmf"/><Relationship Id="rId1472" Type="http://schemas.openxmlformats.org/officeDocument/2006/relationships/image" Target="media/image726.wmf"/><Relationship Id="rId2109" Type="http://schemas.openxmlformats.org/officeDocument/2006/relationships/image" Target="media/image1041.wmf"/><Relationship Id="rId2316" Type="http://schemas.openxmlformats.org/officeDocument/2006/relationships/image" Target="media/image1129.wmf"/><Relationship Id="rId702" Type="http://schemas.openxmlformats.org/officeDocument/2006/relationships/image" Target="media/image345.wmf"/><Relationship Id="rId1125" Type="http://schemas.openxmlformats.org/officeDocument/2006/relationships/oleObject" Target="embeddings/oleObject563.bin"/><Relationship Id="rId1332" Type="http://schemas.openxmlformats.org/officeDocument/2006/relationships/image" Target="media/image660.wmf"/><Relationship Id="rId1777" Type="http://schemas.openxmlformats.org/officeDocument/2006/relationships/oleObject" Target="embeddings/oleObject893.bin"/><Relationship Id="rId1984" Type="http://schemas.openxmlformats.org/officeDocument/2006/relationships/oleObject" Target="embeddings/oleObject997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823.bin"/><Relationship Id="rId1844" Type="http://schemas.openxmlformats.org/officeDocument/2006/relationships/image" Target="media/image912.wmf"/><Relationship Id="rId1704" Type="http://schemas.openxmlformats.org/officeDocument/2006/relationships/image" Target="media/image842.wmf"/><Relationship Id="rId285" Type="http://schemas.openxmlformats.org/officeDocument/2006/relationships/image" Target="media/image139.wmf"/><Relationship Id="rId1911" Type="http://schemas.openxmlformats.org/officeDocument/2006/relationships/oleObject" Target="embeddings/oleObject960.bin"/><Relationship Id="rId492" Type="http://schemas.openxmlformats.org/officeDocument/2006/relationships/image" Target="media/image240.wmf"/><Relationship Id="rId797" Type="http://schemas.openxmlformats.org/officeDocument/2006/relationships/image" Target="media/image393.wmf"/><Relationship Id="rId2173" Type="http://schemas.openxmlformats.org/officeDocument/2006/relationships/oleObject" Target="embeddings/oleObject1100.bin"/><Relationship Id="rId2380" Type="http://schemas.openxmlformats.org/officeDocument/2006/relationships/image" Target="media/image1159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5.bin"/><Relationship Id="rId1287" Type="http://schemas.openxmlformats.org/officeDocument/2006/relationships/image" Target="media/image637.wmf"/><Relationship Id="rId2033" Type="http://schemas.openxmlformats.org/officeDocument/2006/relationships/image" Target="media/image1006.wmf"/><Relationship Id="rId2240" Type="http://schemas.openxmlformats.org/officeDocument/2006/relationships/image" Target="media/image1092.wmf"/><Relationship Id="rId212" Type="http://schemas.openxmlformats.org/officeDocument/2006/relationships/image" Target="media/image102.wmf"/><Relationship Id="rId657" Type="http://schemas.openxmlformats.org/officeDocument/2006/relationships/oleObject" Target="embeddings/oleObject329.bin"/><Relationship Id="rId864" Type="http://schemas.openxmlformats.org/officeDocument/2006/relationships/image" Target="media/image426.wmf"/><Relationship Id="rId1494" Type="http://schemas.openxmlformats.org/officeDocument/2006/relationships/image" Target="media/image737.wmf"/><Relationship Id="rId1799" Type="http://schemas.openxmlformats.org/officeDocument/2006/relationships/oleObject" Target="embeddings/oleObject904.bin"/><Relationship Id="rId2100" Type="http://schemas.openxmlformats.org/officeDocument/2006/relationships/oleObject" Target="embeddings/oleObject1058.bin"/><Relationship Id="rId2338" Type="http://schemas.openxmlformats.org/officeDocument/2006/relationships/image" Target="media/image1138.wmf"/><Relationship Id="rId517" Type="http://schemas.openxmlformats.org/officeDocument/2006/relationships/oleObject" Target="embeddings/oleObject259.bin"/><Relationship Id="rId724" Type="http://schemas.openxmlformats.org/officeDocument/2006/relationships/image" Target="media/image356.wmf"/><Relationship Id="rId931" Type="http://schemas.openxmlformats.org/officeDocument/2006/relationships/oleObject" Target="embeddings/oleObject466.bin"/><Relationship Id="rId1147" Type="http://schemas.openxmlformats.org/officeDocument/2006/relationships/oleObject" Target="embeddings/oleObject574.bin"/><Relationship Id="rId1354" Type="http://schemas.openxmlformats.org/officeDocument/2006/relationships/oleObject" Target="embeddings/oleObject678.bin"/><Relationship Id="rId1561" Type="http://schemas.openxmlformats.org/officeDocument/2006/relationships/oleObject" Target="embeddings/oleObject785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04.bin"/><Relationship Id="rId1214" Type="http://schemas.openxmlformats.org/officeDocument/2006/relationships/image" Target="media/image601.wmf"/><Relationship Id="rId1421" Type="http://schemas.openxmlformats.org/officeDocument/2006/relationships/oleObject" Target="embeddings/oleObject715.bin"/><Relationship Id="rId1659" Type="http://schemas.openxmlformats.org/officeDocument/2006/relationships/oleObject" Target="embeddings/oleObject834.bin"/><Relationship Id="rId1866" Type="http://schemas.openxmlformats.org/officeDocument/2006/relationships/image" Target="media/image923.wmf"/><Relationship Id="rId1519" Type="http://schemas.openxmlformats.org/officeDocument/2006/relationships/oleObject" Target="embeddings/oleObject764.bin"/><Relationship Id="rId1726" Type="http://schemas.openxmlformats.org/officeDocument/2006/relationships/image" Target="media/image853.wmf"/><Relationship Id="rId1933" Type="http://schemas.openxmlformats.org/officeDocument/2006/relationships/oleObject" Target="embeddings/oleObject971.bin"/><Relationship Id="rId18" Type="http://schemas.openxmlformats.org/officeDocument/2006/relationships/oleObject" Target="embeddings/oleObject6.bin"/><Relationship Id="rId2195" Type="http://schemas.openxmlformats.org/officeDocument/2006/relationships/image" Target="media/image1076.wmf"/><Relationship Id="rId167" Type="http://schemas.openxmlformats.org/officeDocument/2006/relationships/image" Target="media/image79.wmf"/><Relationship Id="rId374" Type="http://schemas.openxmlformats.org/officeDocument/2006/relationships/oleObject" Target="embeddings/oleObject186.bin"/><Relationship Id="rId581" Type="http://schemas.openxmlformats.org/officeDocument/2006/relationships/oleObject" Target="embeddings/oleObject291.bin"/><Relationship Id="rId2055" Type="http://schemas.openxmlformats.org/officeDocument/2006/relationships/image" Target="media/image1017.wmf"/><Relationship Id="rId2262" Type="http://schemas.openxmlformats.org/officeDocument/2006/relationships/image" Target="media/image1103.wmf"/><Relationship Id="rId234" Type="http://schemas.openxmlformats.org/officeDocument/2006/relationships/image" Target="media/image113.wmf"/><Relationship Id="rId679" Type="http://schemas.openxmlformats.org/officeDocument/2006/relationships/oleObject" Target="embeddings/oleObject340.bin"/><Relationship Id="rId886" Type="http://schemas.openxmlformats.org/officeDocument/2006/relationships/image" Target="media/image437.wmf"/><Relationship Id="rId2" Type="http://schemas.openxmlformats.org/officeDocument/2006/relationships/styles" Target="styles.xml"/><Relationship Id="rId441" Type="http://schemas.openxmlformats.org/officeDocument/2006/relationships/oleObject" Target="embeddings/oleObject221.bin"/><Relationship Id="rId539" Type="http://schemas.openxmlformats.org/officeDocument/2006/relationships/oleObject" Target="embeddings/oleObject270.bin"/><Relationship Id="rId746" Type="http://schemas.openxmlformats.org/officeDocument/2006/relationships/image" Target="media/image367.wmf"/><Relationship Id="rId1071" Type="http://schemas.openxmlformats.org/officeDocument/2006/relationships/oleObject" Target="embeddings/oleObject536.bin"/><Relationship Id="rId1169" Type="http://schemas.openxmlformats.org/officeDocument/2006/relationships/oleObject" Target="embeddings/oleObject585.bin"/><Relationship Id="rId1376" Type="http://schemas.openxmlformats.org/officeDocument/2006/relationships/oleObject" Target="embeddings/oleObject689.bin"/><Relationship Id="rId1583" Type="http://schemas.openxmlformats.org/officeDocument/2006/relationships/oleObject" Target="embeddings/oleObject796.bin"/><Relationship Id="rId2122" Type="http://schemas.openxmlformats.org/officeDocument/2006/relationships/oleObject" Target="embeddings/oleObject1069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477.bin"/><Relationship Id="rId1029" Type="http://schemas.openxmlformats.org/officeDocument/2006/relationships/oleObject" Target="embeddings/oleObject515.bin"/><Relationship Id="rId1236" Type="http://schemas.openxmlformats.org/officeDocument/2006/relationships/image" Target="media/image612.wmf"/><Relationship Id="rId1790" Type="http://schemas.openxmlformats.org/officeDocument/2006/relationships/image" Target="media/image885.wmf"/><Relationship Id="rId1888" Type="http://schemas.openxmlformats.org/officeDocument/2006/relationships/image" Target="media/image934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297.wmf"/><Relationship Id="rId813" Type="http://schemas.openxmlformats.org/officeDocument/2006/relationships/image" Target="media/image401.wmf"/><Relationship Id="rId1443" Type="http://schemas.openxmlformats.org/officeDocument/2006/relationships/oleObject" Target="embeddings/oleObject726.bin"/><Relationship Id="rId1650" Type="http://schemas.openxmlformats.org/officeDocument/2006/relationships/image" Target="media/image815.wmf"/><Relationship Id="rId1748" Type="http://schemas.openxmlformats.org/officeDocument/2006/relationships/image" Target="media/image864.wmf"/><Relationship Id="rId1303" Type="http://schemas.openxmlformats.org/officeDocument/2006/relationships/image" Target="media/image645.wmf"/><Relationship Id="rId1510" Type="http://schemas.openxmlformats.org/officeDocument/2006/relationships/image" Target="media/image745.wmf"/><Relationship Id="rId1955" Type="http://schemas.openxmlformats.org/officeDocument/2006/relationships/oleObject" Target="embeddings/oleObject982.bin"/><Relationship Id="rId1608" Type="http://schemas.openxmlformats.org/officeDocument/2006/relationships/image" Target="media/image794.wmf"/><Relationship Id="rId1815" Type="http://schemas.openxmlformats.org/officeDocument/2006/relationships/oleObject" Target="embeddings/oleObject912.bin"/><Relationship Id="rId189" Type="http://schemas.openxmlformats.org/officeDocument/2006/relationships/image" Target="media/image90.wmf"/><Relationship Id="rId396" Type="http://schemas.openxmlformats.org/officeDocument/2006/relationships/image" Target="media/image192.wmf"/><Relationship Id="rId2077" Type="http://schemas.openxmlformats.org/officeDocument/2006/relationships/image" Target="media/image1028.wmf"/><Relationship Id="rId2284" Type="http://schemas.openxmlformats.org/officeDocument/2006/relationships/image" Target="media/image1114.wmf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32.bin"/><Relationship Id="rId670" Type="http://schemas.openxmlformats.org/officeDocument/2006/relationships/image" Target="media/image329.wmf"/><Relationship Id="rId1093" Type="http://schemas.openxmlformats.org/officeDocument/2006/relationships/oleObject" Target="embeddings/oleObject547.bin"/><Relationship Id="rId2144" Type="http://schemas.openxmlformats.org/officeDocument/2006/relationships/oleObject" Target="embeddings/oleObject1080.bin"/><Relationship Id="rId2351" Type="http://schemas.openxmlformats.org/officeDocument/2006/relationships/oleObject" Target="embeddings/oleObject1201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7.wmf"/><Relationship Id="rId530" Type="http://schemas.openxmlformats.org/officeDocument/2006/relationships/image" Target="media/image259.wmf"/><Relationship Id="rId768" Type="http://schemas.openxmlformats.org/officeDocument/2006/relationships/image" Target="media/image378.wmf"/><Relationship Id="rId975" Type="http://schemas.openxmlformats.org/officeDocument/2006/relationships/oleObject" Target="embeddings/oleObject488.bin"/><Relationship Id="rId1160" Type="http://schemas.openxmlformats.org/officeDocument/2006/relationships/image" Target="media/image574.wmf"/><Relationship Id="rId1398" Type="http://schemas.openxmlformats.org/officeDocument/2006/relationships/oleObject" Target="embeddings/oleObject703.bin"/><Relationship Id="rId2004" Type="http://schemas.openxmlformats.org/officeDocument/2006/relationships/oleObject" Target="embeddings/oleObject1007.bin"/><Relationship Id="rId2211" Type="http://schemas.openxmlformats.org/officeDocument/2006/relationships/oleObject" Target="embeddings/oleObject1128.bin"/><Relationship Id="rId628" Type="http://schemas.openxmlformats.org/officeDocument/2006/relationships/image" Target="media/image308.wmf"/><Relationship Id="rId835" Type="http://schemas.openxmlformats.org/officeDocument/2006/relationships/oleObject" Target="embeddings/oleObject418.bin"/><Relationship Id="rId1258" Type="http://schemas.openxmlformats.org/officeDocument/2006/relationships/oleObject" Target="embeddings/oleObject630.bin"/><Relationship Id="rId1465" Type="http://schemas.openxmlformats.org/officeDocument/2006/relationships/oleObject" Target="embeddings/oleObject737.bin"/><Relationship Id="rId1672" Type="http://schemas.openxmlformats.org/officeDocument/2006/relationships/image" Target="media/image826.wmf"/><Relationship Id="rId2309" Type="http://schemas.openxmlformats.org/officeDocument/2006/relationships/oleObject" Target="embeddings/oleObject1178.bin"/><Relationship Id="rId1020" Type="http://schemas.openxmlformats.org/officeDocument/2006/relationships/image" Target="media/image504.wmf"/><Relationship Id="rId1118" Type="http://schemas.openxmlformats.org/officeDocument/2006/relationships/image" Target="media/image553.wmf"/><Relationship Id="rId1325" Type="http://schemas.openxmlformats.org/officeDocument/2006/relationships/oleObject" Target="embeddings/oleObject663.bin"/><Relationship Id="rId1532" Type="http://schemas.openxmlformats.org/officeDocument/2006/relationships/image" Target="media/image756.wmf"/><Relationship Id="rId1977" Type="http://schemas.openxmlformats.org/officeDocument/2006/relationships/image" Target="media/image978.wmf"/><Relationship Id="rId902" Type="http://schemas.openxmlformats.org/officeDocument/2006/relationships/image" Target="media/image445.wmf"/><Relationship Id="rId1837" Type="http://schemas.openxmlformats.org/officeDocument/2006/relationships/oleObject" Target="embeddings/oleObject923.bin"/><Relationship Id="rId31" Type="http://schemas.openxmlformats.org/officeDocument/2006/relationships/image" Target="media/image13.wmf"/><Relationship Id="rId2099" Type="http://schemas.openxmlformats.org/officeDocument/2006/relationships/image" Target="media/image1036.wmf"/><Relationship Id="rId180" Type="http://schemas.openxmlformats.org/officeDocument/2006/relationships/oleObject" Target="embeddings/oleObject89.bin"/><Relationship Id="rId278" Type="http://schemas.openxmlformats.org/officeDocument/2006/relationships/oleObject" Target="embeddings/oleObject137.bin"/><Relationship Id="rId1904" Type="http://schemas.openxmlformats.org/officeDocument/2006/relationships/image" Target="media/image942.wmf"/><Relationship Id="rId485" Type="http://schemas.openxmlformats.org/officeDocument/2006/relationships/oleObject" Target="embeddings/oleObject243.bin"/><Relationship Id="rId692" Type="http://schemas.openxmlformats.org/officeDocument/2006/relationships/image" Target="media/image340.wmf"/><Relationship Id="rId2166" Type="http://schemas.openxmlformats.org/officeDocument/2006/relationships/oleObject" Target="embeddings/oleObject1094.bin"/><Relationship Id="rId2373" Type="http://schemas.openxmlformats.org/officeDocument/2006/relationships/oleObject" Target="embeddings/oleObject1212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8.wmf"/><Relationship Id="rId552" Type="http://schemas.openxmlformats.org/officeDocument/2006/relationships/image" Target="media/image270.wmf"/><Relationship Id="rId997" Type="http://schemas.openxmlformats.org/officeDocument/2006/relationships/oleObject" Target="embeddings/oleObject499.bin"/><Relationship Id="rId1182" Type="http://schemas.openxmlformats.org/officeDocument/2006/relationships/image" Target="media/image585.wmf"/><Relationship Id="rId2026" Type="http://schemas.openxmlformats.org/officeDocument/2006/relationships/oleObject" Target="embeddings/oleObject1018.bin"/><Relationship Id="rId2233" Type="http://schemas.openxmlformats.org/officeDocument/2006/relationships/oleObject" Target="embeddings/oleObject1139.bin"/><Relationship Id="rId205" Type="http://schemas.openxmlformats.org/officeDocument/2006/relationships/oleObject" Target="embeddings/oleObject101.bin"/><Relationship Id="rId412" Type="http://schemas.openxmlformats.org/officeDocument/2006/relationships/image" Target="media/image200.wmf"/><Relationship Id="rId857" Type="http://schemas.openxmlformats.org/officeDocument/2006/relationships/oleObject" Target="embeddings/oleObject429.bin"/><Relationship Id="rId1042" Type="http://schemas.openxmlformats.org/officeDocument/2006/relationships/image" Target="media/image515.wmf"/><Relationship Id="rId1487" Type="http://schemas.openxmlformats.org/officeDocument/2006/relationships/oleObject" Target="embeddings/oleObject748.bin"/><Relationship Id="rId1694" Type="http://schemas.openxmlformats.org/officeDocument/2006/relationships/image" Target="media/image837.wmf"/><Relationship Id="rId2300" Type="http://schemas.openxmlformats.org/officeDocument/2006/relationships/image" Target="media/image1122.wmf"/><Relationship Id="rId717" Type="http://schemas.openxmlformats.org/officeDocument/2006/relationships/oleObject" Target="embeddings/oleObject359.bin"/><Relationship Id="rId924" Type="http://schemas.openxmlformats.org/officeDocument/2006/relationships/image" Target="media/image456.wmf"/><Relationship Id="rId1347" Type="http://schemas.openxmlformats.org/officeDocument/2006/relationships/oleObject" Target="embeddings/oleObject674.bin"/><Relationship Id="rId1554" Type="http://schemas.openxmlformats.org/officeDocument/2006/relationships/image" Target="media/image767.wmf"/><Relationship Id="rId1761" Type="http://schemas.openxmlformats.org/officeDocument/2006/relationships/oleObject" Target="embeddings/oleObject885.bin"/><Relationship Id="rId1999" Type="http://schemas.openxmlformats.org/officeDocument/2006/relationships/image" Target="media/image989.wmf"/><Relationship Id="rId53" Type="http://schemas.openxmlformats.org/officeDocument/2006/relationships/image" Target="media/image24.wmf"/><Relationship Id="rId1207" Type="http://schemas.openxmlformats.org/officeDocument/2006/relationships/oleObject" Target="embeddings/oleObject604.bin"/><Relationship Id="rId1414" Type="http://schemas.openxmlformats.org/officeDocument/2006/relationships/image" Target="media/image697.wmf"/><Relationship Id="rId1621" Type="http://schemas.openxmlformats.org/officeDocument/2006/relationships/oleObject" Target="embeddings/oleObject815.bin"/><Relationship Id="rId1859" Type="http://schemas.openxmlformats.org/officeDocument/2006/relationships/oleObject" Target="embeddings/oleObject934.bin"/><Relationship Id="rId1719" Type="http://schemas.openxmlformats.org/officeDocument/2006/relationships/oleObject" Target="embeddings/oleObject864.bin"/><Relationship Id="rId1926" Type="http://schemas.openxmlformats.org/officeDocument/2006/relationships/image" Target="media/image953.wmf"/><Relationship Id="rId2090" Type="http://schemas.openxmlformats.org/officeDocument/2006/relationships/image" Target="media/image1034.wmf"/><Relationship Id="rId2188" Type="http://schemas.openxmlformats.org/officeDocument/2006/relationships/oleObject" Target="embeddings/oleObject1109.bin"/><Relationship Id="rId367" Type="http://schemas.openxmlformats.org/officeDocument/2006/relationships/image" Target="media/image179.wmf"/><Relationship Id="rId574" Type="http://schemas.openxmlformats.org/officeDocument/2006/relationships/image" Target="media/image281.wmf"/><Relationship Id="rId2048" Type="http://schemas.openxmlformats.org/officeDocument/2006/relationships/oleObject" Target="embeddings/oleObject1029.bin"/><Relationship Id="rId2255" Type="http://schemas.openxmlformats.org/officeDocument/2006/relationships/oleObject" Target="embeddings/oleObject1150.bin"/><Relationship Id="rId227" Type="http://schemas.openxmlformats.org/officeDocument/2006/relationships/oleObject" Target="embeddings/oleObject112.bin"/><Relationship Id="rId781" Type="http://schemas.openxmlformats.org/officeDocument/2006/relationships/image" Target="media/image385.wmf"/><Relationship Id="rId879" Type="http://schemas.openxmlformats.org/officeDocument/2006/relationships/oleObject" Target="embeddings/oleObject440.bin"/><Relationship Id="rId434" Type="http://schemas.openxmlformats.org/officeDocument/2006/relationships/image" Target="media/image211.wmf"/><Relationship Id="rId641" Type="http://schemas.openxmlformats.org/officeDocument/2006/relationships/oleObject" Target="embeddings/oleObject321.bin"/><Relationship Id="rId739" Type="http://schemas.openxmlformats.org/officeDocument/2006/relationships/oleObject" Target="embeddings/oleObject370.bin"/><Relationship Id="rId1064" Type="http://schemas.openxmlformats.org/officeDocument/2006/relationships/image" Target="media/image526.wmf"/><Relationship Id="rId1271" Type="http://schemas.openxmlformats.org/officeDocument/2006/relationships/image" Target="media/image629.wmf"/><Relationship Id="rId1369" Type="http://schemas.openxmlformats.org/officeDocument/2006/relationships/oleObject" Target="embeddings/oleObject684.bin"/><Relationship Id="rId1576" Type="http://schemas.openxmlformats.org/officeDocument/2006/relationships/image" Target="media/image778.wmf"/><Relationship Id="rId2115" Type="http://schemas.openxmlformats.org/officeDocument/2006/relationships/image" Target="media/image1044.wmf"/><Relationship Id="rId2322" Type="http://schemas.openxmlformats.org/officeDocument/2006/relationships/image" Target="media/image1130.wmf"/><Relationship Id="rId501" Type="http://schemas.openxmlformats.org/officeDocument/2006/relationships/oleObject" Target="embeddings/oleObject251.bin"/><Relationship Id="rId946" Type="http://schemas.openxmlformats.org/officeDocument/2006/relationships/image" Target="media/image467.wmf"/><Relationship Id="rId1131" Type="http://schemas.openxmlformats.org/officeDocument/2006/relationships/oleObject" Target="embeddings/oleObject566.bin"/><Relationship Id="rId1229" Type="http://schemas.openxmlformats.org/officeDocument/2006/relationships/oleObject" Target="embeddings/oleObject615.bin"/><Relationship Id="rId1783" Type="http://schemas.openxmlformats.org/officeDocument/2006/relationships/oleObject" Target="embeddings/oleObject896.bin"/><Relationship Id="rId1990" Type="http://schemas.openxmlformats.org/officeDocument/2006/relationships/oleObject" Target="embeddings/oleObject1000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403.bin"/><Relationship Id="rId1436" Type="http://schemas.openxmlformats.org/officeDocument/2006/relationships/image" Target="media/image708.wmf"/><Relationship Id="rId1643" Type="http://schemas.openxmlformats.org/officeDocument/2006/relationships/oleObject" Target="embeddings/oleObject826.bin"/><Relationship Id="rId1850" Type="http://schemas.openxmlformats.org/officeDocument/2006/relationships/image" Target="media/image915.wmf"/><Relationship Id="rId1503" Type="http://schemas.openxmlformats.org/officeDocument/2006/relationships/oleObject" Target="embeddings/oleObject756.bin"/><Relationship Id="rId1710" Type="http://schemas.openxmlformats.org/officeDocument/2006/relationships/image" Target="media/image845.wmf"/><Relationship Id="rId1948" Type="http://schemas.openxmlformats.org/officeDocument/2006/relationships/image" Target="media/image964.wmf"/><Relationship Id="rId291" Type="http://schemas.openxmlformats.org/officeDocument/2006/relationships/image" Target="media/image142.wmf"/><Relationship Id="rId1808" Type="http://schemas.openxmlformats.org/officeDocument/2006/relationships/image" Target="media/image894.wmf"/><Relationship Id="rId151" Type="http://schemas.openxmlformats.org/officeDocument/2006/relationships/image" Target="media/image71.wmf"/><Relationship Id="rId389" Type="http://schemas.openxmlformats.org/officeDocument/2006/relationships/image" Target="media/image190.wmf"/><Relationship Id="rId596" Type="http://schemas.openxmlformats.org/officeDocument/2006/relationships/image" Target="media/image292.wmf"/><Relationship Id="rId2277" Type="http://schemas.openxmlformats.org/officeDocument/2006/relationships/oleObject" Target="embeddings/oleObject1161.bin"/><Relationship Id="rId249" Type="http://schemas.openxmlformats.org/officeDocument/2006/relationships/oleObject" Target="embeddings/oleObject123.bin"/><Relationship Id="rId456" Type="http://schemas.openxmlformats.org/officeDocument/2006/relationships/image" Target="media/image222.wmf"/><Relationship Id="rId663" Type="http://schemas.openxmlformats.org/officeDocument/2006/relationships/oleObject" Target="embeddings/oleObject332.bin"/><Relationship Id="rId870" Type="http://schemas.openxmlformats.org/officeDocument/2006/relationships/image" Target="media/image429.wmf"/><Relationship Id="rId1086" Type="http://schemas.openxmlformats.org/officeDocument/2006/relationships/image" Target="media/image537.wmf"/><Relationship Id="rId1293" Type="http://schemas.openxmlformats.org/officeDocument/2006/relationships/image" Target="media/image640.wmf"/><Relationship Id="rId2137" Type="http://schemas.openxmlformats.org/officeDocument/2006/relationships/image" Target="media/image1055.wmf"/><Relationship Id="rId2344" Type="http://schemas.openxmlformats.org/officeDocument/2006/relationships/image" Target="media/image1141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6.bin"/><Relationship Id="rId523" Type="http://schemas.openxmlformats.org/officeDocument/2006/relationships/oleObject" Target="embeddings/oleObject262.bin"/><Relationship Id="rId968" Type="http://schemas.openxmlformats.org/officeDocument/2006/relationships/image" Target="media/image478.wmf"/><Relationship Id="rId1153" Type="http://schemas.openxmlformats.org/officeDocument/2006/relationships/oleObject" Target="embeddings/oleObject577.bin"/><Relationship Id="rId1598" Type="http://schemas.openxmlformats.org/officeDocument/2006/relationships/image" Target="media/image789.wmf"/><Relationship Id="rId2204" Type="http://schemas.openxmlformats.org/officeDocument/2006/relationships/oleObject" Target="embeddings/oleObject1121.bin"/><Relationship Id="rId97" Type="http://schemas.openxmlformats.org/officeDocument/2006/relationships/image" Target="media/image46.wmf"/><Relationship Id="rId730" Type="http://schemas.openxmlformats.org/officeDocument/2006/relationships/image" Target="media/image359.wmf"/><Relationship Id="rId828" Type="http://schemas.openxmlformats.org/officeDocument/2006/relationships/image" Target="media/image408.wmf"/><Relationship Id="rId1013" Type="http://schemas.openxmlformats.org/officeDocument/2006/relationships/oleObject" Target="embeddings/oleObject507.bin"/><Relationship Id="rId1360" Type="http://schemas.openxmlformats.org/officeDocument/2006/relationships/image" Target="media/image674.wmf"/><Relationship Id="rId1458" Type="http://schemas.openxmlformats.org/officeDocument/2006/relationships/image" Target="media/image719.wmf"/><Relationship Id="rId1665" Type="http://schemas.openxmlformats.org/officeDocument/2006/relationships/oleObject" Target="embeddings/oleObject837.bin"/><Relationship Id="rId1872" Type="http://schemas.openxmlformats.org/officeDocument/2006/relationships/image" Target="media/image926.wmf"/><Relationship Id="rId1220" Type="http://schemas.openxmlformats.org/officeDocument/2006/relationships/image" Target="media/image604.wmf"/><Relationship Id="rId1318" Type="http://schemas.openxmlformats.org/officeDocument/2006/relationships/image" Target="media/image653.wmf"/><Relationship Id="rId1525" Type="http://schemas.openxmlformats.org/officeDocument/2006/relationships/oleObject" Target="embeddings/oleObject767.bin"/><Relationship Id="rId1732" Type="http://schemas.openxmlformats.org/officeDocument/2006/relationships/image" Target="media/image856.wmf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172.bin"/><Relationship Id="rId173" Type="http://schemas.openxmlformats.org/officeDocument/2006/relationships/image" Target="media/image82.wmf"/><Relationship Id="rId380" Type="http://schemas.openxmlformats.org/officeDocument/2006/relationships/oleObject" Target="embeddings/oleObject189.bin"/><Relationship Id="rId2061" Type="http://schemas.openxmlformats.org/officeDocument/2006/relationships/image" Target="media/image1020.wmf"/><Relationship Id="rId240" Type="http://schemas.openxmlformats.org/officeDocument/2006/relationships/image" Target="media/image116.wmf"/><Relationship Id="rId478" Type="http://schemas.openxmlformats.org/officeDocument/2006/relationships/image" Target="media/image233.wmf"/><Relationship Id="rId685" Type="http://schemas.openxmlformats.org/officeDocument/2006/relationships/oleObject" Target="embeddings/oleObject343.bin"/><Relationship Id="rId892" Type="http://schemas.openxmlformats.org/officeDocument/2006/relationships/image" Target="media/image440.wmf"/><Relationship Id="rId2159" Type="http://schemas.openxmlformats.org/officeDocument/2006/relationships/oleObject" Target="embeddings/oleObject1088.bin"/><Relationship Id="rId2366" Type="http://schemas.openxmlformats.org/officeDocument/2006/relationships/image" Target="media/image1152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8.bin"/><Relationship Id="rId545" Type="http://schemas.openxmlformats.org/officeDocument/2006/relationships/oleObject" Target="embeddings/oleObject273.bin"/><Relationship Id="rId752" Type="http://schemas.openxmlformats.org/officeDocument/2006/relationships/image" Target="media/image370.wmf"/><Relationship Id="rId1175" Type="http://schemas.openxmlformats.org/officeDocument/2006/relationships/oleObject" Target="embeddings/oleObject588.bin"/><Relationship Id="rId1382" Type="http://schemas.openxmlformats.org/officeDocument/2006/relationships/oleObject" Target="embeddings/oleObject692.bin"/><Relationship Id="rId2019" Type="http://schemas.openxmlformats.org/officeDocument/2006/relationships/image" Target="media/image999.wmf"/><Relationship Id="rId2226" Type="http://schemas.openxmlformats.org/officeDocument/2006/relationships/image" Target="media/image1085.wmf"/><Relationship Id="rId405" Type="http://schemas.openxmlformats.org/officeDocument/2006/relationships/oleObject" Target="embeddings/oleObject203.bin"/><Relationship Id="rId612" Type="http://schemas.openxmlformats.org/officeDocument/2006/relationships/image" Target="media/image300.wmf"/><Relationship Id="rId1035" Type="http://schemas.openxmlformats.org/officeDocument/2006/relationships/oleObject" Target="embeddings/oleObject518.bin"/><Relationship Id="rId1242" Type="http://schemas.openxmlformats.org/officeDocument/2006/relationships/image" Target="media/image615.wmf"/><Relationship Id="rId1687" Type="http://schemas.openxmlformats.org/officeDocument/2006/relationships/oleObject" Target="embeddings/oleObject848.bin"/><Relationship Id="rId1894" Type="http://schemas.openxmlformats.org/officeDocument/2006/relationships/image" Target="media/image937.wmf"/><Relationship Id="rId917" Type="http://schemas.openxmlformats.org/officeDocument/2006/relationships/oleObject" Target="embeddings/oleObject459.bin"/><Relationship Id="rId1102" Type="http://schemas.openxmlformats.org/officeDocument/2006/relationships/image" Target="media/image545.wmf"/><Relationship Id="rId1547" Type="http://schemas.openxmlformats.org/officeDocument/2006/relationships/oleObject" Target="embeddings/oleObject778.bin"/><Relationship Id="rId1754" Type="http://schemas.openxmlformats.org/officeDocument/2006/relationships/image" Target="media/image867.wmf"/><Relationship Id="rId1961" Type="http://schemas.openxmlformats.org/officeDocument/2006/relationships/oleObject" Target="embeddings/oleObject985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08.bin"/><Relationship Id="rId1614" Type="http://schemas.openxmlformats.org/officeDocument/2006/relationships/image" Target="media/image797.wmf"/><Relationship Id="rId1821" Type="http://schemas.openxmlformats.org/officeDocument/2006/relationships/oleObject" Target="embeddings/oleObject915.bin"/><Relationship Id="rId195" Type="http://schemas.openxmlformats.org/officeDocument/2006/relationships/image" Target="media/image93.wmf"/><Relationship Id="rId1919" Type="http://schemas.openxmlformats.org/officeDocument/2006/relationships/oleObject" Target="embeddings/oleObject964.bin"/><Relationship Id="rId2083" Type="http://schemas.openxmlformats.org/officeDocument/2006/relationships/image" Target="media/image1031.wmf"/><Relationship Id="rId2290" Type="http://schemas.openxmlformats.org/officeDocument/2006/relationships/image" Target="media/image1117.wmf"/><Relationship Id="rId2388" Type="http://schemas.openxmlformats.org/officeDocument/2006/relationships/header" Target="header1.xml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84.bin"/><Relationship Id="rId1197" Type="http://schemas.openxmlformats.org/officeDocument/2006/relationships/oleObject" Target="embeddings/oleObject599.bin"/><Relationship Id="rId2150" Type="http://schemas.openxmlformats.org/officeDocument/2006/relationships/oleObject" Target="embeddings/oleObject1083.bin"/><Relationship Id="rId2248" Type="http://schemas.openxmlformats.org/officeDocument/2006/relationships/image" Target="media/image1096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81.wmf"/><Relationship Id="rId981" Type="http://schemas.openxmlformats.org/officeDocument/2006/relationships/oleObject" Target="embeddings/oleObject491.bin"/><Relationship Id="rId1057" Type="http://schemas.openxmlformats.org/officeDocument/2006/relationships/oleObject" Target="embeddings/oleObject529.bin"/><Relationship Id="rId2010" Type="http://schemas.openxmlformats.org/officeDocument/2006/relationships/oleObject" Target="embeddings/oleObject1010.bin"/><Relationship Id="rId427" Type="http://schemas.openxmlformats.org/officeDocument/2006/relationships/oleObject" Target="embeddings/oleObject214.bin"/><Relationship Id="rId634" Type="http://schemas.openxmlformats.org/officeDocument/2006/relationships/image" Target="media/image311.wmf"/><Relationship Id="rId841" Type="http://schemas.openxmlformats.org/officeDocument/2006/relationships/oleObject" Target="embeddings/oleObject421.bin"/><Relationship Id="rId1264" Type="http://schemas.openxmlformats.org/officeDocument/2006/relationships/oleObject" Target="embeddings/oleObject633.bin"/><Relationship Id="rId1471" Type="http://schemas.openxmlformats.org/officeDocument/2006/relationships/oleObject" Target="embeddings/oleObject740.bin"/><Relationship Id="rId1569" Type="http://schemas.openxmlformats.org/officeDocument/2006/relationships/oleObject" Target="embeddings/oleObject789.bin"/><Relationship Id="rId2108" Type="http://schemas.openxmlformats.org/officeDocument/2006/relationships/oleObject" Target="embeddings/oleObject1062.bin"/><Relationship Id="rId2315" Type="http://schemas.openxmlformats.org/officeDocument/2006/relationships/oleObject" Target="embeddings/oleObject1181.bin"/><Relationship Id="rId701" Type="http://schemas.openxmlformats.org/officeDocument/2006/relationships/oleObject" Target="embeddings/oleObject351.bin"/><Relationship Id="rId939" Type="http://schemas.openxmlformats.org/officeDocument/2006/relationships/oleObject" Target="embeddings/oleObject470.bin"/><Relationship Id="rId1124" Type="http://schemas.openxmlformats.org/officeDocument/2006/relationships/image" Target="media/image556.wmf"/><Relationship Id="rId1331" Type="http://schemas.openxmlformats.org/officeDocument/2006/relationships/oleObject" Target="embeddings/oleObject666.bin"/><Relationship Id="rId1776" Type="http://schemas.openxmlformats.org/officeDocument/2006/relationships/image" Target="media/image878.wmf"/><Relationship Id="rId1983" Type="http://schemas.openxmlformats.org/officeDocument/2006/relationships/image" Target="media/image981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19.bin"/><Relationship Id="rId1636" Type="http://schemas.openxmlformats.org/officeDocument/2006/relationships/image" Target="media/image808.wmf"/><Relationship Id="rId1843" Type="http://schemas.openxmlformats.org/officeDocument/2006/relationships/oleObject" Target="embeddings/oleObject926.bin"/><Relationship Id="rId1703" Type="http://schemas.openxmlformats.org/officeDocument/2006/relationships/oleObject" Target="embeddings/oleObject856.bin"/><Relationship Id="rId1910" Type="http://schemas.openxmlformats.org/officeDocument/2006/relationships/image" Target="media/image945.wmf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6.bin"/><Relationship Id="rId2172" Type="http://schemas.openxmlformats.org/officeDocument/2006/relationships/oleObject" Target="embeddings/oleObject1099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5.bin"/><Relationship Id="rId796" Type="http://schemas.openxmlformats.org/officeDocument/2006/relationships/oleObject" Target="embeddings/oleObject398.bin"/><Relationship Id="rId351" Type="http://schemas.openxmlformats.org/officeDocument/2006/relationships/image" Target="media/image171.wmf"/><Relationship Id="rId449" Type="http://schemas.openxmlformats.org/officeDocument/2006/relationships/oleObject" Target="embeddings/oleObject225.bin"/><Relationship Id="rId656" Type="http://schemas.openxmlformats.org/officeDocument/2006/relationships/image" Target="media/image322.wmf"/><Relationship Id="rId863" Type="http://schemas.openxmlformats.org/officeDocument/2006/relationships/oleObject" Target="embeddings/oleObject432.bin"/><Relationship Id="rId1079" Type="http://schemas.openxmlformats.org/officeDocument/2006/relationships/oleObject" Target="embeddings/oleObject540.bin"/><Relationship Id="rId1286" Type="http://schemas.openxmlformats.org/officeDocument/2006/relationships/oleObject" Target="embeddings/oleObject644.bin"/><Relationship Id="rId1493" Type="http://schemas.openxmlformats.org/officeDocument/2006/relationships/oleObject" Target="embeddings/oleObject751.bin"/><Relationship Id="rId2032" Type="http://schemas.openxmlformats.org/officeDocument/2006/relationships/oleObject" Target="embeddings/oleObject1021.bin"/><Relationship Id="rId2337" Type="http://schemas.openxmlformats.org/officeDocument/2006/relationships/oleObject" Target="embeddings/oleObject1194.bin"/><Relationship Id="rId211" Type="http://schemas.openxmlformats.org/officeDocument/2006/relationships/oleObject" Target="embeddings/oleObject104.bin"/><Relationship Id="rId309" Type="http://schemas.openxmlformats.org/officeDocument/2006/relationships/image" Target="media/image151.wmf"/><Relationship Id="rId516" Type="http://schemas.openxmlformats.org/officeDocument/2006/relationships/image" Target="media/image252.wmf"/><Relationship Id="rId1146" Type="http://schemas.openxmlformats.org/officeDocument/2006/relationships/image" Target="media/image567.wmf"/><Relationship Id="rId1798" Type="http://schemas.openxmlformats.org/officeDocument/2006/relationships/image" Target="media/image889.wmf"/><Relationship Id="rId723" Type="http://schemas.openxmlformats.org/officeDocument/2006/relationships/oleObject" Target="embeddings/oleObject362.bin"/><Relationship Id="rId930" Type="http://schemas.openxmlformats.org/officeDocument/2006/relationships/image" Target="media/image459.wmf"/><Relationship Id="rId1006" Type="http://schemas.openxmlformats.org/officeDocument/2006/relationships/image" Target="media/image497.wmf"/><Relationship Id="rId1353" Type="http://schemas.openxmlformats.org/officeDocument/2006/relationships/image" Target="media/image670.wmf"/><Relationship Id="rId1560" Type="http://schemas.openxmlformats.org/officeDocument/2006/relationships/image" Target="media/image770.wmf"/><Relationship Id="rId1658" Type="http://schemas.openxmlformats.org/officeDocument/2006/relationships/image" Target="media/image819.wmf"/><Relationship Id="rId1865" Type="http://schemas.openxmlformats.org/officeDocument/2006/relationships/oleObject" Target="embeddings/oleObject937.bin"/><Relationship Id="rId1213" Type="http://schemas.openxmlformats.org/officeDocument/2006/relationships/oleObject" Target="embeddings/oleObject607.bin"/><Relationship Id="rId1420" Type="http://schemas.openxmlformats.org/officeDocument/2006/relationships/image" Target="media/image700.wmf"/><Relationship Id="rId1518" Type="http://schemas.openxmlformats.org/officeDocument/2006/relationships/image" Target="media/image749.wmf"/><Relationship Id="rId1725" Type="http://schemas.openxmlformats.org/officeDocument/2006/relationships/oleObject" Target="embeddings/oleObject867.bin"/><Relationship Id="rId1932" Type="http://schemas.openxmlformats.org/officeDocument/2006/relationships/image" Target="media/image956.wmf"/><Relationship Id="rId17" Type="http://schemas.openxmlformats.org/officeDocument/2006/relationships/image" Target="media/image6.wmf"/><Relationship Id="rId2194" Type="http://schemas.openxmlformats.org/officeDocument/2006/relationships/oleObject" Target="embeddings/oleObject1113.bin"/><Relationship Id="rId166" Type="http://schemas.openxmlformats.org/officeDocument/2006/relationships/oleObject" Target="embeddings/oleObject82.bin"/><Relationship Id="rId373" Type="http://schemas.openxmlformats.org/officeDocument/2006/relationships/image" Target="media/image182.wmf"/><Relationship Id="rId580" Type="http://schemas.openxmlformats.org/officeDocument/2006/relationships/image" Target="media/image284.wmf"/><Relationship Id="rId2054" Type="http://schemas.openxmlformats.org/officeDocument/2006/relationships/oleObject" Target="embeddings/oleObject1032.bin"/><Relationship Id="rId2261" Type="http://schemas.openxmlformats.org/officeDocument/2006/relationships/oleObject" Target="embeddings/oleObject115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image" Target="media/image214.wmf"/><Relationship Id="rId678" Type="http://schemas.openxmlformats.org/officeDocument/2006/relationships/image" Target="media/image333.wmf"/><Relationship Id="rId885" Type="http://schemas.openxmlformats.org/officeDocument/2006/relationships/oleObject" Target="embeddings/oleObject443.bin"/><Relationship Id="rId1070" Type="http://schemas.openxmlformats.org/officeDocument/2006/relationships/image" Target="media/image529.wmf"/><Relationship Id="rId2121" Type="http://schemas.openxmlformats.org/officeDocument/2006/relationships/image" Target="media/image1047.wmf"/><Relationship Id="rId2359" Type="http://schemas.openxmlformats.org/officeDocument/2006/relationships/oleObject" Target="embeddings/oleObject1205.bin"/><Relationship Id="rId300" Type="http://schemas.openxmlformats.org/officeDocument/2006/relationships/oleObject" Target="embeddings/oleObject148.bin"/><Relationship Id="rId538" Type="http://schemas.openxmlformats.org/officeDocument/2006/relationships/image" Target="media/image263.wmf"/><Relationship Id="rId745" Type="http://schemas.openxmlformats.org/officeDocument/2006/relationships/oleObject" Target="embeddings/oleObject373.bin"/><Relationship Id="rId952" Type="http://schemas.openxmlformats.org/officeDocument/2006/relationships/image" Target="media/image470.wmf"/><Relationship Id="rId1168" Type="http://schemas.openxmlformats.org/officeDocument/2006/relationships/image" Target="media/image578.wmf"/><Relationship Id="rId1375" Type="http://schemas.openxmlformats.org/officeDocument/2006/relationships/image" Target="media/image681.wmf"/><Relationship Id="rId1582" Type="http://schemas.openxmlformats.org/officeDocument/2006/relationships/image" Target="media/image781.wmf"/><Relationship Id="rId2219" Type="http://schemas.openxmlformats.org/officeDocument/2006/relationships/oleObject" Target="embeddings/oleObject1132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303.bin"/><Relationship Id="rId812" Type="http://schemas.openxmlformats.org/officeDocument/2006/relationships/oleObject" Target="embeddings/oleObject406.bin"/><Relationship Id="rId1028" Type="http://schemas.openxmlformats.org/officeDocument/2006/relationships/image" Target="media/image508.wmf"/><Relationship Id="rId1235" Type="http://schemas.openxmlformats.org/officeDocument/2006/relationships/oleObject" Target="embeddings/oleObject618.bin"/><Relationship Id="rId1442" Type="http://schemas.openxmlformats.org/officeDocument/2006/relationships/image" Target="media/image711.wmf"/><Relationship Id="rId1887" Type="http://schemas.openxmlformats.org/officeDocument/2006/relationships/oleObject" Target="embeddings/oleObject948.bin"/><Relationship Id="rId1302" Type="http://schemas.openxmlformats.org/officeDocument/2006/relationships/oleObject" Target="embeddings/oleObject652.bin"/><Relationship Id="rId1747" Type="http://schemas.openxmlformats.org/officeDocument/2006/relationships/oleObject" Target="embeddings/oleObject878.bin"/><Relationship Id="rId1954" Type="http://schemas.openxmlformats.org/officeDocument/2006/relationships/image" Target="media/image967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808.bin"/><Relationship Id="rId1814" Type="http://schemas.openxmlformats.org/officeDocument/2006/relationships/image" Target="media/image897.wmf"/><Relationship Id="rId188" Type="http://schemas.openxmlformats.org/officeDocument/2006/relationships/oleObject" Target="embeddings/oleObject93.bin"/><Relationship Id="rId395" Type="http://schemas.openxmlformats.org/officeDocument/2006/relationships/oleObject" Target="embeddings/oleObject198.bin"/><Relationship Id="rId2076" Type="http://schemas.openxmlformats.org/officeDocument/2006/relationships/oleObject" Target="embeddings/oleObject1043.bin"/><Relationship Id="rId2283" Type="http://schemas.openxmlformats.org/officeDocument/2006/relationships/oleObject" Target="embeddings/oleObject1164.bin"/><Relationship Id="rId255" Type="http://schemas.openxmlformats.org/officeDocument/2006/relationships/image" Target="media/image124.wmf"/><Relationship Id="rId462" Type="http://schemas.openxmlformats.org/officeDocument/2006/relationships/image" Target="media/image225.wmf"/><Relationship Id="rId1092" Type="http://schemas.openxmlformats.org/officeDocument/2006/relationships/image" Target="media/image540.wmf"/><Relationship Id="rId1397" Type="http://schemas.openxmlformats.org/officeDocument/2006/relationships/image" Target="media/image689.wmf"/><Relationship Id="rId2143" Type="http://schemas.openxmlformats.org/officeDocument/2006/relationships/image" Target="media/image1058.wmf"/><Relationship Id="rId2350" Type="http://schemas.openxmlformats.org/officeDocument/2006/relationships/image" Target="media/image1144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60.bin"/><Relationship Id="rId767" Type="http://schemas.openxmlformats.org/officeDocument/2006/relationships/oleObject" Target="embeddings/oleObject384.bin"/><Relationship Id="rId974" Type="http://schemas.openxmlformats.org/officeDocument/2006/relationships/image" Target="media/image481.wmf"/><Relationship Id="rId2003" Type="http://schemas.openxmlformats.org/officeDocument/2006/relationships/image" Target="media/image991.wmf"/><Relationship Id="rId2210" Type="http://schemas.openxmlformats.org/officeDocument/2006/relationships/oleObject" Target="embeddings/oleObject1127.bin"/><Relationship Id="rId627" Type="http://schemas.openxmlformats.org/officeDocument/2006/relationships/oleObject" Target="embeddings/oleObject314.bin"/><Relationship Id="rId834" Type="http://schemas.openxmlformats.org/officeDocument/2006/relationships/image" Target="media/image411.wmf"/><Relationship Id="rId1257" Type="http://schemas.openxmlformats.org/officeDocument/2006/relationships/image" Target="media/image622.wmf"/><Relationship Id="rId1464" Type="http://schemas.openxmlformats.org/officeDocument/2006/relationships/image" Target="media/image722.wmf"/><Relationship Id="rId1671" Type="http://schemas.openxmlformats.org/officeDocument/2006/relationships/oleObject" Target="embeddings/oleObject840.bin"/><Relationship Id="rId2308" Type="http://schemas.openxmlformats.org/officeDocument/2006/relationships/oleObject" Target="embeddings/oleObject1177.bin"/><Relationship Id="rId901" Type="http://schemas.openxmlformats.org/officeDocument/2006/relationships/oleObject" Target="embeddings/oleObject451.bin"/><Relationship Id="rId1117" Type="http://schemas.openxmlformats.org/officeDocument/2006/relationships/oleObject" Target="embeddings/oleObject559.bin"/><Relationship Id="rId1324" Type="http://schemas.openxmlformats.org/officeDocument/2006/relationships/image" Target="media/image656.wmf"/><Relationship Id="rId1531" Type="http://schemas.openxmlformats.org/officeDocument/2006/relationships/oleObject" Target="embeddings/oleObject770.bin"/><Relationship Id="rId1769" Type="http://schemas.openxmlformats.org/officeDocument/2006/relationships/oleObject" Target="embeddings/oleObject889.bin"/><Relationship Id="rId1976" Type="http://schemas.openxmlformats.org/officeDocument/2006/relationships/oleObject" Target="embeddings/oleObject993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19.bin"/><Relationship Id="rId1836" Type="http://schemas.openxmlformats.org/officeDocument/2006/relationships/image" Target="media/image908.wmf"/><Relationship Id="rId1903" Type="http://schemas.openxmlformats.org/officeDocument/2006/relationships/oleObject" Target="embeddings/oleObject956.bin"/><Relationship Id="rId2098" Type="http://schemas.openxmlformats.org/officeDocument/2006/relationships/oleObject" Target="embeddings/oleObject1057.bin"/><Relationship Id="rId277" Type="http://schemas.openxmlformats.org/officeDocument/2006/relationships/image" Target="media/image135.wmf"/><Relationship Id="rId484" Type="http://schemas.openxmlformats.org/officeDocument/2006/relationships/image" Target="media/image236.wmf"/><Relationship Id="rId2165" Type="http://schemas.openxmlformats.org/officeDocument/2006/relationships/oleObject" Target="embeddings/oleObject1093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71.bin"/><Relationship Id="rId691" Type="http://schemas.openxmlformats.org/officeDocument/2006/relationships/oleObject" Target="embeddings/oleObject346.bin"/><Relationship Id="rId789" Type="http://schemas.openxmlformats.org/officeDocument/2006/relationships/image" Target="media/image389.wmf"/><Relationship Id="rId996" Type="http://schemas.openxmlformats.org/officeDocument/2006/relationships/image" Target="media/image492.wmf"/><Relationship Id="rId2025" Type="http://schemas.openxmlformats.org/officeDocument/2006/relationships/image" Target="media/image1002.wmf"/><Relationship Id="rId2372" Type="http://schemas.openxmlformats.org/officeDocument/2006/relationships/image" Target="media/image1155.wmf"/><Relationship Id="rId551" Type="http://schemas.openxmlformats.org/officeDocument/2006/relationships/oleObject" Target="embeddings/oleObject276.bin"/><Relationship Id="rId649" Type="http://schemas.openxmlformats.org/officeDocument/2006/relationships/oleObject" Target="embeddings/oleObject325.bin"/><Relationship Id="rId856" Type="http://schemas.openxmlformats.org/officeDocument/2006/relationships/image" Target="media/image422.wmf"/><Relationship Id="rId1181" Type="http://schemas.openxmlformats.org/officeDocument/2006/relationships/oleObject" Target="embeddings/oleObject591.bin"/><Relationship Id="rId1279" Type="http://schemas.openxmlformats.org/officeDocument/2006/relationships/image" Target="media/image633.wmf"/><Relationship Id="rId1486" Type="http://schemas.openxmlformats.org/officeDocument/2006/relationships/image" Target="media/image733.wmf"/><Relationship Id="rId2232" Type="http://schemas.openxmlformats.org/officeDocument/2006/relationships/image" Target="media/image1088.wmf"/><Relationship Id="rId204" Type="http://schemas.openxmlformats.org/officeDocument/2006/relationships/image" Target="media/image98.wmf"/><Relationship Id="rId411" Type="http://schemas.openxmlformats.org/officeDocument/2006/relationships/oleObject" Target="embeddings/oleObject206.bin"/><Relationship Id="rId509" Type="http://schemas.openxmlformats.org/officeDocument/2006/relationships/oleObject" Target="embeddings/oleObject255.bin"/><Relationship Id="rId1041" Type="http://schemas.openxmlformats.org/officeDocument/2006/relationships/oleObject" Target="embeddings/oleObject521.bin"/><Relationship Id="rId1139" Type="http://schemas.openxmlformats.org/officeDocument/2006/relationships/oleObject" Target="embeddings/oleObject570.bin"/><Relationship Id="rId1346" Type="http://schemas.openxmlformats.org/officeDocument/2006/relationships/image" Target="media/image667.wmf"/><Relationship Id="rId1693" Type="http://schemas.openxmlformats.org/officeDocument/2006/relationships/oleObject" Target="embeddings/oleObject851.bin"/><Relationship Id="rId1998" Type="http://schemas.openxmlformats.org/officeDocument/2006/relationships/oleObject" Target="embeddings/oleObject1004.bin"/><Relationship Id="rId716" Type="http://schemas.openxmlformats.org/officeDocument/2006/relationships/image" Target="media/image352.wmf"/><Relationship Id="rId923" Type="http://schemas.openxmlformats.org/officeDocument/2006/relationships/oleObject" Target="embeddings/oleObject462.bin"/><Relationship Id="rId1553" Type="http://schemas.openxmlformats.org/officeDocument/2006/relationships/oleObject" Target="embeddings/oleObject781.bin"/><Relationship Id="rId1760" Type="http://schemas.openxmlformats.org/officeDocument/2006/relationships/image" Target="media/image870.wmf"/><Relationship Id="rId1858" Type="http://schemas.openxmlformats.org/officeDocument/2006/relationships/image" Target="media/image919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597.wmf"/><Relationship Id="rId1413" Type="http://schemas.openxmlformats.org/officeDocument/2006/relationships/oleObject" Target="embeddings/oleObject711.bin"/><Relationship Id="rId1620" Type="http://schemas.openxmlformats.org/officeDocument/2006/relationships/image" Target="media/image800.wmf"/><Relationship Id="rId1718" Type="http://schemas.openxmlformats.org/officeDocument/2006/relationships/image" Target="media/image849.wmf"/><Relationship Id="rId1925" Type="http://schemas.openxmlformats.org/officeDocument/2006/relationships/oleObject" Target="embeddings/oleObject967.bin"/><Relationship Id="rId299" Type="http://schemas.openxmlformats.org/officeDocument/2006/relationships/image" Target="media/image146.wmf"/><Relationship Id="rId2187" Type="http://schemas.openxmlformats.org/officeDocument/2006/relationships/oleObject" Target="embeddings/oleObject1108.bin"/><Relationship Id="rId159" Type="http://schemas.openxmlformats.org/officeDocument/2006/relationships/image" Target="media/image75.wmf"/><Relationship Id="rId366" Type="http://schemas.openxmlformats.org/officeDocument/2006/relationships/oleObject" Target="embeddings/oleObject182.bin"/><Relationship Id="rId573" Type="http://schemas.openxmlformats.org/officeDocument/2006/relationships/oleObject" Target="embeddings/oleObject287.bin"/><Relationship Id="rId780" Type="http://schemas.openxmlformats.org/officeDocument/2006/relationships/oleObject" Target="embeddings/oleObject390.bin"/><Relationship Id="rId2047" Type="http://schemas.openxmlformats.org/officeDocument/2006/relationships/image" Target="media/image1013.wmf"/><Relationship Id="rId2254" Type="http://schemas.openxmlformats.org/officeDocument/2006/relationships/image" Target="media/image1099.wmf"/><Relationship Id="rId226" Type="http://schemas.openxmlformats.org/officeDocument/2006/relationships/image" Target="media/image109.wmf"/><Relationship Id="rId433" Type="http://schemas.openxmlformats.org/officeDocument/2006/relationships/oleObject" Target="embeddings/oleObject217.bin"/><Relationship Id="rId878" Type="http://schemas.openxmlformats.org/officeDocument/2006/relationships/image" Target="media/image433.wmf"/><Relationship Id="rId1063" Type="http://schemas.openxmlformats.org/officeDocument/2006/relationships/oleObject" Target="embeddings/oleObject532.bin"/><Relationship Id="rId1270" Type="http://schemas.openxmlformats.org/officeDocument/2006/relationships/oleObject" Target="embeddings/oleObject636.bin"/><Relationship Id="rId2114" Type="http://schemas.openxmlformats.org/officeDocument/2006/relationships/oleObject" Target="embeddings/oleObject1065.bin"/><Relationship Id="rId640" Type="http://schemas.openxmlformats.org/officeDocument/2006/relationships/image" Target="media/image314.wmf"/><Relationship Id="rId738" Type="http://schemas.openxmlformats.org/officeDocument/2006/relationships/image" Target="media/image363.wmf"/><Relationship Id="rId945" Type="http://schemas.openxmlformats.org/officeDocument/2006/relationships/oleObject" Target="embeddings/oleObject473.bin"/><Relationship Id="rId1368" Type="http://schemas.openxmlformats.org/officeDocument/2006/relationships/oleObject" Target="embeddings/oleObject683.bin"/><Relationship Id="rId1575" Type="http://schemas.openxmlformats.org/officeDocument/2006/relationships/oleObject" Target="embeddings/oleObject792.bin"/><Relationship Id="rId1782" Type="http://schemas.openxmlformats.org/officeDocument/2006/relationships/image" Target="media/image881.wmf"/><Relationship Id="rId2321" Type="http://schemas.openxmlformats.org/officeDocument/2006/relationships/oleObject" Target="embeddings/oleObject1186.bin"/><Relationship Id="rId74" Type="http://schemas.openxmlformats.org/officeDocument/2006/relationships/oleObject" Target="embeddings/oleObject34.bin"/><Relationship Id="rId500" Type="http://schemas.openxmlformats.org/officeDocument/2006/relationships/image" Target="media/image244.wmf"/><Relationship Id="rId805" Type="http://schemas.openxmlformats.org/officeDocument/2006/relationships/image" Target="media/image397.wmf"/><Relationship Id="rId1130" Type="http://schemas.openxmlformats.org/officeDocument/2006/relationships/image" Target="media/image559.wmf"/><Relationship Id="rId1228" Type="http://schemas.openxmlformats.org/officeDocument/2006/relationships/image" Target="media/image608.wmf"/><Relationship Id="rId1435" Type="http://schemas.openxmlformats.org/officeDocument/2006/relationships/oleObject" Target="embeddings/oleObject722.bin"/><Relationship Id="rId1642" Type="http://schemas.openxmlformats.org/officeDocument/2006/relationships/image" Target="media/image811.wmf"/><Relationship Id="rId1947" Type="http://schemas.openxmlformats.org/officeDocument/2006/relationships/oleObject" Target="embeddings/oleObject978.bin"/><Relationship Id="rId1502" Type="http://schemas.openxmlformats.org/officeDocument/2006/relationships/image" Target="media/image741.wmf"/><Relationship Id="rId1807" Type="http://schemas.openxmlformats.org/officeDocument/2006/relationships/oleObject" Target="embeddings/oleObject908.bin"/><Relationship Id="rId290" Type="http://schemas.openxmlformats.org/officeDocument/2006/relationships/oleObject" Target="embeddings/oleObject143.bin"/><Relationship Id="rId388" Type="http://schemas.openxmlformats.org/officeDocument/2006/relationships/oleObject" Target="embeddings/oleObject193.bin"/><Relationship Id="rId2069" Type="http://schemas.openxmlformats.org/officeDocument/2006/relationships/image" Target="media/image1024.wmf"/><Relationship Id="rId150" Type="http://schemas.openxmlformats.org/officeDocument/2006/relationships/oleObject" Target="embeddings/oleObject74.bin"/><Relationship Id="rId595" Type="http://schemas.openxmlformats.org/officeDocument/2006/relationships/oleObject" Target="embeddings/oleObject298.bin"/><Relationship Id="rId2276" Type="http://schemas.openxmlformats.org/officeDocument/2006/relationships/image" Target="media/image1110.wmf"/><Relationship Id="rId248" Type="http://schemas.openxmlformats.org/officeDocument/2006/relationships/image" Target="media/image120.wmf"/><Relationship Id="rId455" Type="http://schemas.openxmlformats.org/officeDocument/2006/relationships/oleObject" Target="embeddings/oleObject228.bin"/><Relationship Id="rId662" Type="http://schemas.openxmlformats.org/officeDocument/2006/relationships/image" Target="media/image325.wmf"/><Relationship Id="rId1085" Type="http://schemas.openxmlformats.org/officeDocument/2006/relationships/oleObject" Target="embeddings/oleObject543.bin"/><Relationship Id="rId1292" Type="http://schemas.openxmlformats.org/officeDocument/2006/relationships/oleObject" Target="embeddings/oleObject647.bin"/><Relationship Id="rId2136" Type="http://schemas.openxmlformats.org/officeDocument/2006/relationships/oleObject" Target="embeddings/oleObject1076.bin"/><Relationship Id="rId2343" Type="http://schemas.openxmlformats.org/officeDocument/2006/relationships/oleObject" Target="embeddings/oleObject1197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4.wmf"/><Relationship Id="rId522" Type="http://schemas.openxmlformats.org/officeDocument/2006/relationships/image" Target="media/image255.wmf"/><Relationship Id="rId967" Type="http://schemas.openxmlformats.org/officeDocument/2006/relationships/oleObject" Target="embeddings/oleObject484.bin"/><Relationship Id="rId1152" Type="http://schemas.openxmlformats.org/officeDocument/2006/relationships/image" Target="media/image570.wmf"/><Relationship Id="rId1597" Type="http://schemas.openxmlformats.org/officeDocument/2006/relationships/oleObject" Target="embeddings/oleObject803.bin"/><Relationship Id="rId2203" Type="http://schemas.openxmlformats.org/officeDocument/2006/relationships/oleObject" Target="embeddings/oleObject1120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14.bin"/><Relationship Id="rId1012" Type="http://schemas.openxmlformats.org/officeDocument/2006/relationships/image" Target="media/image500.wmf"/><Relationship Id="rId1457" Type="http://schemas.openxmlformats.org/officeDocument/2006/relationships/oleObject" Target="embeddings/oleObject733.bin"/><Relationship Id="rId1664" Type="http://schemas.openxmlformats.org/officeDocument/2006/relationships/image" Target="media/image822.wmf"/><Relationship Id="rId1871" Type="http://schemas.openxmlformats.org/officeDocument/2006/relationships/oleObject" Target="embeddings/oleObject940.bin"/><Relationship Id="rId1317" Type="http://schemas.openxmlformats.org/officeDocument/2006/relationships/image" Target="media/image652.png"/><Relationship Id="rId1524" Type="http://schemas.openxmlformats.org/officeDocument/2006/relationships/image" Target="media/image752.wmf"/><Relationship Id="rId1731" Type="http://schemas.openxmlformats.org/officeDocument/2006/relationships/oleObject" Target="embeddings/oleObject870.bin"/><Relationship Id="rId1969" Type="http://schemas.openxmlformats.org/officeDocument/2006/relationships/oleObject" Target="embeddings/oleObject989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19.bin"/><Relationship Id="rId2298" Type="http://schemas.openxmlformats.org/officeDocument/2006/relationships/image" Target="media/image1121.wmf"/><Relationship Id="rId172" Type="http://schemas.openxmlformats.org/officeDocument/2006/relationships/oleObject" Target="embeddings/oleObject85.bin"/><Relationship Id="rId477" Type="http://schemas.openxmlformats.org/officeDocument/2006/relationships/oleObject" Target="embeddings/oleObject239.bin"/><Relationship Id="rId684" Type="http://schemas.openxmlformats.org/officeDocument/2006/relationships/image" Target="media/image336.wmf"/><Relationship Id="rId2060" Type="http://schemas.openxmlformats.org/officeDocument/2006/relationships/oleObject" Target="embeddings/oleObject1035.bin"/><Relationship Id="rId2158" Type="http://schemas.openxmlformats.org/officeDocument/2006/relationships/image" Target="media/image1065.wmf"/><Relationship Id="rId2365" Type="http://schemas.openxmlformats.org/officeDocument/2006/relationships/oleObject" Target="embeddings/oleObject1208.bin"/><Relationship Id="rId337" Type="http://schemas.openxmlformats.org/officeDocument/2006/relationships/image" Target="media/image164.wmf"/><Relationship Id="rId891" Type="http://schemas.openxmlformats.org/officeDocument/2006/relationships/oleObject" Target="embeddings/oleObject446.bin"/><Relationship Id="rId989" Type="http://schemas.openxmlformats.org/officeDocument/2006/relationships/oleObject" Target="embeddings/oleObject495.bin"/><Relationship Id="rId2018" Type="http://schemas.openxmlformats.org/officeDocument/2006/relationships/oleObject" Target="embeddings/oleObject1014.bin"/><Relationship Id="rId544" Type="http://schemas.openxmlformats.org/officeDocument/2006/relationships/image" Target="media/image266.wmf"/><Relationship Id="rId751" Type="http://schemas.openxmlformats.org/officeDocument/2006/relationships/oleObject" Target="embeddings/oleObject376.bin"/><Relationship Id="rId849" Type="http://schemas.openxmlformats.org/officeDocument/2006/relationships/oleObject" Target="embeddings/oleObject425.bin"/><Relationship Id="rId1174" Type="http://schemas.openxmlformats.org/officeDocument/2006/relationships/image" Target="media/image581.wmf"/><Relationship Id="rId1381" Type="http://schemas.openxmlformats.org/officeDocument/2006/relationships/image" Target="media/image684.wmf"/><Relationship Id="rId1479" Type="http://schemas.openxmlformats.org/officeDocument/2006/relationships/oleObject" Target="embeddings/oleObject744.bin"/><Relationship Id="rId1686" Type="http://schemas.openxmlformats.org/officeDocument/2006/relationships/image" Target="media/image833.wmf"/><Relationship Id="rId2225" Type="http://schemas.openxmlformats.org/officeDocument/2006/relationships/oleObject" Target="embeddings/oleObject1135.bin"/><Relationship Id="rId404" Type="http://schemas.openxmlformats.org/officeDocument/2006/relationships/image" Target="media/image196.wmf"/><Relationship Id="rId611" Type="http://schemas.openxmlformats.org/officeDocument/2006/relationships/oleObject" Target="embeddings/oleObject306.bin"/><Relationship Id="rId1034" Type="http://schemas.openxmlformats.org/officeDocument/2006/relationships/image" Target="media/image511.wmf"/><Relationship Id="rId1241" Type="http://schemas.openxmlformats.org/officeDocument/2006/relationships/oleObject" Target="embeddings/oleObject621.bin"/><Relationship Id="rId1339" Type="http://schemas.openxmlformats.org/officeDocument/2006/relationships/oleObject" Target="embeddings/oleObject670.bin"/><Relationship Id="rId1893" Type="http://schemas.openxmlformats.org/officeDocument/2006/relationships/oleObject" Target="embeddings/oleObject951.bin"/><Relationship Id="rId709" Type="http://schemas.openxmlformats.org/officeDocument/2006/relationships/oleObject" Target="embeddings/oleObject355.bin"/><Relationship Id="rId916" Type="http://schemas.openxmlformats.org/officeDocument/2006/relationships/image" Target="media/image452.wmf"/><Relationship Id="rId1101" Type="http://schemas.openxmlformats.org/officeDocument/2006/relationships/oleObject" Target="embeddings/oleObject551.bin"/><Relationship Id="rId1546" Type="http://schemas.openxmlformats.org/officeDocument/2006/relationships/image" Target="media/image763.wmf"/><Relationship Id="rId1753" Type="http://schemas.openxmlformats.org/officeDocument/2006/relationships/oleObject" Target="embeddings/oleObject881.bin"/><Relationship Id="rId1960" Type="http://schemas.openxmlformats.org/officeDocument/2006/relationships/image" Target="media/image970.wmf"/><Relationship Id="rId45" Type="http://schemas.openxmlformats.org/officeDocument/2006/relationships/image" Target="media/image20.wmf"/><Relationship Id="rId1406" Type="http://schemas.openxmlformats.org/officeDocument/2006/relationships/image" Target="media/image693.wmf"/><Relationship Id="rId1613" Type="http://schemas.openxmlformats.org/officeDocument/2006/relationships/oleObject" Target="embeddings/oleObject811.bin"/><Relationship Id="rId1820" Type="http://schemas.openxmlformats.org/officeDocument/2006/relationships/image" Target="media/image900.wmf"/><Relationship Id="rId194" Type="http://schemas.openxmlformats.org/officeDocument/2006/relationships/oleObject" Target="embeddings/oleObject96.bin"/><Relationship Id="rId1918" Type="http://schemas.openxmlformats.org/officeDocument/2006/relationships/image" Target="media/image949.wmf"/><Relationship Id="rId2082" Type="http://schemas.openxmlformats.org/officeDocument/2006/relationships/oleObject" Target="embeddings/oleObject1046.bin"/><Relationship Id="rId261" Type="http://schemas.openxmlformats.org/officeDocument/2006/relationships/image" Target="media/image127.wmf"/><Relationship Id="rId499" Type="http://schemas.openxmlformats.org/officeDocument/2006/relationships/oleObject" Target="embeddings/oleObject250.bin"/><Relationship Id="rId2387" Type="http://schemas.openxmlformats.org/officeDocument/2006/relationships/oleObject" Target="embeddings/oleObject1219.bin"/><Relationship Id="rId359" Type="http://schemas.openxmlformats.org/officeDocument/2006/relationships/image" Target="media/image175.wmf"/><Relationship Id="rId566" Type="http://schemas.openxmlformats.org/officeDocument/2006/relationships/image" Target="media/image277.wmf"/><Relationship Id="rId773" Type="http://schemas.openxmlformats.org/officeDocument/2006/relationships/oleObject" Target="embeddings/oleObject387.bin"/><Relationship Id="rId1196" Type="http://schemas.openxmlformats.org/officeDocument/2006/relationships/image" Target="media/image592.wmf"/><Relationship Id="rId2247" Type="http://schemas.openxmlformats.org/officeDocument/2006/relationships/oleObject" Target="embeddings/oleObject1146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8.bin"/><Relationship Id="rId426" Type="http://schemas.openxmlformats.org/officeDocument/2006/relationships/image" Target="media/image207.wmf"/><Relationship Id="rId633" Type="http://schemas.openxmlformats.org/officeDocument/2006/relationships/oleObject" Target="embeddings/oleObject317.bin"/><Relationship Id="rId980" Type="http://schemas.openxmlformats.org/officeDocument/2006/relationships/image" Target="media/image484.wmf"/><Relationship Id="rId1056" Type="http://schemas.openxmlformats.org/officeDocument/2006/relationships/image" Target="media/image522.wmf"/><Relationship Id="rId1263" Type="http://schemas.openxmlformats.org/officeDocument/2006/relationships/image" Target="media/image625.wmf"/><Relationship Id="rId2107" Type="http://schemas.openxmlformats.org/officeDocument/2006/relationships/image" Target="media/image1040.wmf"/><Relationship Id="rId2314" Type="http://schemas.openxmlformats.org/officeDocument/2006/relationships/image" Target="media/image1128.wmf"/><Relationship Id="rId840" Type="http://schemas.openxmlformats.org/officeDocument/2006/relationships/image" Target="media/image414.wmf"/><Relationship Id="rId938" Type="http://schemas.openxmlformats.org/officeDocument/2006/relationships/image" Target="media/image463.wmf"/><Relationship Id="rId1470" Type="http://schemas.openxmlformats.org/officeDocument/2006/relationships/image" Target="media/image725.wmf"/><Relationship Id="rId1568" Type="http://schemas.openxmlformats.org/officeDocument/2006/relationships/image" Target="media/image774.wmf"/><Relationship Id="rId1775" Type="http://schemas.openxmlformats.org/officeDocument/2006/relationships/oleObject" Target="embeddings/oleObject892.bin"/><Relationship Id="rId67" Type="http://schemas.openxmlformats.org/officeDocument/2006/relationships/image" Target="media/image31.wmf"/><Relationship Id="rId700" Type="http://schemas.openxmlformats.org/officeDocument/2006/relationships/image" Target="media/image344.wmf"/><Relationship Id="rId1123" Type="http://schemas.openxmlformats.org/officeDocument/2006/relationships/oleObject" Target="embeddings/oleObject562.bin"/><Relationship Id="rId1330" Type="http://schemas.openxmlformats.org/officeDocument/2006/relationships/image" Target="media/image659.wmf"/><Relationship Id="rId1428" Type="http://schemas.openxmlformats.org/officeDocument/2006/relationships/image" Target="media/image704.wmf"/><Relationship Id="rId1635" Type="http://schemas.openxmlformats.org/officeDocument/2006/relationships/oleObject" Target="embeddings/oleObject822.bin"/><Relationship Id="rId1982" Type="http://schemas.openxmlformats.org/officeDocument/2006/relationships/oleObject" Target="embeddings/oleObject996.bin"/><Relationship Id="rId1842" Type="http://schemas.openxmlformats.org/officeDocument/2006/relationships/image" Target="media/image911.wmf"/><Relationship Id="rId1702" Type="http://schemas.openxmlformats.org/officeDocument/2006/relationships/image" Target="media/image841.wmf"/><Relationship Id="rId283" Type="http://schemas.openxmlformats.org/officeDocument/2006/relationships/image" Target="media/image138.wmf"/><Relationship Id="rId490" Type="http://schemas.openxmlformats.org/officeDocument/2006/relationships/image" Target="media/image239.wmf"/><Relationship Id="rId2171" Type="http://schemas.openxmlformats.org/officeDocument/2006/relationships/oleObject" Target="embeddings/oleObject1098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4.bin"/><Relationship Id="rId588" Type="http://schemas.openxmlformats.org/officeDocument/2006/relationships/image" Target="media/image288.wmf"/><Relationship Id="rId795" Type="http://schemas.openxmlformats.org/officeDocument/2006/relationships/image" Target="media/image392.wmf"/><Relationship Id="rId2031" Type="http://schemas.openxmlformats.org/officeDocument/2006/relationships/image" Target="media/image1005.wmf"/><Relationship Id="rId2269" Type="http://schemas.openxmlformats.org/officeDocument/2006/relationships/oleObject" Target="embeddings/oleObject1157.bin"/><Relationship Id="rId9" Type="http://schemas.openxmlformats.org/officeDocument/2006/relationships/image" Target="media/image2.wmf"/><Relationship Id="rId210" Type="http://schemas.openxmlformats.org/officeDocument/2006/relationships/image" Target="media/image101.wmf"/><Relationship Id="rId448" Type="http://schemas.openxmlformats.org/officeDocument/2006/relationships/image" Target="media/image218.wmf"/><Relationship Id="rId655" Type="http://schemas.openxmlformats.org/officeDocument/2006/relationships/oleObject" Target="embeddings/oleObject328.bin"/><Relationship Id="rId862" Type="http://schemas.openxmlformats.org/officeDocument/2006/relationships/image" Target="media/image425.wmf"/><Relationship Id="rId1078" Type="http://schemas.openxmlformats.org/officeDocument/2006/relationships/image" Target="media/image533.wmf"/><Relationship Id="rId1285" Type="http://schemas.openxmlformats.org/officeDocument/2006/relationships/image" Target="media/image636.wmf"/><Relationship Id="rId1492" Type="http://schemas.openxmlformats.org/officeDocument/2006/relationships/image" Target="media/image736.wmf"/><Relationship Id="rId2129" Type="http://schemas.openxmlformats.org/officeDocument/2006/relationships/image" Target="media/image1051.wmf"/><Relationship Id="rId2336" Type="http://schemas.openxmlformats.org/officeDocument/2006/relationships/image" Target="media/image1137.wmf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8.bin"/><Relationship Id="rId722" Type="http://schemas.openxmlformats.org/officeDocument/2006/relationships/image" Target="media/image355.wmf"/><Relationship Id="rId1145" Type="http://schemas.openxmlformats.org/officeDocument/2006/relationships/oleObject" Target="embeddings/oleObject573.bin"/><Relationship Id="rId1352" Type="http://schemas.openxmlformats.org/officeDocument/2006/relationships/oleObject" Target="embeddings/oleObject677.bin"/><Relationship Id="rId1797" Type="http://schemas.openxmlformats.org/officeDocument/2006/relationships/oleObject" Target="embeddings/oleObject903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503.bin"/><Relationship Id="rId1212" Type="http://schemas.openxmlformats.org/officeDocument/2006/relationships/image" Target="media/image600.wmf"/><Relationship Id="rId1657" Type="http://schemas.openxmlformats.org/officeDocument/2006/relationships/oleObject" Target="embeddings/oleObject833.bin"/><Relationship Id="rId1864" Type="http://schemas.openxmlformats.org/officeDocument/2006/relationships/image" Target="media/image922.wmf"/><Relationship Id="rId1517" Type="http://schemas.openxmlformats.org/officeDocument/2006/relationships/oleObject" Target="embeddings/oleObject763.bin"/><Relationship Id="rId1724" Type="http://schemas.openxmlformats.org/officeDocument/2006/relationships/image" Target="media/image852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70.bin"/><Relationship Id="rId2193" Type="http://schemas.openxmlformats.org/officeDocument/2006/relationships/image" Target="media/image1075.wmf"/><Relationship Id="rId165" Type="http://schemas.openxmlformats.org/officeDocument/2006/relationships/image" Target="media/image78.wmf"/><Relationship Id="rId372" Type="http://schemas.openxmlformats.org/officeDocument/2006/relationships/oleObject" Target="embeddings/oleObject185.bin"/><Relationship Id="rId677" Type="http://schemas.openxmlformats.org/officeDocument/2006/relationships/oleObject" Target="embeddings/oleObject339.bin"/><Relationship Id="rId2053" Type="http://schemas.openxmlformats.org/officeDocument/2006/relationships/image" Target="media/image1016.wmf"/><Relationship Id="rId2260" Type="http://schemas.openxmlformats.org/officeDocument/2006/relationships/image" Target="media/image1102.wmf"/><Relationship Id="rId2358" Type="http://schemas.openxmlformats.org/officeDocument/2006/relationships/image" Target="media/image1148.wmf"/><Relationship Id="rId232" Type="http://schemas.openxmlformats.org/officeDocument/2006/relationships/image" Target="media/image112.wmf"/><Relationship Id="rId884" Type="http://schemas.openxmlformats.org/officeDocument/2006/relationships/image" Target="media/image436.wmf"/><Relationship Id="rId2120" Type="http://schemas.openxmlformats.org/officeDocument/2006/relationships/oleObject" Target="embeddings/oleObject1068.bin"/><Relationship Id="rId537" Type="http://schemas.openxmlformats.org/officeDocument/2006/relationships/oleObject" Target="embeddings/oleObject269.bin"/><Relationship Id="rId744" Type="http://schemas.openxmlformats.org/officeDocument/2006/relationships/image" Target="media/image366.wmf"/><Relationship Id="rId951" Type="http://schemas.openxmlformats.org/officeDocument/2006/relationships/oleObject" Target="embeddings/oleObject476.bin"/><Relationship Id="rId1167" Type="http://schemas.openxmlformats.org/officeDocument/2006/relationships/oleObject" Target="embeddings/oleObject584.bin"/><Relationship Id="rId1374" Type="http://schemas.openxmlformats.org/officeDocument/2006/relationships/oleObject" Target="embeddings/oleObject688.bin"/><Relationship Id="rId1581" Type="http://schemas.openxmlformats.org/officeDocument/2006/relationships/oleObject" Target="embeddings/oleObject795.bin"/><Relationship Id="rId1679" Type="http://schemas.openxmlformats.org/officeDocument/2006/relationships/oleObject" Target="embeddings/oleObject844.bin"/><Relationship Id="rId2218" Type="http://schemas.openxmlformats.org/officeDocument/2006/relationships/image" Target="media/image1081.wmf"/><Relationship Id="rId80" Type="http://schemas.openxmlformats.org/officeDocument/2006/relationships/oleObject" Target="embeddings/oleObject37.bin"/><Relationship Id="rId604" Type="http://schemas.openxmlformats.org/officeDocument/2006/relationships/image" Target="media/image296.wmf"/><Relationship Id="rId811" Type="http://schemas.openxmlformats.org/officeDocument/2006/relationships/image" Target="media/image400.wmf"/><Relationship Id="rId1027" Type="http://schemas.openxmlformats.org/officeDocument/2006/relationships/oleObject" Target="embeddings/oleObject514.bin"/><Relationship Id="rId1234" Type="http://schemas.openxmlformats.org/officeDocument/2006/relationships/image" Target="media/image611.wmf"/><Relationship Id="rId1441" Type="http://schemas.openxmlformats.org/officeDocument/2006/relationships/oleObject" Target="embeddings/oleObject725.bin"/><Relationship Id="rId1886" Type="http://schemas.openxmlformats.org/officeDocument/2006/relationships/image" Target="media/image933.wmf"/><Relationship Id="rId909" Type="http://schemas.openxmlformats.org/officeDocument/2006/relationships/oleObject" Target="embeddings/oleObject455.bin"/><Relationship Id="rId1301" Type="http://schemas.openxmlformats.org/officeDocument/2006/relationships/image" Target="media/image644.wmf"/><Relationship Id="rId1539" Type="http://schemas.openxmlformats.org/officeDocument/2006/relationships/oleObject" Target="embeddings/oleObject774.bin"/><Relationship Id="rId1746" Type="http://schemas.openxmlformats.org/officeDocument/2006/relationships/image" Target="media/image863.wmf"/><Relationship Id="rId1953" Type="http://schemas.openxmlformats.org/officeDocument/2006/relationships/oleObject" Target="embeddings/oleObject981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793.wmf"/><Relationship Id="rId1813" Type="http://schemas.openxmlformats.org/officeDocument/2006/relationships/oleObject" Target="embeddings/oleObject911.bin"/><Relationship Id="rId187" Type="http://schemas.openxmlformats.org/officeDocument/2006/relationships/image" Target="media/image89.wmf"/><Relationship Id="rId394" Type="http://schemas.openxmlformats.org/officeDocument/2006/relationships/oleObject" Target="embeddings/oleObject197.bin"/><Relationship Id="rId2075" Type="http://schemas.openxmlformats.org/officeDocument/2006/relationships/image" Target="media/image1027.wmf"/><Relationship Id="rId2282" Type="http://schemas.openxmlformats.org/officeDocument/2006/relationships/image" Target="media/image1113.wmf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50.bin"/><Relationship Id="rId1091" Type="http://schemas.openxmlformats.org/officeDocument/2006/relationships/oleObject" Target="embeddings/oleObject546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1.bin"/><Relationship Id="rId559" Type="http://schemas.openxmlformats.org/officeDocument/2006/relationships/oleObject" Target="embeddings/oleObject280.bin"/><Relationship Id="rId766" Type="http://schemas.openxmlformats.org/officeDocument/2006/relationships/image" Target="media/image377.wmf"/><Relationship Id="rId1189" Type="http://schemas.openxmlformats.org/officeDocument/2006/relationships/oleObject" Target="embeddings/oleObject595.bin"/><Relationship Id="rId1396" Type="http://schemas.openxmlformats.org/officeDocument/2006/relationships/oleObject" Target="embeddings/oleObject702.bin"/><Relationship Id="rId2142" Type="http://schemas.openxmlformats.org/officeDocument/2006/relationships/oleObject" Target="embeddings/oleObject1079.bin"/><Relationship Id="rId321" Type="http://schemas.openxmlformats.org/officeDocument/2006/relationships/oleObject" Target="embeddings/oleObject159.bin"/><Relationship Id="rId419" Type="http://schemas.openxmlformats.org/officeDocument/2006/relationships/oleObject" Target="embeddings/oleObject210.bin"/><Relationship Id="rId626" Type="http://schemas.openxmlformats.org/officeDocument/2006/relationships/image" Target="media/image307.wmf"/><Relationship Id="rId973" Type="http://schemas.openxmlformats.org/officeDocument/2006/relationships/oleObject" Target="embeddings/oleObject487.bin"/><Relationship Id="rId1049" Type="http://schemas.openxmlformats.org/officeDocument/2006/relationships/oleObject" Target="embeddings/oleObject525.bin"/><Relationship Id="rId1256" Type="http://schemas.openxmlformats.org/officeDocument/2006/relationships/oleObject" Target="embeddings/oleObject629.bin"/><Relationship Id="rId2002" Type="http://schemas.openxmlformats.org/officeDocument/2006/relationships/oleObject" Target="embeddings/oleObject1006.bin"/><Relationship Id="rId2307" Type="http://schemas.openxmlformats.org/officeDocument/2006/relationships/oleObject" Target="embeddings/oleObject1176.bin"/><Relationship Id="rId833" Type="http://schemas.openxmlformats.org/officeDocument/2006/relationships/oleObject" Target="embeddings/oleObject417.bin"/><Relationship Id="rId1116" Type="http://schemas.openxmlformats.org/officeDocument/2006/relationships/image" Target="media/image552.wmf"/><Relationship Id="rId1463" Type="http://schemas.openxmlformats.org/officeDocument/2006/relationships/oleObject" Target="embeddings/oleObject736.bin"/><Relationship Id="rId1670" Type="http://schemas.openxmlformats.org/officeDocument/2006/relationships/image" Target="media/image825.wmf"/><Relationship Id="rId1768" Type="http://schemas.openxmlformats.org/officeDocument/2006/relationships/image" Target="media/image874.wmf"/><Relationship Id="rId900" Type="http://schemas.openxmlformats.org/officeDocument/2006/relationships/image" Target="media/image444.wmf"/><Relationship Id="rId1323" Type="http://schemas.openxmlformats.org/officeDocument/2006/relationships/oleObject" Target="embeddings/oleObject662.bin"/><Relationship Id="rId1530" Type="http://schemas.openxmlformats.org/officeDocument/2006/relationships/image" Target="media/image755.wmf"/><Relationship Id="rId1628" Type="http://schemas.openxmlformats.org/officeDocument/2006/relationships/image" Target="media/image804.wmf"/><Relationship Id="rId1975" Type="http://schemas.openxmlformats.org/officeDocument/2006/relationships/image" Target="media/image977.wmf"/><Relationship Id="rId1835" Type="http://schemas.openxmlformats.org/officeDocument/2006/relationships/oleObject" Target="embeddings/oleObject922.bin"/><Relationship Id="rId1902" Type="http://schemas.openxmlformats.org/officeDocument/2006/relationships/image" Target="media/image941.wmf"/><Relationship Id="rId2097" Type="http://schemas.openxmlformats.org/officeDocument/2006/relationships/image" Target="media/image1035.wmf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2.bin"/><Relationship Id="rId690" Type="http://schemas.openxmlformats.org/officeDocument/2006/relationships/image" Target="media/image339.wmf"/><Relationship Id="rId2164" Type="http://schemas.openxmlformats.org/officeDocument/2006/relationships/image" Target="media/image1066.wmf"/><Relationship Id="rId2371" Type="http://schemas.openxmlformats.org/officeDocument/2006/relationships/oleObject" Target="embeddings/oleObject1211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7.wmf"/><Relationship Id="rId550" Type="http://schemas.openxmlformats.org/officeDocument/2006/relationships/image" Target="media/image269.wmf"/><Relationship Id="rId788" Type="http://schemas.openxmlformats.org/officeDocument/2006/relationships/oleObject" Target="embeddings/oleObject394.bin"/><Relationship Id="rId995" Type="http://schemas.openxmlformats.org/officeDocument/2006/relationships/oleObject" Target="embeddings/oleObject498.bin"/><Relationship Id="rId1180" Type="http://schemas.openxmlformats.org/officeDocument/2006/relationships/image" Target="media/image584.wmf"/><Relationship Id="rId2024" Type="http://schemas.openxmlformats.org/officeDocument/2006/relationships/oleObject" Target="embeddings/oleObject1017.bin"/><Relationship Id="rId2231" Type="http://schemas.openxmlformats.org/officeDocument/2006/relationships/oleObject" Target="embeddings/oleObject1138.bin"/><Relationship Id="rId203" Type="http://schemas.openxmlformats.org/officeDocument/2006/relationships/oleObject" Target="embeddings/oleObject100.bin"/><Relationship Id="rId648" Type="http://schemas.openxmlformats.org/officeDocument/2006/relationships/image" Target="media/image318.wmf"/><Relationship Id="rId855" Type="http://schemas.openxmlformats.org/officeDocument/2006/relationships/oleObject" Target="embeddings/oleObject428.bin"/><Relationship Id="rId1040" Type="http://schemas.openxmlformats.org/officeDocument/2006/relationships/image" Target="media/image514.wmf"/><Relationship Id="rId1278" Type="http://schemas.openxmlformats.org/officeDocument/2006/relationships/oleObject" Target="embeddings/oleObject640.bin"/><Relationship Id="rId1485" Type="http://schemas.openxmlformats.org/officeDocument/2006/relationships/oleObject" Target="embeddings/oleObject747.bin"/><Relationship Id="rId1692" Type="http://schemas.openxmlformats.org/officeDocument/2006/relationships/image" Target="media/image836.wmf"/><Relationship Id="rId2329" Type="http://schemas.openxmlformats.org/officeDocument/2006/relationships/oleObject" Target="embeddings/oleObject1190.bin"/><Relationship Id="rId410" Type="http://schemas.openxmlformats.org/officeDocument/2006/relationships/image" Target="media/image199.wmf"/><Relationship Id="rId508" Type="http://schemas.openxmlformats.org/officeDocument/2006/relationships/image" Target="media/image248.wmf"/><Relationship Id="rId715" Type="http://schemas.openxmlformats.org/officeDocument/2006/relationships/oleObject" Target="embeddings/oleObject358.bin"/><Relationship Id="rId922" Type="http://schemas.openxmlformats.org/officeDocument/2006/relationships/image" Target="media/image455.wmf"/><Relationship Id="rId1138" Type="http://schemas.openxmlformats.org/officeDocument/2006/relationships/image" Target="media/image563.wmf"/><Relationship Id="rId1345" Type="http://schemas.openxmlformats.org/officeDocument/2006/relationships/oleObject" Target="embeddings/oleObject673.bin"/><Relationship Id="rId1552" Type="http://schemas.openxmlformats.org/officeDocument/2006/relationships/image" Target="media/image766.wmf"/><Relationship Id="rId1997" Type="http://schemas.openxmlformats.org/officeDocument/2006/relationships/image" Target="media/image988.wmf"/><Relationship Id="rId1205" Type="http://schemas.openxmlformats.org/officeDocument/2006/relationships/oleObject" Target="embeddings/oleObject603.bin"/><Relationship Id="rId1857" Type="http://schemas.openxmlformats.org/officeDocument/2006/relationships/oleObject" Target="embeddings/oleObject933.bin"/><Relationship Id="rId51" Type="http://schemas.openxmlformats.org/officeDocument/2006/relationships/image" Target="media/image23.wmf"/><Relationship Id="rId1412" Type="http://schemas.openxmlformats.org/officeDocument/2006/relationships/image" Target="media/image696.wmf"/><Relationship Id="rId1717" Type="http://schemas.openxmlformats.org/officeDocument/2006/relationships/oleObject" Target="embeddings/oleObject863.bin"/><Relationship Id="rId1924" Type="http://schemas.openxmlformats.org/officeDocument/2006/relationships/image" Target="media/image952.wmf"/><Relationship Id="rId298" Type="http://schemas.openxmlformats.org/officeDocument/2006/relationships/oleObject" Target="embeddings/oleObject147.bin"/><Relationship Id="rId158" Type="http://schemas.openxmlformats.org/officeDocument/2006/relationships/oleObject" Target="embeddings/oleObject78.bin"/><Relationship Id="rId2186" Type="http://schemas.openxmlformats.org/officeDocument/2006/relationships/oleObject" Target="embeddings/oleObject1107.bin"/><Relationship Id="rId365" Type="http://schemas.openxmlformats.org/officeDocument/2006/relationships/image" Target="media/image178.wmf"/><Relationship Id="rId572" Type="http://schemas.openxmlformats.org/officeDocument/2006/relationships/image" Target="media/image280.wmf"/><Relationship Id="rId2046" Type="http://schemas.openxmlformats.org/officeDocument/2006/relationships/oleObject" Target="embeddings/oleObject1028.bin"/><Relationship Id="rId2253" Type="http://schemas.openxmlformats.org/officeDocument/2006/relationships/oleObject" Target="embeddings/oleObject1149.bin"/><Relationship Id="rId225" Type="http://schemas.openxmlformats.org/officeDocument/2006/relationships/oleObject" Target="embeddings/oleObject111.bin"/><Relationship Id="rId432" Type="http://schemas.openxmlformats.org/officeDocument/2006/relationships/image" Target="media/image210.wmf"/><Relationship Id="rId877" Type="http://schemas.openxmlformats.org/officeDocument/2006/relationships/oleObject" Target="embeddings/oleObject439.bin"/><Relationship Id="rId1062" Type="http://schemas.openxmlformats.org/officeDocument/2006/relationships/image" Target="media/image525.wmf"/><Relationship Id="rId2113" Type="http://schemas.openxmlformats.org/officeDocument/2006/relationships/image" Target="media/image1043.wmf"/><Relationship Id="rId2320" Type="http://schemas.openxmlformats.org/officeDocument/2006/relationships/oleObject" Target="embeddings/oleObject1185.bin"/><Relationship Id="rId737" Type="http://schemas.openxmlformats.org/officeDocument/2006/relationships/oleObject" Target="embeddings/oleObject369.bin"/><Relationship Id="rId944" Type="http://schemas.openxmlformats.org/officeDocument/2006/relationships/image" Target="media/image466.wmf"/><Relationship Id="rId1367" Type="http://schemas.openxmlformats.org/officeDocument/2006/relationships/image" Target="media/image679.wmf"/><Relationship Id="rId1574" Type="http://schemas.openxmlformats.org/officeDocument/2006/relationships/image" Target="media/image777.wmf"/><Relationship Id="rId1781" Type="http://schemas.openxmlformats.org/officeDocument/2006/relationships/oleObject" Target="embeddings/oleObject895.bin"/><Relationship Id="rId73" Type="http://schemas.openxmlformats.org/officeDocument/2006/relationships/image" Target="media/image34.wmf"/><Relationship Id="rId804" Type="http://schemas.openxmlformats.org/officeDocument/2006/relationships/oleObject" Target="embeddings/oleObject402.bin"/><Relationship Id="rId1227" Type="http://schemas.openxmlformats.org/officeDocument/2006/relationships/oleObject" Target="embeddings/oleObject614.bin"/><Relationship Id="rId1434" Type="http://schemas.openxmlformats.org/officeDocument/2006/relationships/image" Target="media/image707.wmf"/><Relationship Id="rId1641" Type="http://schemas.openxmlformats.org/officeDocument/2006/relationships/oleObject" Target="embeddings/oleObject825.bin"/><Relationship Id="rId1879" Type="http://schemas.openxmlformats.org/officeDocument/2006/relationships/oleObject" Target="embeddings/oleObject944.bin"/><Relationship Id="rId1501" Type="http://schemas.openxmlformats.org/officeDocument/2006/relationships/oleObject" Target="embeddings/oleObject755.bin"/><Relationship Id="rId1739" Type="http://schemas.openxmlformats.org/officeDocument/2006/relationships/oleObject" Target="embeddings/oleObject874.bin"/><Relationship Id="rId1946" Type="http://schemas.openxmlformats.org/officeDocument/2006/relationships/image" Target="media/image963.wmf"/><Relationship Id="rId1806" Type="http://schemas.openxmlformats.org/officeDocument/2006/relationships/image" Target="media/image893.wmf"/><Relationship Id="rId387" Type="http://schemas.openxmlformats.org/officeDocument/2006/relationships/image" Target="media/image189.wmf"/><Relationship Id="rId594" Type="http://schemas.openxmlformats.org/officeDocument/2006/relationships/image" Target="media/image291.wmf"/><Relationship Id="rId2068" Type="http://schemas.openxmlformats.org/officeDocument/2006/relationships/oleObject" Target="embeddings/oleObject1039.bin"/><Relationship Id="rId2275" Type="http://schemas.openxmlformats.org/officeDocument/2006/relationships/oleObject" Target="embeddings/oleObject1160.bin"/><Relationship Id="rId247" Type="http://schemas.openxmlformats.org/officeDocument/2006/relationships/oleObject" Target="embeddings/oleObject122.bin"/><Relationship Id="rId899" Type="http://schemas.openxmlformats.org/officeDocument/2006/relationships/oleObject" Target="embeddings/oleObject450.bin"/><Relationship Id="rId1084" Type="http://schemas.openxmlformats.org/officeDocument/2006/relationships/image" Target="media/image536.wmf"/><Relationship Id="rId107" Type="http://schemas.openxmlformats.org/officeDocument/2006/relationships/image" Target="media/image51.wmf"/><Relationship Id="rId454" Type="http://schemas.openxmlformats.org/officeDocument/2006/relationships/image" Target="media/image221.wmf"/><Relationship Id="rId661" Type="http://schemas.openxmlformats.org/officeDocument/2006/relationships/oleObject" Target="embeddings/oleObject331.bin"/><Relationship Id="rId759" Type="http://schemas.openxmlformats.org/officeDocument/2006/relationships/oleObject" Target="embeddings/oleObject380.bin"/><Relationship Id="rId966" Type="http://schemas.openxmlformats.org/officeDocument/2006/relationships/image" Target="media/image477.wmf"/><Relationship Id="rId1291" Type="http://schemas.openxmlformats.org/officeDocument/2006/relationships/image" Target="media/image639.wmf"/><Relationship Id="rId1389" Type="http://schemas.openxmlformats.org/officeDocument/2006/relationships/oleObject" Target="embeddings/oleObject697.bin"/><Relationship Id="rId1596" Type="http://schemas.openxmlformats.org/officeDocument/2006/relationships/image" Target="media/image788.wmf"/><Relationship Id="rId2135" Type="http://schemas.openxmlformats.org/officeDocument/2006/relationships/image" Target="media/image1054.wmf"/><Relationship Id="rId2342" Type="http://schemas.openxmlformats.org/officeDocument/2006/relationships/image" Target="media/image1140.wmf"/><Relationship Id="rId314" Type="http://schemas.openxmlformats.org/officeDocument/2006/relationships/oleObject" Target="embeddings/oleObject155.bin"/><Relationship Id="rId521" Type="http://schemas.openxmlformats.org/officeDocument/2006/relationships/oleObject" Target="embeddings/oleObject261.bin"/><Relationship Id="rId619" Type="http://schemas.openxmlformats.org/officeDocument/2006/relationships/oleObject" Target="embeddings/oleObject310.bin"/><Relationship Id="rId1151" Type="http://schemas.openxmlformats.org/officeDocument/2006/relationships/oleObject" Target="embeddings/oleObject576.bin"/><Relationship Id="rId1249" Type="http://schemas.openxmlformats.org/officeDocument/2006/relationships/oleObject" Target="embeddings/oleObject625.bin"/><Relationship Id="rId2202" Type="http://schemas.openxmlformats.org/officeDocument/2006/relationships/oleObject" Target="embeddings/oleObject1119.bin"/><Relationship Id="rId95" Type="http://schemas.openxmlformats.org/officeDocument/2006/relationships/image" Target="media/image45.wmf"/><Relationship Id="rId826" Type="http://schemas.openxmlformats.org/officeDocument/2006/relationships/image" Target="media/image407.wmf"/><Relationship Id="rId1011" Type="http://schemas.openxmlformats.org/officeDocument/2006/relationships/oleObject" Target="embeddings/oleObject506.bin"/><Relationship Id="rId1109" Type="http://schemas.openxmlformats.org/officeDocument/2006/relationships/oleObject" Target="embeddings/oleObject555.bin"/><Relationship Id="rId1456" Type="http://schemas.openxmlformats.org/officeDocument/2006/relationships/image" Target="media/image718.wmf"/><Relationship Id="rId1663" Type="http://schemas.openxmlformats.org/officeDocument/2006/relationships/oleObject" Target="embeddings/oleObject836.bin"/><Relationship Id="rId1870" Type="http://schemas.openxmlformats.org/officeDocument/2006/relationships/image" Target="media/image925.wmf"/><Relationship Id="rId1968" Type="http://schemas.openxmlformats.org/officeDocument/2006/relationships/image" Target="media/image974.wmf"/><Relationship Id="rId1316" Type="http://schemas.openxmlformats.org/officeDocument/2006/relationships/oleObject" Target="embeddings/oleObject659.bin"/><Relationship Id="rId1523" Type="http://schemas.openxmlformats.org/officeDocument/2006/relationships/oleObject" Target="embeddings/oleObject766.bin"/><Relationship Id="rId1730" Type="http://schemas.openxmlformats.org/officeDocument/2006/relationships/image" Target="media/image855.wmf"/><Relationship Id="rId22" Type="http://schemas.openxmlformats.org/officeDocument/2006/relationships/oleObject" Target="embeddings/oleObject8.bin"/><Relationship Id="rId1828" Type="http://schemas.openxmlformats.org/officeDocument/2006/relationships/image" Target="media/image904.wmf"/><Relationship Id="rId171" Type="http://schemas.openxmlformats.org/officeDocument/2006/relationships/image" Target="media/image81.wmf"/><Relationship Id="rId2297" Type="http://schemas.openxmlformats.org/officeDocument/2006/relationships/oleObject" Target="embeddings/oleObject1171.bin"/><Relationship Id="rId269" Type="http://schemas.openxmlformats.org/officeDocument/2006/relationships/image" Target="media/image131.wmf"/><Relationship Id="rId476" Type="http://schemas.openxmlformats.org/officeDocument/2006/relationships/image" Target="media/image232.wmf"/><Relationship Id="rId683" Type="http://schemas.openxmlformats.org/officeDocument/2006/relationships/oleObject" Target="embeddings/oleObject342.bin"/><Relationship Id="rId890" Type="http://schemas.openxmlformats.org/officeDocument/2006/relationships/image" Target="media/image439.wmf"/><Relationship Id="rId2157" Type="http://schemas.openxmlformats.org/officeDocument/2006/relationships/oleObject" Target="embeddings/oleObject1087.bin"/><Relationship Id="rId2364" Type="http://schemas.openxmlformats.org/officeDocument/2006/relationships/image" Target="media/image1151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7.bin"/><Relationship Id="rId543" Type="http://schemas.openxmlformats.org/officeDocument/2006/relationships/oleObject" Target="embeddings/oleObject272.bin"/><Relationship Id="rId988" Type="http://schemas.openxmlformats.org/officeDocument/2006/relationships/image" Target="media/image488.wmf"/><Relationship Id="rId1173" Type="http://schemas.openxmlformats.org/officeDocument/2006/relationships/oleObject" Target="embeddings/oleObject587.bin"/><Relationship Id="rId1380" Type="http://schemas.openxmlformats.org/officeDocument/2006/relationships/oleObject" Target="embeddings/oleObject691.bin"/><Relationship Id="rId2017" Type="http://schemas.openxmlformats.org/officeDocument/2006/relationships/image" Target="media/image998.wmf"/><Relationship Id="rId2224" Type="http://schemas.openxmlformats.org/officeDocument/2006/relationships/image" Target="media/image1084.wmf"/><Relationship Id="rId403" Type="http://schemas.openxmlformats.org/officeDocument/2006/relationships/oleObject" Target="embeddings/oleObject202.bin"/><Relationship Id="rId750" Type="http://schemas.openxmlformats.org/officeDocument/2006/relationships/image" Target="media/image369.wmf"/><Relationship Id="rId848" Type="http://schemas.openxmlformats.org/officeDocument/2006/relationships/image" Target="media/image418.wmf"/><Relationship Id="rId1033" Type="http://schemas.openxmlformats.org/officeDocument/2006/relationships/oleObject" Target="embeddings/oleObject517.bin"/><Relationship Id="rId1478" Type="http://schemas.openxmlformats.org/officeDocument/2006/relationships/image" Target="media/image729.wmf"/><Relationship Id="rId1685" Type="http://schemas.openxmlformats.org/officeDocument/2006/relationships/oleObject" Target="embeddings/oleObject847.bin"/><Relationship Id="rId1892" Type="http://schemas.openxmlformats.org/officeDocument/2006/relationships/image" Target="media/image936.wmf"/><Relationship Id="rId610" Type="http://schemas.openxmlformats.org/officeDocument/2006/relationships/image" Target="media/image299.wmf"/><Relationship Id="rId708" Type="http://schemas.openxmlformats.org/officeDocument/2006/relationships/image" Target="media/image348.wmf"/><Relationship Id="rId915" Type="http://schemas.openxmlformats.org/officeDocument/2006/relationships/oleObject" Target="embeddings/oleObject458.bin"/><Relationship Id="rId1240" Type="http://schemas.openxmlformats.org/officeDocument/2006/relationships/image" Target="media/image614.wmf"/><Relationship Id="rId1338" Type="http://schemas.openxmlformats.org/officeDocument/2006/relationships/image" Target="media/image663.wmf"/><Relationship Id="rId1545" Type="http://schemas.openxmlformats.org/officeDocument/2006/relationships/oleObject" Target="embeddings/oleObject777.bin"/><Relationship Id="rId1100" Type="http://schemas.openxmlformats.org/officeDocument/2006/relationships/image" Target="media/image544.wmf"/><Relationship Id="rId1405" Type="http://schemas.openxmlformats.org/officeDocument/2006/relationships/oleObject" Target="embeddings/oleObject707.bin"/><Relationship Id="rId1752" Type="http://schemas.openxmlformats.org/officeDocument/2006/relationships/image" Target="media/image866.wmf"/><Relationship Id="rId44" Type="http://schemas.openxmlformats.org/officeDocument/2006/relationships/oleObject" Target="embeddings/oleObject19.bin"/><Relationship Id="rId1612" Type="http://schemas.openxmlformats.org/officeDocument/2006/relationships/image" Target="media/image796.wmf"/><Relationship Id="rId1917" Type="http://schemas.openxmlformats.org/officeDocument/2006/relationships/oleObject" Target="embeddings/oleObject963.bin"/><Relationship Id="rId193" Type="http://schemas.openxmlformats.org/officeDocument/2006/relationships/image" Target="media/image92.wmf"/><Relationship Id="rId498" Type="http://schemas.openxmlformats.org/officeDocument/2006/relationships/image" Target="media/image243.wmf"/><Relationship Id="rId2081" Type="http://schemas.openxmlformats.org/officeDocument/2006/relationships/image" Target="media/image1030.wmf"/><Relationship Id="rId2179" Type="http://schemas.openxmlformats.org/officeDocument/2006/relationships/oleObject" Target="embeddings/oleObject1103.bin"/><Relationship Id="rId260" Type="http://schemas.openxmlformats.org/officeDocument/2006/relationships/oleObject" Target="embeddings/oleObject128.bin"/><Relationship Id="rId2386" Type="http://schemas.openxmlformats.org/officeDocument/2006/relationships/image" Target="media/image1162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83.bin"/><Relationship Id="rId772" Type="http://schemas.openxmlformats.org/officeDocument/2006/relationships/image" Target="media/image380.wmf"/><Relationship Id="rId1195" Type="http://schemas.openxmlformats.org/officeDocument/2006/relationships/oleObject" Target="embeddings/oleObject598.bin"/><Relationship Id="rId2039" Type="http://schemas.openxmlformats.org/officeDocument/2006/relationships/image" Target="media/image1009.wmf"/><Relationship Id="rId2246" Type="http://schemas.openxmlformats.org/officeDocument/2006/relationships/image" Target="media/image1095.wmf"/><Relationship Id="rId218" Type="http://schemas.openxmlformats.org/officeDocument/2006/relationships/image" Target="media/image105.wmf"/><Relationship Id="rId425" Type="http://schemas.openxmlformats.org/officeDocument/2006/relationships/oleObject" Target="embeddings/oleObject213.bin"/><Relationship Id="rId632" Type="http://schemas.openxmlformats.org/officeDocument/2006/relationships/image" Target="media/image310.wmf"/><Relationship Id="rId1055" Type="http://schemas.openxmlformats.org/officeDocument/2006/relationships/oleObject" Target="embeddings/oleObject528.bin"/><Relationship Id="rId1262" Type="http://schemas.openxmlformats.org/officeDocument/2006/relationships/oleObject" Target="embeddings/oleObject632.bin"/><Relationship Id="rId2106" Type="http://schemas.openxmlformats.org/officeDocument/2006/relationships/oleObject" Target="embeddings/oleObject1061.bin"/><Relationship Id="rId2313" Type="http://schemas.openxmlformats.org/officeDocument/2006/relationships/oleObject" Target="embeddings/oleObject1180.bin"/><Relationship Id="rId937" Type="http://schemas.openxmlformats.org/officeDocument/2006/relationships/oleObject" Target="embeddings/oleObject469.bin"/><Relationship Id="rId1122" Type="http://schemas.openxmlformats.org/officeDocument/2006/relationships/image" Target="media/image555.wmf"/><Relationship Id="rId1567" Type="http://schemas.openxmlformats.org/officeDocument/2006/relationships/oleObject" Target="embeddings/oleObject788.bin"/><Relationship Id="rId1774" Type="http://schemas.openxmlformats.org/officeDocument/2006/relationships/image" Target="media/image877.wmf"/><Relationship Id="rId1981" Type="http://schemas.openxmlformats.org/officeDocument/2006/relationships/image" Target="media/image980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718.bin"/><Relationship Id="rId1634" Type="http://schemas.openxmlformats.org/officeDocument/2006/relationships/image" Target="media/image807.wmf"/><Relationship Id="rId1841" Type="http://schemas.openxmlformats.org/officeDocument/2006/relationships/oleObject" Target="embeddings/oleObject925.bin"/><Relationship Id="rId1939" Type="http://schemas.openxmlformats.org/officeDocument/2006/relationships/oleObject" Target="embeddings/oleObject974.bin"/><Relationship Id="rId1701" Type="http://schemas.openxmlformats.org/officeDocument/2006/relationships/oleObject" Target="embeddings/oleObject855.bin"/><Relationship Id="rId282" Type="http://schemas.openxmlformats.org/officeDocument/2006/relationships/oleObject" Target="embeddings/oleObject139.bin"/><Relationship Id="rId587" Type="http://schemas.openxmlformats.org/officeDocument/2006/relationships/oleObject" Target="embeddings/oleObject294.bin"/><Relationship Id="rId2170" Type="http://schemas.openxmlformats.org/officeDocument/2006/relationships/oleObject" Target="embeddings/oleObject1097.bin"/><Relationship Id="rId2268" Type="http://schemas.openxmlformats.org/officeDocument/2006/relationships/image" Target="media/image1106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4.bin"/><Relationship Id="rId794" Type="http://schemas.openxmlformats.org/officeDocument/2006/relationships/oleObject" Target="embeddings/oleObject397.bin"/><Relationship Id="rId1077" Type="http://schemas.openxmlformats.org/officeDocument/2006/relationships/oleObject" Target="embeddings/oleObject539.bin"/><Relationship Id="rId2030" Type="http://schemas.openxmlformats.org/officeDocument/2006/relationships/oleObject" Target="embeddings/oleObject1020.bin"/><Relationship Id="rId2128" Type="http://schemas.openxmlformats.org/officeDocument/2006/relationships/oleObject" Target="embeddings/oleObject1072.bin"/><Relationship Id="rId654" Type="http://schemas.openxmlformats.org/officeDocument/2006/relationships/image" Target="media/image321.wmf"/><Relationship Id="rId861" Type="http://schemas.openxmlformats.org/officeDocument/2006/relationships/oleObject" Target="embeddings/oleObject431.bin"/><Relationship Id="rId959" Type="http://schemas.openxmlformats.org/officeDocument/2006/relationships/oleObject" Target="embeddings/oleObject480.bin"/><Relationship Id="rId1284" Type="http://schemas.openxmlformats.org/officeDocument/2006/relationships/oleObject" Target="embeddings/oleObject643.bin"/><Relationship Id="rId1491" Type="http://schemas.openxmlformats.org/officeDocument/2006/relationships/oleObject" Target="embeddings/oleObject750.bin"/><Relationship Id="rId1589" Type="http://schemas.openxmlformats.org/officeDocument/2006/relationships/oleObject" Target="embeddings/oleObject799.bin"/><Relationship Id="rId2335" Type="http://schemas.openxmlformats.org/officeDocument/2006/relationships/oleObject" Target="embeddings/oleObject1193.bin"/><Relationship Id="rId307" Type="http://schemas.openxmlformats.org/officeDocument/2006/relationships/image" Target="media/image150.wmf"/><Relationship Id="rId514" Type="http://schemas.openxmlformats.org/officeDocument/2006/relationships/image" Target="media/image251.wmf"/><Relationship Id="rId721" Type="http://schemas.openxmlformats.org/officeDocument/2006/relationships/oleObject" Target="embeddings/oleObject361.bin"/><Relationship Id="rId1144" Type="http://schemas.openxmlformats.org/officeDocument/2006/relationships/image" Target="media/image566.wmf"/><Relationship Id="rId1351" Type="http://schemas.openxmlformats.org/officeDocument/2006/relationships/image" Target="media/image669.wmf"/><Relationship Id="rId1449" Type="http://schemas.openxmlformats.org/officeDocument/2006/relationships/oleObject" Target="embeddings/oleObject729.bin"/><Relationship Id="rId1796" Type="http://schemas.openxmlformats.org/officeDocument/2006/relationships/image" Target="media/image888.wmf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410.bin"/><Relationship Id="rId1004" Type="http://schemas.openxmlformats.org/officeDocument/2006/relationships/image" Target="media/image496.wmf"/><Relationship Id="rId1211" Type="http://schemas.openxmlformats.org/officeDocument/2006/relationships/oleObject" Target="embeddings/oleObject606.bin"/><Relationship Id="rId1656" Type="http://schemas.openxmlformats.org/officeDocument/2006/relationships/image" Target="media/image818.wmf"/><Relationship Id="rId1863" Type="http://schemas.openxmlformats.org/officeDocument/2006/relationships/oleObject" Target="embeddings/oleObject936.bin"/><Relationship Id="rId1309" Type="http://schemas.openxmlformats.org/officeDocument/2006/relationships/image" Target="media/image648.wmf"/><Relationship Id="rId1516" Type="http://schemas.openxmlformats.org/officeDocument/2006/relationships/image" Target="media/image748.wmf"/><Relationship Id="rId1723" Type="http://schemas.openxmlformats.org/officeDocument/2006/relationships/oleObject" Target="embeddings/oleObject866.bin"/><Relationship Id="rId1930" Type="http://schemas.openxmlformats.org/officeDocument/2006/relationships/image" Target="media/image955.wmf"/><Relationship Id="rId15" Type="http://schemas.openxmlformats.org/officeDocument/2006/relationships/image" Target="media/image5.wmf"/><Relationship Id="rId2192" Type="http://schemas.openxmlformats.org/officeDocument/2006/relationships/oleObject" Target="embeddings/oleObject1112.bin"/><Relationship Id="rId164" Type="http://schemas.openxmlformats.org/officeDocument/2006/relationships/oleObject" Target="embeddings/oleObject81.bin"/><Relationship Id="rId371" Type="http://schemas.openxmlformats.org/officeDocument/2006/relationships/image" Target="media/image181.wmf"/><Relationship Id="rId2052" Type="http://schemas.openxmlformats.org/officeDocument/2006/relationships/oleObject" Target="embeddings/oleObject1031.bin"/><Relationship Id="rId469" Type="http://schemas.openxmlformats.org/officeDocument/2006/relationships/oleObject" Target="embeddings/oleObject235.bin"/><Relationship Id="rId676" Type="http://schemas.openxmlformats.org/officeDocument/2006/relationships/image" Target="media/image332.wmf"/><Relationship Id="rId883" Type="http://schemas.openxmlformats.org/officeDocument/2006/relationships/oleObject" Target="embeddings/oleObject442.bin"/><Relationship Id="rId1099" Type="http://schemas.openxmlformats.org/officeDocument/2006/relationships/oleObject" Target="embeddings/oleObject550.bin"/><Relationship Id="rId2357" Type="http://schemas.openxmlformats.org/officeDocument/2006/relationships/oleObject" Target="embeddings/oleObject1204.bin"/><Relationship Id="rId231" Type="http://schemas.openxmlformats.org/officeDocument/2006/relationships/oleObject" Target="embeddings/oleObject114.bin"/><Relationship Id="rId329" Type="http://schemas.openxmlformats.org/officeDocument/2006/relationships/image" Target="media/image160.wmf"/><Relationship Id="rId536" Type="http://schemas.openxmlformats.org/officeDocument/2006/relationships/image" Target="media/image262.wmf"/><Relationship Id="rId1166" Type="http://schemas.openxmlformats.org/officeDocument/2006/relationships/image" Target="media/image577.wmf"/><Relationship Id="rId1373" Type="http://schemas.openxmlformats.org/officeDocument/2006/relationships/image" Target="media/image680.wmf"/><Relationship Id="rId2217" Type="http://schemas.openxmlformats.org/officeDocument/2006/relationships/oleObject" Target="embeddings/oleObject1131.bin"/><Relationship Id="rId743" Type="http://schemas.openxmlformats.org/officeDocument/2006/relationships/oleObject" Target="embeddings/oleObject372.bin"/><Relationship Id="rId950" Type="http://schemas.openxmlformats.org/officeDocument/2006/relationships/image" Target="media/image469.wmf"/><Relationship Id="rId1026" Type="http://schemas.openxmlformats.org/officeDocument/2006/relationships/image" Target="media/image507.wmf"/><Relationship Id="rId1580" Type="http://schemas.openxmlformats.org/officeDocument/2006/relationships/image" Target="media/image780.wmf"/><Relationship Id="rId1678" Type="http://schemas.openxmlformats.org/officeDocument/2006/relationships/image" Target="media/image829.wmf"/><Relationship Id="rId1885" Type="http://schemas.openxmlformats.org/officeDocument/2006/relationships/oleObject" Target="embeddings/oleObject947.bin"/><Relationship Id="rId603" Type="http://schemas.openxmlformats.org/officeDocument/2006/relationships/oleObject" Target="embeddings/oleObject302.bin"/><Relationship Id="rId810" Type="http://schemas.openxmlformats.org/officeDocument/2006/relationships/oleObject" Target="embeddings/oleObject405.bin"/><Relationship Id="rId908" Type="http://schemas.openxmlformats.org/officeDocument/2006/relationships/image" Target="media/image448.wmf"/><Relationship Id="rId1233" Type="http://schemas.openxmlformats.org/officeDocument/2006/relationships/oleObject" Target="embeddings/oleObject617.bin"/><Relationship Id="rId1440" Type="http://schemas.openxmlformats.org/officeDocument/2006/relationships/image" Target="media/image710.wmf"/><Relationship Id="rId1538" Type="http://schemas.openxmlformats.org/officeDocument/2006/relationships/image" Target="media/image759.wmf"/><Relationship Id="rId1300" Type="http://schemas.openxmlformats.org/officeDocument/2006/relationships/oleObject" Target="embeddings/oleObject651.bin"/><Relationship Id="rId1745" Type="http://schemas.openxmlformats.org/officeDocument/2006/relationships/oleObject" Target="embeddings/oleObject877.bin"/><Relationship Id="rId1952" Type="http://schemas.openxmlformats.org/officeDocument/2006/relationships/image" Target="media/image966.wmf"/><Relationship Id="rId37" Type="http://schemas.openxmlformats.org/officeDocument/2006/relationships/image" Target="media/image16.wmf"/><Relationship Id="rId1605" Type="http://schemas.openxmlformats.org/officeDocument/2006/relationships/oleObject" Target="embeddings/oleObject807.bin"/><Relationship Id="rId1812" Type="http://schemas.openxmlformats.org/officeDocument/2006/relationships/image" Target="media/image896.wmf"/><Relationship Id="rId186" Type="http://schemas.openxmlformats.org/officeDocument/2006/relationships/oleObject" Target="embeddings/oleObject92.bin"/><Relationship Id="rId393" Type="http://schemas.openxmlformats.org/officeDocument/2006/relationships/oleObject" Target="embeddings/oleObject196.bin"/><Relationship Id="rId2074" Type="http://schemas.openxmlformats.org/officeDocument/2006/relationships/oleObject" Target="embeddings/oleObject1042.bin"/><Relationship Id="rId2281" Type="http://schemas.openxmlformats.org/officeDocument/2006/relationships/oleObject" Target="embeddings/oleObject1163.bin"/><Relationship Id="rId253" Type="http://schemas.openxmlformats.org/officeDocument/2006/relationships/image" Target="media/image123.wmf"/><Relationship Id="rId460" Type="http://schemas.openxmlformats.org/officeDocument/2006/relationships/image" Target="media/image224.wmf"/><Relationship Id="rId698" Type="http://schemas.openxmlformats.org/officeDocument/2006/relationships/image" Target="media/image343.wmf"/><Relationship Id="rId1090" Type="http://schemas.openxmlformats.org/officeDocument/2006/relationships/image" Target="media/image539.wmf"/><Relationship Id="rId2141" Type="http://schemas.openxmlformats.org/officeDocument/2006/relationships/image" Target="media/image1057.wmf"/><Relationship Id="rId2379" Type="http://schemas.openxmlformats.org/officeDocument/2006/relationships/oleObject" Target="embeddings/oleObject1215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8.bin"/><Relationship Id="rId558" Type="http://schemas.openxmlformats.org/officeDocument/2006/relationships/image" Target="media/image273.wmf"/><Relationship Id="rId765" Type="http://schemas.openxmlformats.org/officeDocument/2006/relationships/oleObject" Target="embeddings/oleObject383.bin"/><Relationship Id="rId972" Type="http://schemas.openxmlformats.org/officeDocument/2006/relationships/image" Target="media/image480.wmf"/><Relationship Id="rId1188" Type="http://schemas.openxmlformats.org/officeDocument/2006/relationships/image" Target="media/image588.wmf"/><Relationship Id="rId1395" Type="http://schemas.openxmlformats.org/officeDocument/2006/relationships/image" Target="media/image688.wmf"/><Relationship Id="rId2001" Type="http://schemas.openxmlformats.org/officeDocument/2006/relationships/image" Target="media/image990.wmf"/><Relationship Id="rId2239" Type="http://schemas.openxmlformats.org/officeDocument/2006/relationships/oleObject" Target="embeddings/oleObject1142.bin"/><Relationship Id="rId418" Type="http://schemas.openxmlformats.org/officeDocument/2006/relationships/image" Target="media/image203.wmf"/><Relationship Id="rId625" Type="http://schemas.openxmlformats.org/officeDocument/2006/relationships/oleObject" Target="embeddings/oleObject313.bin"/><Relationship Id="rId832" Type="http://schemas.openxmlformats.org/officeDocument/2006/relationships/image" Target="media/image410.wmf"/><Relationship Id="rId1048" Type="http://schemas.openxmlformats.org/officeDocument/2006/relationships/image" Target="media/image518.wmf"/><Relationship Id="rId1255" Type="http://schemas.openxmlformats.org/officeDocument/2006/relationships/oleObject" Target="embeddings/oleObject628.bin"/><Relationship Id="rId1462" Type="http://schemas.openxmlformats.org/officeDocument/2006/relationships/image" Target="media/image721.wmf"/><Relationship Id="rId2306" Type="http://schemas.openxmlformats.org/officeDocument/2006/relationships/image" Target="media/image1125.wmf"/><Relationship Id="rId1115" Type="http://schemas.openxmlformats.org/officeDocument/2006/relationships/oleObject" Target="embeddings/oleObject558.bin"/><Relationship Id="rId1322" Type="http://schemas.openxmlformats.org/officeDocument/2006/relationships/image" Target="media/image655.wmf"/><Relationship Id="rId1767" Type="http://schemas.openxmlformats.org/officeDocument/2006/relationships/oleObject" Target="embeddings/oleObject888.bin"/><Relationship Id="rId1974" Type="http://schemas.openxmlformats.org/officeDocument/2006/relationships/oleObject" Target="embeddings/oleObject992.bin"/><Relationship Id="rId59" Type="http://schemas.openxmlformats.org/officeDocument/2006/relationships/image" Target="media/image27.wmf"/><Relationship Id="rId1627" Type="http://schemas.openxmlformats.org/officeDocument/2006/relationships/oleObject" Target="embeddings/oleObject818.bin"/><Relationship Id="rId1834" Type="http://schemas.openxmlformats.org/officeDocument/2006/relationships/image" Target="media/image907.wmf"/><Relationship Id="rId2096" Type="http://schemas.openxmlformats.org/officeDocument/2006/relationships/oleObject" Target="embeddings/oleObject1056.bin"/><Relationship Id="rId1901" Type="http://schemas.openxmlformats.org/officeDocument/2006/relationships/oleObject" Target="embeddings/oleObject955.bin"/><Relationship Id="rId275" Type="http://schemas.openxmlformats.org/officeDocument/2006/relationships/image" Target="media/image134.wmf"/><Relationship Id="rId482" Type="http://schemas.openxmlformats.org/officeDocument/2006/relationships/image" Target="media/image235.wmf"/><Relationship Id="rId2163" Type="http://schemas.openxmlformats.org/officeDocument/2006/relationships/oleObject" Target="embeddings/oleObject1092.bin"/><Relationship Id="rId2370" Type="http://schemas.openxmlformats.org/officeDocument/2006/relationships/image" Target="media/image1154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70.bin"/><Relationship Id="rId787" Type="http://schemas.openxmlformats.org/officeDocument/2006/relationships/image" Target="media/image388.wmf"/><Relationship Id="rId994" Type="http://schemas.openxmlformats.org/officeDocument/2006/relationships/image" Target="media/image491.wmf"/><Relationship Id="rId2023" Type="http://schemas.openxmlformats.org/officeDocument/2006/relationships/image" Target="media/image1001.wmf"/><Relationship Id="rId2230" Type="http://schemas.openxmlformats.org/officeDocument/2006/relationships/image" Target="media/image1087.wmf"/><Relationship Id="rId202" Type="http://schemas.openxmlformats.org/officeDocument/2006/relationships/image" Target="media/image97.wmf"/><Relationship Id="rId647" Type="http://schemas.openxmlformats.org/officeDocument/2006/relationships/oleObject" Target="embeddings/oleObject324.bin"/><Relationship Id="rId854" Type="http://schemas.openxmlformats.org/officeDocument/2006/relationships/image" Target="media/image421.wmf"/><Relationship Id="rId1277" Type="http://schemas.openxmlformats.org/officeDocument/2006/relationships/image" Target="media/image632.wmf"/><Relationship Id="rId1484" Type="http://schemas.openxmlformats.org/officeDocument/2006/relationships/image" Target="media/image732.wmf"/><Relationship Id="rId1691" Type="http://schemas.openxmlformats.org/officeDocument/2006/relationships/oleObject" Target="embeddings/oleObject850.bin"/><Relationship Id="rId2328" Type="http://schemas.openxmlformats.org/officeDocument/2006/relationships/image" Target="media/image1133.wmf"/><Relationship Id="rId507" Type="http://schemas.openxmlformats.org/officeDocument/2006/relationships/oleObject" Target="embeddings/oleObject254.bin"/><Relationship Id="rId714" Type="http://schemas.openxmlformats.org/officeDocument/2006/relationships/image" Target="media/image351.wmf"/><Relationship Id="rId921" Type="http://schemas.openxmlformats.org/officeDocument/2006/relationships/oleObject" Target="embeddings/oleObject461.bin"/><Relationship Id="rId1137" Type="http://schemas.openxmlformats.org/officeDocument/2006/relationships/oleObject" Target="embeddings/oleObject569.bin"/><Relationship Id="rId1344" Type="http://schemas.openxmlformats.org/officeDocument/2006/relationships/image" Target="media/image666.wmf"/><Relationship Id="rId1551" Type="http://schemas.openxmlformats.org/officeDocument/2006/relationships/oleObject" Target="embeddings/oleObject780.bin"/><Relationship Id="rId1789" Type="http://schemas.openxmlformats.org/officeDocument/2006/relationships/oleObject" Target="embeddings/oleObject899.bin"/><Relationship Id="rId1996" Type="http://schemas.openxmlformats.org/officeDocument/2006/relationships/oleObject" Target="embeddings/oleObject1003.bin"/><Relationship Id="rId50" Type="http://schemas.openxmlformats.org/officeDocument/2006/relationships/oleObject" Target="embeddings/oleObject22.bin"/><Relationship Id="rId1204" Type="http://schemas.openxmlformats.org/officeDocument/2006/relationships/image" Target="media/image596.wmf"/><Relationship Id="rId1411" Type="http://schemas.openxmlformats.org/officeDocument/2006/relationships/oleObject" Target="embeddings/oleObject710.bin"/><Relationship Id="rId1649" Type="http://schemas.openxmlformats.org/officeDocument/2006/relationships/oleObject" Target="embeddings/oleObject829.bin"/><Relationship Id="rId1856" Type="http://schemas.openxmlformats.org/officeDocument/2006/relationships/image" Target="media/image918.wmf"/><Relationship Id="rId1509" Type="http://schemas.openxmlformats.org/officeDocument/2006/relationships/oleObject" Target="embeddings/oleObject759.bin"/><Relationship Id="rId1716" Type="http://schemas.openxmlformats.org/officeDocument/2006/relationships/image" Target="media/image848.wmf"/><Relationship Id="rId1923" Type="http://schemas.openxmlformats.org/officeDocument/2006/relationships/oleObject" Target="embeddings/oleObject966.bin"/><Relationship Id="rId297" Type="http://schemas.openxmlformats.org/officeDocument/2006/relationships/image" Target="media/image145.wmf"/><Relationship Id="rId2185" Type="http://schemas.openxmlformats.org/officeDocument/2006/relationships/image" Target="media/image1073.wmf"/><Relationship Id="rId157" Type="http://schemas.openxmlformats.org/officeDocument/2006/relationships/image" Target="media/image74.wmf"/><Relationship Id="rId364" Type="http://schemas.openxmlformats.org/officeDocument/2006/relationships/oleObject" Target="embeddings/oleObject181.bin"/><Relationship Id="rId2045" Type="http://schemas.openxmlformats.org/officeDocument/2006/relationships/image" Target="media/image1012.wmf"/><Relationship Id="rId571" Type="http://schemas.openxmlformats.org/officeDocument/2006/relationships/oleObject" Target="embeddings/oleObject286.bin"/><Relationship Id="rId669" Type="http://schemas.openxmlformats.org/officeDocument/2006/relationships/oleObject" Target="embeddings/oleObject335.bin"/><Relationship Id="rId876" Type="http://schemas.openxmlformats.org/officeDocument/2006/relationships/image" Target="media/image432.wmf"/><Relationship Id="rId1299" Type="http://schemas.openxmlformats.org/officeDocument/2006/relationships/image" Target="media/image643.wmf"/><Relationship Id="rId2252" Type="http://schemas.openxmlformats.org/officeDocument/2006/relationships/image" Target="media/image1098.wmf"/><Relationship Id="rId224" Type="http://schemas.openxmlformats.org/officeDocument/2006/relationships/image" Target="media/image108.wmf"/><Relationship Id="rId431" Type="http://schemas.openxmlformats.org/officeDocument/2006/relationships/oleObject" Target="embeddings/oleObject216.bin"/><Relationship Id="rId529" Type="http://schemas.openxmlformats.org/officeDocument/2006/relationships/oleObject" Target="embeddings/oleObject265.bin"/><Relationship Id="rId736" Type="http://schemas.openxmlformats.org/officeDocument/2006/relationships/image" Target="media/image362.wmf"/><Relationship Id="rId1061" Type="http://schemas.openxmlformats.org/officeDocument/2006/relationships/oleObject" Target="embeddings/oleObject531.bin"/><Relationship Id="rId1159" Type="http://schemas.openxmlformats.org/officeDocument/2006/relationships/oleObject" Target="embeddings/oleObject580.bin"/><Relationship Id="rId1366" Type="http://schemas.openxmlformats.org/officeDocument/2006/relationships/image" Target="media/image678.wmf"/><Relationship Id="rId2112" Type="http://schemas.openxmlformats.org/officeDocument/2006/relationships/oleObject" Target="embeddings/oleObject1064.bin"/><Relationship Id="rId943" Type="http://schemas.openxmlformats.org/officeDocument/2006/relationships/oleObject" Target="embeddings/oleObject472.bin"/><Relationship Id="rId1019" Type="http://schemas.openxmlformats.org/officeDocument/2006/relationships/oleObject" Target="embeddings/oleObject510.bin"/><Relationship Id="rId1573" Type="http://schemas.openxmlformats.org/officeDocument/2006/relationships/oleObject" Target="embeddings/oleObject791.bin"/><Relationship Id="rId1780" Type="http://schemas.openxmlformats.org/officeDocument/2006/relationships/image" Target="media/image880.wmf"/><Relationship Id="rId1878" Type="http://schemas.openxmlformats.org/officeDocument/2006/relationships/image" Target="media/image929.wmf"/><Relationship Id="rId72" Type="http://schemas.openxmlformats.org/officeDocument/2006/relationships/oleObject" Target="embeddings/oleObject33.bin"/><Relationship Id="rId803" Type="http://schemas.openxmlformats.org/officeDocument/2006/relationships/image" Target="media/image396.wmf"/><Relationship Id="rId1226" Type="http://schemas.openxmlformats.org/officeDocument/2006/relationships/image" Target="media/image607.wmf"/><Relationship Id="rId1433" Type="http://schemas.openxmlformats.org/officeDocument/2006/relationships/oleObject" Target="embeddings/oleObject721.bin"/><Relationship Id="rId1640" Type="http://schemas.openxmlformats.org/officeDocument/2006/relationships/image" Target="media/image810.wmf"/><Relationship Id="rId1738" Type="http://schemas.openxmlformats.org/officeDocument/2006/relationships/image" Target="media/image859.wmf"/><Relationship Id="rId1500" Type="http://schemas.openxmlformats.org/officeDocument/2006/relationships/image" Target="media/image740.wmf"/><Relationship Id="rId1945" Type="http://schemas.openxmlformats.org/officeDocument/2006/relationships/oleObject" Target="embeddings/oleObject977.bin"/><Relationship Id="rId1805" Type="http://schemas.openxmlformats.org/officeDocument/2006/relationships/oleObject" Target="embeddings/oleObject907.bin"/><Relationship Id="rId179" Type="http://schemas.openxmlformats.org/officeDocument/2006/relationships/image" Target="media/image85.wmf"/><Relationship Id="rId386" Type="http://schemas.openxmlformats.org/officeDocument/2006/relationships/oleObject" Target="embeddings/oleObject192.bin"/><Relationship Id="rId593" Type="http://schemas.openxmlformats.org/officeDocument/2006/relationships/oleObject" Target="embeddings/oleObject297.bin"/><Relationship Id="rId2067" Type="http://schemas.openxmlformats.org/officeDocument/2006/relationships/image" Target="media/image1023.wmf"/><Relationship Id="rId2274" Type="http://schemas.openxmlformats.org/officeDocument/2006/relationships/image" Target="media/image1109.wmf"/><Relationship Id="rId246" Type="http://schemas.openxmlformats.org/officeDocument/2006/relationships/image" Target="media/image119.wmf"/><Relationship Id="rId453" Type="http://schemas.openxmlformats.org/officeDocument/2006/relationships/oleObject" Target="embeddings/oleObject227.bin"/><Relationship Id="rId660" Type="http://schemas.openxmlformats.org/officeDocument/2006/relationships/image" Target="media/image324.wmf"/><Relationship Id="rId898" Type="http://schemas.openxmlformats.org/officeDocument/2006/relationships/image" Target="media/image443.wmf"/><Relationship Id="rId1083" Type="http://schemas.openxmlformats.org/officeDocument/2006/relationships/oleObject" Target="embeddings/oleObject542.bin"/><Relationship Id="rId1290" Type="http://schemas.openxmlformats.org/officeDocument/2006/relationships/oleObject" Target="embeddings/oleObject646.bin"/><Relationship Id="rId2134" Type="http://schemas.openxmlformats.org/officeDocument/2006/relationships/oleObject" Target="embeddings/oleObject1075.bin"/><Relationship Id="rId2341" Type="http://schemas.openxmlformats.org/officeDocument/2006/relationships/oleObject" Target="embeddings/oleObject1196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3.wmf"/><Relationship Id="rId758" Type="http://schemas.openxmlformats.org/officeDocument/2006/relationships/image" Target="media/image373.wmf"/><Relationship Id="rId965" Type="http://schemas.openxmlformats.org/officeDocument/2006/relationships/oleObject" Target="embeddings/oleObject483.bin"/><Relationship Id="rId1150" Type="http://schemas.openxmlformats.org/officeDocument/2006/relationships/image" Target="media/image569.wmf"/><Relationship Id="rId1388" Type="http://schemas.openxmlformats.org/officeDocument/2006/relationships/oleObject" Target="embeddings/oleObject696.bin"/><Relationship Id="rId1595" Type="http://schemas.openxmlformats.org/officeDocument/2006/relationships/oleObject" Target="embeddings/oleObject802.bin"/><Relationship Id="rId94" Type="http://schemas.openxmlformats.org/officeDocument/2006/relationships/oleObject" Target="embeddings/oleObject44.bin"/><Relationship Id="rId520" Type="http://schemas.openxmlformats.org/officeDocument/2006/relationships/image" Target="media/image254.wmf"/><Relationship Id="rId618" Type="http://schemas.openxmlformats.org/officeDocument/2006/relationships/image" Target="media/image303.wmf"/><Relationship Id="rId825" Type="http://schemas.openxmlformats.org/officeDocument/2006/relationships/oleObject" Target="embeddings/oleObject413.bin"/><Relationship Id="rId1248" Type="http://schemas.openxmlformats.org/officeDocument/2006/relationships/image" Target="media/image618.wmf"/><Relationship Id="rId1455" Type="http://schemas.openxmlformats.org/officeDocument/2006/relationships/oleObject" Target="embeddings/oleObject732.bin"/><Relationship Id="rId1662" Type="http://schemas.openxmlformats.org/officeDocument/2006/relationships/image" Target="media/image821.wmf"/><Relationship Id="rId2201" Type="http://schemas.openxmlformats.org/officeDocument/2006/relationships/image" Target="media/image1077.wmf"/><Relationship Id="rId1010" Type="http://schemas.openxmlformats.org/officeDocument/2006/relationships/image" Target="media/image499.wmf"/><Relationship Id="rId1108" Type="http://schemas.openxmlformats.org/officeDocument/2006/relationships/image" Target="media/image548.wmf"/><Relationship Id="rId1315" Type="http://schemas.openxmlformats.org/officeDocument/2006/relationships/image" Target="media/image651.wmf"/><Relationship Id="rId1967" Type="http://schemas.openxmlformats.org/officeDocument/2006/relationships/oleObject" Target="embeddings/oleObject988.bin"/><Relationship Id="rId1522" Type="http://schemas.openxmlformats.org/officeDocument/2006/relationships/image" Target="media/image751.wmf"/><Relationship Id="rId21" Type="http://schemas.openxmlformats.org/officeDocument/2006/relationships/image" Target="media/image8.wmf"/><Relationship Id="rId2089" Type="http://schemas.openxmlformats.org/officeDocument/2006/relationships/oleObject" Target="embeddings/oleObject1050.bin"/><Relationship Id="rId2296" Type="http://schemas.openxmlformats.org/officeDocument/2006/relationships/image" Target="media/image1120.wmf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8.bin"/><Relationship Id="rId682" Type="http://schemas.openxmlformats.org/officeDocument/2006/relationships/image" Target="media/image335.wmf"/><Relationship Id="rId2156" Type="http://schemas.openxmlformats.org/officeDocument/2006/relationships/oleObject" Target="embeddings/oleObject1086.bin"/><Relationship Id="rId2363" Type="http://schemas.openxmlformats.org/officeDocument/2006/relationships/oleObject" Target="embeddings/oleObject1207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3.wmf"/><Relationship Id="rId542" Type="http://schemas.openxmlformats.org/officeDocument/2006/relationships/image" Target="media/image265.wmf"/><Relationship Id="rId1172" Type="http://schemas.openxmlformats.org/officeDocument/2006/relationships/image" Target="media/image580.wmf"/><Relationship Id="rId2016" Type="http://schemas.openxmlformats.org/officeDocument/2006/relationships/oleObject" Target="embeddings/oleObject1013.bin"/><Relationship Id="rId2223" Type="http://schemas.openxmlformats.org/officeDocument/2006/relationships/oleObject" Target="embeddings/oleObject1134.bin"/><Relationship Id="rId402" Type="http://schemas.openxmlformats.org/officeDocument/2006/relationships/image" Target="media/image195.wmf"/><Relationship Id="rId1032" Type="http://schemas.openxmlformats.org/officeDocument/2006/relationships/image" Target="media/image510.wmf"/><Relationship Id="rId1989" Type="http://schemas.openxmlformats.org/officeDocument/2006/relationships/image" Target="media/image984.wmf"/><Relationship Id="rId1849" Type="http://schemas.openxmlformats.org/officeDocument/2006/relationships/oleObject" Target="embeddings/oleObject929.bin"/><Relationship Id="rId192" Type="http://schemas.openxmlformats.org/officeDocument/2006/relationships/oleObject" Target="embeddings/oleObject95.bin"/><Relationship Id="rId1709" Type="http://schemas.openxmlformats.org/officeDocument/2006/relationships/oleObject" Target="embeddings/oleObject859.bin"/><Relationship Id="rId1916" Type="http://schemas.openxmlformats.org/officeDocument/2006/relationships/image" Target="media/image948.wmf"/><Relationship Id="rId2080" Type="http://schemas.openxmlformats.org/officeDocument/2006/relationships/oleObject" Target="embeddings/oleObject1045.bin"/><Relationship Id="rId869" Type="http://schemas.openxmlformats.org/officeDocument/2006/relationships/oleObject" Target="embeddings/oleObject435.bin"/><Relationship Id="rId1499" Type="http://schemas.openxmlformats.org/officeDocument/2006/relationships/oleObject" Target="embeddings/oleObject754.bin"/><Relationship Id="rId729" Type="http://schemas.openxmlformats.org/officeDocument/2006/relationships/oleObject" Target="embeddings/oleObject365.bin"/><Relationship Id="rId1359" Type="http://schemas.openxmlformats.org/officeDocument/2006/relationships/image" Target="media/image673.wmf"/><Relationship Id="rId936" Type="http://schemas.openxmlformats.org/officeDocument/2006/relationships/image" Target="media/image462.wmf"/><Relationship Id="rId1219" Type="http://schemas.openxmlformats.org/officeDocument/2006/relationships/oleObject" Target="embeddings/oleObject610.bin"/><Relationship Id="rId1566" Type="http://schemas.openxmlformats.org/officeDocument/2006/relationships/image" Target="media/image773.wmf"/><Relationship Id="rId1773" Type="http://schemas.openxmlformats.org/officeDocument/2006/relationships/oleObject" Target="embeddings/oleObject891.bin"/><Relationship Id="rId1980" Type="http://schemas.openxmlformats.org/officeDocument/2006/relationships/oleObject" Target="embeddings/oleObject995.bin"/><Relationship Id="rId65" Type="http://schemas.openxmlformats.org/officeDocument/2006/relationships/image" Target="media/image30.wmf"/><Relationship Id="rId1426" Type="http://schemas.openxmlformats.org/officeDocument/2006/relationships/image" Target="media/image703.wmf"/><Relationship Id="rId1633" Type="http://schemas.openxmlformats.org/officeDocument/2006/relationships/oleObject" Target="embeddings/oleObject821.bin"/><Relationship Id="rId1840" Type="http://schemas.openxmlformats.org/officeDocument/2006/relationships/image" Target="media/image910.wmf"/><Relationship Id="rId1700" Type="http://schemas.openxmlformats.org/officeDocument/2006/relationships/image" Target="media/image840.wmf"/><Relationship Id="rId379" Type="http://schemas.openxmlformats.org/officeDocument/2006/relationships/image" Target="media/image185.wmf"/><Relationship Id="rId586" Type="http://schemas.openxmlformats.org/officeDocument/2006/relationships/image" Target="media/image287.wmf"/><Relationship Id="rId793" Type="http://schemas.openxmlformats.org/officeDocument/2006/relationships/image" Target="media/image391.wmf"/><Relationship Id="rId2267" Type="http://schemas.openxmlformats.org/officeDocument/2006/relationships/oleObject" Target="embeddings/oleObject1156.bin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7.wmf"/><Relationship Id="rId653" Type="http://schemas.openxmlformats.org/officeDocument/2006/relationships/oleObject" Target="embeddings/oleObject327.bin"/><Relationship Id="rId1076" Type="http://schemas.openxmlformats.org/officeDocument/2006/relationships/image" Target="media/image532.wmf"/><Relationship Id="rId1283" Type="http://schemas.openxmlformats.org/officeDocument/2006/relationships/image" Target="media/image635.wmf"/><Relationship Id="rId1490" Type="http://schemas.openxmlformats.org/officeDocument/2006/relationships/image" Target="media/image735.wmf"/><Relationship Id="rId2127" Type="http://schemas.openxmlformats.org/officeDocument/2006/relationships/image" Target="media/image1050.wmf"/><Relationship Id="rId2334" Type="http://schemas.openxmlformats.org/officeDocument/2006/relationships/image" Target="media/image1136.wmf"/><Relationship Id="rId306" Type="http://schemas.openxmlformats.org/officeDocument/2006/relationships/oleObject" Target="embeddings/oleObject151.bin"/><Relationship Id="rId860" Type="http://schemas.openxmlformats.org/officeDocument/2006/relationships/image" Target="media/image424.wmf"/><Relationship Id="rId1143" Type="http://schemas.openxmlformats.org/officeDocument/2006/relationships/oleObject" Target="embeddings/oleObject572.bin"/><Relationship Id="rId513" Type="http://schemas.openxmlformats.org/officeDocument/2006/relationships/oleObject" Target="embeddings/oleObject257.bin"/><Relationship Id="rId720" Type="http://schemas.openxmlformats.org/officeDocument/2006/relationships/image" Target="media/image354.wmf"/><Relationship Id="rId1350" Type="http://schemas.openxmlformats.org/officeDocument/2006/relationships/oleObject" Target="embeddings/oleObject676.bin"/><Relationship Id="rId1003" Type="http://schemas.openxmlformats.org/officeDocument/2006/relationships/oleObject" Target="embeddings/oleObject502.bin"/><Relationship Id="rId1210" Type="http://schemas.openxmlformats.org/officeDocument/2006/relationships/image" Target="media/image599.wmf"/><Relationship Id="rId2191" Type="http://schemas.openxmlformats.org/officeDocument/2006/relationships/oleObject" Target="embeddings/oleObject1111.bin"/><Relationship Id="rId163" Type="http://schemas.openxmlformats.org/officeDocument/2006/relationships/image" Target="media/image77.wmf"/><Relationship Id="rId370" Type="http://schemas.openxmlformats.org/officeDocument/2006/relationships/oleObject" Target="embeddings/oleObject184.bin"/><Relationship Id="rId2051" Type="http://schemas.openxmlformats.org/officeDocument/2006/relationships/image" Target="media/image1015.wmf"/><Relationship Id="rId230" Type="http://schemas.openxmlformats.org/officeDocument/2006/relationships/image" Target="media/image111.wmf"/><Relationship Id="rId1677" Type="http://schemas.openxmlformats.org/officeDocument/2006/relationships/oleObject" Target="embeddings/oleObject843.bin"/><Relationship Id="rId1884" Type="http://schemas.openxmlformats.org/officeDocument/2006/relationships/image" Target="media/image932.wmf"/><Relationship Id="rId907" Type="http://schemas.openxmlformats.org/officeDocument/2006/relationships/oleObject" Target="embeddings/oleObject454.bin"/><Relationship Id="rId1537" Type="http://schemas.openxmlformats.org/officeDocument/2006/relationships/oleObject" Target="embeddings/oleObject773.bin"/><Relationship Id="rId1744" Type="http://schemas.openxmlformats.org/officeDocument/2006/relationships/image" Target="media/image862.wmf"/><Relationship Id="rId1951" Type="http://schemas.openxmlformats.org/officeDocument/2006/relationships/oleObject" Target="embeddings/oleObject980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792.wmf"/><Relationship Id="rId1811" Type="http://schemas.openxmlformats.org/officeDocument/2006/relationships/oleObject" Target="embeddings/oleObject910.bin"/><Relationship Id="rId697" Type="http://schemas.openxmlformats.org/officeDocument/2006/relationships/oleObject" Target="embeddings/oleObject349.bin"/><Relationship Id="rId2378" Type="http://schemas.openxmlformats.org/officeDocument/2006/relationships/image" Target="media/image1158.wmf"/><Relationship Id="rId1187" Type="http://schemas.openxmlformats.org/officeDocument/2006/relationships/oleObject" Target="embeddings/oleObject594.bin"/><Relationship Id="rId557" Type="http://schemas.openxmlformats.org/officeDocument/2006/relationships/oleObject" Target="embeddings/oleObject279.bin"/><Relationship Id="rId764" Type="http://schemas.openxmlformats.org/officeDocument/2006/relationships/image" Target="media/image376.wmf"/><Relationship Id="rId971" Type="http://schemas.openxmlformats.org/officeDocument/2006/relationships/oleObject" Target="embeddings/oleObject486.bin"/><Relationship Id="rId1394" Type="http://schemas.openxmlformats.org/officeDocument/2006/relationships/oleObject" Target="embeddings/oleObject701.bin"/><Relationship Id="rId2238" Type="http://schemas.openxmlformats.org/officeDocument/2006/relationships/image" Target="media/image1091.wmf"/><Relationship Id="rId417" Type="http://schemas.openxmlformats.org/officeDocument/2006/relationships/oleObject" Target="embeddings/oleObject209.bin"/><Relationship Id="rId624" Type="http://schemas.openxmlformats.org/officeDocument/2006/relationships/image" Target="media/image306.wmf"/><Relationship Id="rId831" Type="http://schemas.openxmlformats.org/officeDocument/2006/relationships/oleObject" Target="embeddings/oleObject416.bin"/><Relationship Id="rId1047" Type="http://schemas.openxmlformats.org/officeDocument/2006/relationships/oleObject" Target="embeddings/oleObject524.bin"/><Relationship Id="rId1254" Type="http://schemas.openxmlformats.org/officeDocument/2006/relationships/image" Target="media/image621.wmf"/><Relationship Id="rId1461" Type="http://schemas.openxmlformats.org/officeDocument/2006/relationships/oleObject" Target="embeddings/oleObject735.bin"/><Relationship Id="rId2305" Type="http://schemas.openxmlformats.org/officeDocument/2006/relationships/oleObject" Target="embeddings/oleObject1175.bin"/><Relationship Id="rId1114" Type="http://schemas.openxmlformats.org/officeDocument/2006/relationships/image" Target="media/image551.wmf"/><Relationship Id="rId1321" Type="http://schemas.openxmlformats.org/officeDocument/2006/relationships/oleObject" Target="embeddings/oleObject661.bin"/><Relationship Id="rId2095" Type="http://schemas.openxmlformats.org/officeDocument/2006/relationships/oleObject" Target="embeddings/oleObject1055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41.bin"/><Relationship Id="rId2162" Type="http://schemas.openxmlformats.org/officeDocument/2006/relationships/oleObject" Target="embeddings/oleObject1091.bin"/><Relationship Id="rId134" Type="http://schemas.openxmlformats.org/officeDocument/2006/relationships/oleObject" Target="embeddings/oleObject64.bin"/><Relationship Id="rId341" Type="http://schemas.openxmlformats.org/officeDocument/2006/relationships/image" Target="media/image166.wmf"/><Relationship Id="rId2022" Type="http://schemas.openxmlformats.org/officeDocument/2006/relationships/oleObject" Target="embeddings/oleObject1016.bin"/><Relationship Id="rId201" Type="http://schemas.openxmlformats.org/officeDocument/2006/relationships/image" Target="media/image96.png"/><Relationship Id="rId1788" Type="http://schemas.openxmlformats.org/officeDocument/2006/relationships/image" Target="media/image884.wmf"/><Relationship Id="rId1995" Type="http://schemas.openxmlformats.org/officeDocument/2006/relationships/image" Target="media/image987.wmf"/><Relationship Id="rId1648" Type="http://schemas.openxmlformats.org/officeDocument/2006/relationships/image" Target="media/image814.wmf"/><Relationship Id="rId1508" Type="http://schemas.openxmlformats.org/officeDocument/2006/relationships/image" Target="media/image744.wmf"/><Relationship Id="rId1855" Type="http://schemas.openxmlformats.org/officeDocument/2006/relationships/oleObject" Target="embeddings/oleObject932.bin"/><Relationship Id="rId1715" Type="http://schemas.openxmlformats.org/officeDocument/2006/relationships/oleObject" Target="embeddings/oleObject862.bin"/><Relationship Id="rId1922" Type="http://schemas.openxmlformats.org/officeDocument/2006/relationships/image" Target="media/image951.wmf"/><Relationship Id="rId668" Type="http://schemas.openxmlformats.org/officeDocument/2006/relationships/image" Target="media/image328.wmf"/><Relationship Id="rId875" Type="http://schemas.openxmlformats.org/officeDocument/2006/relationships/oleObject" Target="embeddings/oleObject438.bin"/><Relationship Id="rId1298" Type="http://schemas.openxmlformats.org/officeDocument/2006/relationships/oleObject" Target="embeddings/oleObject650.bin"/><Relationship Id="rId2349" Type="http://schemas.openxmlformats.org/officeDocument/2006/relationships/oleObject" Target="embeddings/oleObject1200.bin"/><Relationship Id="rId528" Type="http://schemas.openxmlformats.org/officeDocument/2006/relationships/image" Target="media/image258.wmf"/><Relationship Id="rId735" Type="http://schemas.openxmlformats.org/officeDocument/2006/relationships/oleObject" Target="embeddings/oleObject368.bin"/><Relationship Id="rId942" Type="http://schemas.openxmlformats.org/officeDocument/2006/relationships/image" Target="media/image465.wmf"/><Relationship Id="rId1158" Type="http://schemas.openxmlformats.org/officeDocument/2006/relationships/image" Target="media/image573.wmf"/><Relationship Id="rId1365" Type="http://schemas.openxmlformats.org/officeDocument/2006/relationships/image" Target="media/image677.wmf"/><Relationship Id="rId1572" Type="http://schemas.openxmlformats.org/officeDocument/2006/relationships/image" Target="media/image776.wmf"/><Relationship Id="rId2209" Type="http://schemas.openxmlformats.org/officeDocument/2006/relationships/oleObject" Target="embeddings/oleObject1126.bin"/><Relationship Id="rId1018" Type="http://schemas.openxmlformats.org/officeDocument/2006/relationships/image" Target="media/image503.wmf"/><Relationship Id="rId1225" Type="http://schemas.openxmlformats.org/officeDocument/2006/relationships/oleObject" Target="embeddings/oleObject613.bin"/><Relationship Id="rId1432" Type="http://schemas.openxmlformats.org/officeDocument/2006/relationships/image" Target="media/image706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401.bin"/><Relationship Id="rId178" Type="http://schemas.openxmlformats.org/officeDocument/2006/relationships/oleObject" Target="embeddings/oleObject88.bin"/><Relationship Id="rId385" Type="http://schemas.openxmlformats.org/officeDocument/2006/relationships/image" Target="media/image188.wmf"/><Relationship Id="rId592" Type="http://schemas.openxmlformats.org/officeDocument/2006/relationships/image" Target="media/image290.wmf"/><Relationship Id="rId2066" Type="http://schemas.openxmlformats.org/officeDocument/2006/relationships/oleObject" Target="embeddings/oleObject1038.bin"/><Relationship Id="rId2273" Type="http://schemas.openxmlformats.org/officeDocument/2006/relationships/oleObject" Target="embeddings/oleObject1159.bin"/><Relationship Id="rId245" Type="http://schemas.openxmlformats.org/officeDocument/2006/relationships/oleObject" Target="embeddings/oleObject121.bin"/><Relationship Id="rId452" Type="http://schemas.openxmlformats.org/officeDocument/2006/relationships/image" Target="media/image220.wmf"/><Relationship Id="rId1082" Type="http://schemas.openxmlformats.org/officeDocument/2006/relationships/image" Target="media/image535.wmf"/><Relationship Id="rId2133" Type="http://schemas.openxmlformats.org/officeDocument/2006/relationships/image" Target="media/image1053.wmf"/><Relationship Id="rId2340" Type="http://schemas.openxmlformats.org/officeDocument/2006/relationships/image" Target="media/image1139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4.bin"/><Relationship Id="rId2200" Type="http://schemas.openxmlformats.org/officeDocument/2006/relationships/oleObject" Target="embeddings/oleObject1118.bin"/><Relationship Id="rId1899" Type="http://schemas.openxmlformats.org/officeDocument/2006/relationships/oleObject" Target="embeddings/oleObject954.bin"/><Relationship Id="rId1759" Type="http://schemas.openxmlformats.org/officeDocument/2006/relationships/oleObject" Target="embeddings/oleObject884.bin"/><Relationship Id="rId1966" Type="http://schemas.openxmlformats.org/officeDocument/2006/relationships/image" Target="media/image973.wmf"/><Relationship Id="rId1619" Type="http://schemas.openxmlformats.org/officeDocument/2006/relationships/oleObject" Target="embeddings/oleObject814.bin"/><Relationship Id="rId1826" Type="http://schemas.openxmlformats.org/officeDocument/2006/relationships/image" Target="media/image903.wmf"/><Relationship Id="rId779" Type="http://schemas.openxmlformats.org/officeDocument/2006/relationships/image" Target="media/image384.wmf"/><Relationship Id="rId986" Type="http://schemas.openxmlformats.org/officeDocument/2006/relationships/image" Target="media/image487.wmf"/><Relationship Id="rId639" Type="http://schemas.openxmlformats.org/officeDocument/2006/relationships/oleObject" Target="embeddings/oleObject320.bin"/><Relationship Id="rId1269" Type="http://schemas.openxmlformats.org/officeDocument/2006/relationships/image" Target="media/image628.wmf"/><Relationship Id="rId1476" Type="http://schemas.openxmlformats.org/officeDocument/2006/relationships/image" Target="media/image728.wmf"/><Relationship Id="rId846" Type="http://schemas.openxmlformats.org/officeDocument/2006/relationships/image" Target="media/image417.wmf"/><Relationship Id="rId1129" Type="http://schemas.openxmlformats.org/officeDocument/2006/relationships/oleObject" Target="embeddings/oleObject565.bin"/><Relationship Id="rId1683" Type="http://schemas.openxmlformats.org/officeDocument/2006/relationships/oleObject" Target="embeddings/oleObject846.bin"/><Relationship Id="rId1890" Type="http://schemas.openxmlformats.org/officeDocument/2006/relationships/image" Target="media/image935.wmf"/><Relationship Id="rId706" Type="http://schemas.openxmlformats.org/officeDocument/2006/relationships/image" Target="media/image347.wmf"/><Relationship Id="rId913" Type="http://schemas.openxmlformats.org/officeDocument/2006/relationships/oleObject" Target="embeddings/oleObject457.bin"/><Relationship Id="rId1336" Type="http://schemas.openxmlformats.org/officeDocument/2006/relationships/image" Target="media/image662.wmf"/><Relationship Id="rId1543" Type="http://schemas.openxmlformats.org/officeDocument/2006/relationships/oleObject" Target="embeddings/oleObject776.bin"/><Relationship Id="rId1750" Type="http://schemas.openxmlformats.org/officeDocument/2006/relationships/image" Target="media/image865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06.bin"/><Relationship Id="rId1610" Type="http://schemas.openxmlformats.org/officeDocument/2006/relationships/image" Target="media/image795.wmf"/><Relationship Id="rId289" Type="http://schemas.openxmlformats.org/officeDocument/2006/relationships/image" Target="media/image141.wmf"/><Relationship Id="rId496" Type="http://schemas.openxmlformats.org/officeDocument/2006/relationships/image" Target="media/image242.wmf"/><Relationship Id="rId2177" Type="http://schemas.openxmlformats.org/officeDocument/2006/relationships/oleObject" Target="embeddings/oleObject1102.bin"/><Relationship Id="rId2384" Type="http://schemas.openxmlformats.org/officeDocument/2006/relationships/image" Target="media/image1161.wmf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77.bin"/><Relationship Id="rId563" Type="http://schemas.openxmlformats.org/officeDocument/2006/relationships/oleObject" Target="embeddings/oleObject282.bin"/><Relationship Id="rId770" Type="http://schemas.openxmlformats.org/officeDocument/2006/relationships/image" Target="media/image379.wmf"/><Relationship Id="rId1193" Type="http://schemas.openxmlformats.org/officeDocument/2006/relationships/oleObject" Target="embeddings/oleObject597.bin"/><Relationship Id="rId2037" Type="http://schemas.openxmlformats.org/officeDocument/2006/relationships/image" Target="media/image1008.wmf"/><Relationship Id="rId2244" Type="http://schemas.openxmlformats.org/officeDocument/2006/relationships/image" Target="media/image1094.wmf"/><Relationship Id="rId216" Type="http://schemas.openxmlformats.org/officeDocument/2006/relationships/image" Target="media/image104.wmf"/><Relationship Id="rId423" Type="http://schemas.openxmlformats.org/officeDocument/2006/relationships/oleObject" Target="embeddings/oleObject212.bin"/><Relationship Id="rId1053" Type="http://schemas.openxmlformats.org/officeDocument/2006/relationships/oleObject" Target="embeddings/oleObject527.bin"/><Relationship Id="rId1260" Type="http://schemas.openxmlformats.org/officeDocument/2006/relationships/oleObject" Target="embeddings/oleObject631.bin"/><Relationship Id="rId2104" Type="http://schemas.openxmlformats.org/officeDocument/2006/relationships/oleObject" Target="embeddings/oleObject1060.bin"/><Relationship Id="rId630" Type="http://schemas.openxmlformats.org/officeDocument/2006/relationships/image" Target="media/image309.wmf"/><Relationship Id="rId2311" Type="http://schemas.openxmlformats.org/officeDocument/2006/relationships/oleObject" Target="embeddings/oleObject1179.bin"/><Relationship Id="rId1120" Type="http://schemas.openxmlformats.org/officeDocument/2006/relationships/image" Target="media/image554.wmf"/><Relationship Id="rId1937" Type="http://schemas.openxmlformats.org/officeDocument/2006/relationships/oleObject" Target="embeddings/oleObject973.bin"/><Relationship Id="rId280" Type="http://schemas.openxmlformats.org/officeDocument/2006/relationships/oleObject" Target="embeddings/oleObject138.bin"/><Relationship Id="rId140" Type="http://schemas.openxmlformats.org/officeDocument/2006/relationships/oleObject" Target="embeddings/oleObject67.bin"/><Relationship Id="rId6" Type="http://schemas.openxmlformats.org/officeDocument/2006/relationships/endnotes" Target="endnotes.xml"/><Relationship Id="rId957" Type="http://schemas.openxmlformats.org/officeDocument/2006/relationships/oleObject" Target="embeddings/oleObject479.bin"/><Relationship Id="rId1587" Type="http://schemas.openxmlformats.org/officeDocument/2006/relationships/oleObject" Target="embeddings/oleObject798.bin"/><Relationship Id="rId1794" Type="http://schemas.openxmlformats.org/officeDocument/2006/relationships/image" Target="media/image887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9.bin"/><Relationship Id="rId1447" Type="http://schemas.openxmlformats.org/officeDocument/2006/relationships/oleObject" Target="embeddings/oleObject728.bin"/><Relationship Id="rId1654" Type="http://schemas.openxmlformats.org/officeDocument/2006/relationships/image" Target="media/image817.wmf"/><Relationship Id="rId1861" Type="http://schemas.openxmlformats.org/officeDocument/2006/relationships/oleObject" Target="embeddings/oleObject935.bin"/><Relationship Id="rId1307" Type="http://schemas.openxmlformats.org/officeDocument/2006/relationships/image" Target="media/image647.wmf"/><Relationship Id="rId1514" Type="http://schemas.openxmlformats.org/officeDocument/2006/relationships/image" Target="media/image747.wmf"/><Relationship Id="rId1721" Type="http://schemas.openxmlformats.org/officeDocument/2006/relationships/oleObject" Target="embeddings/oleObject865.bin"/><Relationship Id="rId13" Type="http://schemas.openxmlformats.org/officeDocument/2006/relationships/image" Target="media/image4.wmf"/><Relationship Id="rId2288" Type="http://schemas.openxmlformats.org/officeDocument/2006/relationships/image" Target="media/image1116.wmf"/><Relationship Id="rId467" Type="http://schemas.openxmlformats.org/officeDocument/2006/relationships/oleObject" Target="embeddings/oleObject234.bin"/><Relationship Id="rId1097" Type="http://schemas.openxmlformats.org/officeDocument/2006/relationships/oleObject" Target="embeddings/oleObject549.bin"/><Relationship Id="rId2148" Type="http://schemas.openxmlformats.org/officeDocument/2006/relationships/oleObject" Target="embeddings/oleObject1082.bin"/><Relationship Id="rId674" Type="http://schemas.openxmlformats.org/officeDocument/2006/relationships/image" Target="media/image331.wmf"/><Relationship Id="rId881" Type="http://schemas.openxmlformats.org/officeDocument/2006/relationships/oleObject" Target="embeddings/oleObject441.bin"/><Relationship Id="rId2355" Type="http://schemas.openxmlformats.org/officeDocument/2006/relationships/oleObject" Target="embeddings/oleObject1203.bin"/><Relationship Id="rId327" Type="http://schemas.openxmlformats.org/officeDocument/2006/relationships/image" Target="media/image159.wmf"/><Relationship Id="rId534" Type="http://schemas.openxmlformats.org/officeDocument/2006/relationships/image" Target="media/image261.wmf"/><Relationship Id="rId741" Type="http://schemas.openxmlformats.org/officeDocument/2006/relationships/oleObject" Target="embeddings/oleObject371.bin"/><Relationship Id="rId1164" Type="http://schemas.openxmlformats.org/officeDocument/2006/relationships/image" Target="media/image576.wmf"/><Relationship Id="rId1371" Type="http://schemas.openxmlformats.org/officeDocument/2006/relationships/oleObject" Target="embeddings/oleObject686.bin"/><Relationship Id="rId2008" Type="http://schemas.openxmlformats.org/officeDocument/2006/relationships/oleObject" Target="embeddings/oleObject1009.bin"/><Relationship Id="rId2215" Type="http://schemas.openxmlformats.org/officeDocument/2006/relationships/oleObject" Target="embeddings/oleObject1130.bin"/><Relationship Id="rId601" Type="http://schemas.openxmlformats.org/officeDocument/2006/relationships/oleObject" Target="embeddings/oleObject301.bin"/><Relationship Id="rId1024" Type="http://schemas.openxmlformats.org/officeDocument/2006/relationships/image" Target="media/image506.wmf"/><Relationship Id="rId1231" Type="http://schemas.openxmlformats.org/officeDocument/2006/relationships/oleObject" Target="embeddings/oleObject6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7267</Words>
  <Characters>41426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Chin Em</dc:creator>
  <cp:keywords/>
  <dc:description/>
  <cp:lastModifiedBy>Windows User</cp:lastModifiedBy>
  <cp:revision>2</cp:revision>
  <dcterms:created xsi:type="dcterms:W3CDTF">2022-01-03T14:23:00Z</dcterms:created>
  <dcterms:modified xsi:type="dcterms:W3CDTF">2022-01-03T14:23:00Z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